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Брати мої! Живете ви убого...</w:t>
      </w:r>
    </w:p>
    <w:p>
      <w:r>
        <w:br/>
        <w:t xml:space="preserve"> Брати мої! Живете ви убого&lt;br /&gt;</w:t>
        <w:br/>
        <w:t>в батьківській хаті, бідній та низькій,&lt;br /&gt;</w:t>
        <w:br/>
        <w:t>із матір'ю, що за життя гіркого&lt;br /&gt;</w:t>
        <w:br/>
        <w:t>здоровля втратила і свій спокій.</w:t>
      </w:r>
    </w:p>
    <w:p>
      <w:r>
        <w:br/>
        <w:t>Зжилися ви з бідою і не ждете&lt;br /&gt;</w:t>
        <w:br/>
        <w:t>ніякої полекші від судьби;&lt;br /&gt;</w:t>
        <w:br/>
        <w:t>щороку на малі загони йдете,&lt;br /&gt;</w:t>
        <w:br/>
        <w:t>усе в обіймах смутку і журби.</w:t>
      </w:r>
    </w:p>
    <w:p>
      <w:r>
        <w:br/>
        <w:t>А я пішов у світ ще за дитини,&lt;br /&gt;</w:t>
        <w:br/>
        <w:t>мов вигнанець, з родинного гнізда,&lt;br /&gt;</w:t>
        <w:br/>
        <w:t>убогий син убогої родини,&lt;br /&gt;</w:t>
        <w:br/>
        <w:t>що мав кудись іти, не знать куда.</w:t>
      </w:r>
    </w:p>
    <w:p>
      <w:r>
        <w:br/>
        <w:t>Опущений, безпомічний хлопчина,&lt;br /&gt;</w:t>
        <w:br/>
        <w:t>у молодім віку чого я не зазнав!&lt;br /&gt;</w:t>
        <w:br/>
        <w:t>Пройшла життя найкраща вже частина —&lt;br /&gt;</w:t>
        <w:br/>
        <w:t>і ось нічого я не доконав.</w:t>
      </w:r>
    </w:p>
    <w:p>
      <w:r>
        <w:br/>
        <w:t>Ані для вас, ні для мого народу,&lt;br /&gt;</w:t>
        <w:br/>
        <w:t>ані для себе, сина бідака;&lt;br /&gt;</w:t>
        <w:br/>
        <w:t>вже трийцять кілька літ пройшло від роду,&lt;br /&gt;</w:t>
        <w:br/>
        <w:t>а у житті моїм все доля мужика.</w:t>
      </w:r>
    </w:p>
    <w:p>
      <w:r>
        <w:br/>
        <w:t>І рад би я, мої брати, злетіти&lt;br /&gt;</w:t>
        <w:br/>
        <w:t>наново до колишнього гнізда;&lt;br /&gt;</w:t>
        <w:br/>
        <w:t>згадали б ми, як ми були ще діти,&lt;br /&gt;</w:t>
        <w:br/>
        <w:t>як не лякало нас життя й біда.</w:t>
      </w:r>
    </w:p>
    <w:p>
      <w:r>
        <w:br/>
        <w:t>І се життя, що ще мені осталось,&lt;br /&gt;</w:t>
        <w:br/>
        <w:t>я обернув би на пожиток вам —&lt;br /&gt;</w:t>
        <w:br/>
        <w:t>нехай би вам ще сонце усміхалось,&lt;br /&gt;</w:t>
        <w:br/>
        <w:t>нехай би мати ще співала вам.</w:t>
      </w:r>
    </w:p>
    <w:p>
      <w:r>
        <w:br/>
        <w:t>Прожив би з вами вік, як предки наші,&lt;br /&gt;</w:t>
        <w:br/>
        <w:t>що в могилках затоптаних, сумних,&lt;br /&gt;</w:t>
        <w:br/>
        <w:t>і в старості, немов листок зів'явши,&lt;br /&gt;</w:t>
        <w:br/>
        <w:t>спочив би тихо й радо коло них.</w:t>
      </w:r>
    </w:p>
    <w:p>
      <w:r>
        <w:br/>
        <w:t>23.1. 1901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Брати мої! Живете ви убого...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