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</w:t>
      </w:r>
    </w:p>
    <w:p>
      <w:r>
        <w:br/>
        <w:t xml:space="preserve"> &lt;p&gt;Полк увійшов до села надвечір. Довга колона, зупинившись на вулиці, поволі танула. Зникали в дворах сани з майном, кухні, спеціальні підрозділи й окремі особи — зв'язкові, старшини, командири, але кістяк колони — піхота — лишався на місці. Бійці тупцювали на рипучому снігу і з жаданням поглядали на ряди хат, з димарів яких подекуди привітно здіймався димок, збуджуючи в пам'яті далекі картини і, здається, до неймовірності далекі часи. День догорав, і на шибках вікон палали червоні відблиски, ніби в хатах жарко горіли печі.</w:t>
      </w:r>
    </w:p>
    <w:p>
      <w:r>
        <w:br/>
        <w:t>І від цього на вулиці здавалося ще холодніше і ще дужче тягло до тепла і затишку.</w:t>
      </w:r>
    </w:p>
    <w:p>
      <w:r>
        <w:br/>
        <w:t>Розвідник Петро Костенко, стомлений цілоденним переходом, байдуже розглядав у бінокль вулицю, щоб скоротити завжди такі довгі десять-п'ятнадцять хвилин між зупинкою колони і розводом по квартирах. Помітивши кухню, Петро пожвавішав і, опустивши бінокль, гукнув:</w:t>
      </w:r>
    </w:p>
    <w:p>
      <w:r>
        <w:br/>
        <w:t>— Увага! Кухня першого батальйону на горизонті!</w:t>
      </w:r>
    </w:p>
    <w:p>
      <w:r>
        <w:br/>
        <w:t>Взвод загудів на високих нотах, наче великий рій, і старшина, як завжди, похопився крикнути:</w:t>
      </w:r>
    </w:p>
    <w:p>
      <w:r>
        <w:br/>
        <w:t>— Хлопці, без паніки!</w:t>
      </w:r>
    </w:p>
    <w:p>
      <w:r>
        <w:br/>
        <w:t>Він звелів не розходитись і послав Костенка довідатись, чи готовий обід. Той не ступив ще й сотні кроків, як зустрів командира взводу і дістав наказ поспішати з обідом і збиратися в розвідку.</w:t>
      </w:r>
    </w:p>
    <w:p>
      <w:r>
        <w:br/>
        <w:t>— Єсть! — відповів Петро і подумав, що мороз дужчає і що сьогодні вже пройдено п'ятдесят кілометрів.</w:t>
      </w:r>
    </w:p>
    <w:p>
      <w:r>
        <w:br/>
        <w:t>Коли розвідник підійшов до кухні, там уже була черга, але він не став чекати і, протиснувшись уперед, підставив свій казанок.</w:t>
      </w:r>
    </w:p>
    <w:p>
      <w:r>
        <w:br/>
        <w:t>Червоноармієць з оливковим обличчям і стражденним виразом очей сердитим голосом, що аж ніяк не пасував до його кволої постаті, сказав:</w:t>
      </w:r>
    </w:p>
    <w:p>
      <w:r>
        <w:br/>
        <w:t>— Твоя чому без черги?</w:t>
      </w:r>
    </w:p>
    <w:p>
      <w:r>
        <w:br/>
        <w:t>— А ось чому! — і Костенко відіпхнув червоноармійця плечем.— Насипай! — гукнув він кухареві.</w:t>
      </w:r>
    </w:p>
    <w:p>
      <w:r>
        <w:br/>
        <w:t>— Твоя чому без черги? — повторив боєць ще сердитіше.</w:t>
      </w:r>
    </w:p>
    <w:p>
      <w:r>
        <w:br/>
        <w:t>Костенко хотів сказати: "Тому, що я зараз іду в розвідку",— але він був стомлений, попереду чекала безсонна ніч, його сердила затримка, і він крикнув уже роздратовано:</w:t>
      </w:r>
    </w:p>
    <w:p>
      <w:r>
        <w:br/>
        <w:t>— Насипай, кажу тобі!</w:t>
      </w:r>
    </w:p>
    <w:p>
      <w:r>
        <w:br/>
        <w:t>— Не зв'язуйся з ним, Хаджибаєв,— порадив хтось з гурту..</w:t>
      </w:r>
    </w:p>
    <w:p>
      <w:r>
        <w:br/>
        <w:t>Бородатий солдат заступив собою слабенького Хаджибаєва і суворо мовив Петрові:</w:t>
      </w:r>
    </w:p>
    <w:p>
      <w:r>
        <w:br/>
        <w:t>— Бери і йди звідси!</w:t>
      </w:r>
    </w:p>
    <w:p>
      <w:r>
        <w:br/>
        <w:t>Кухар, завжди привітний до Костенка, тепер мовчки, не дивлячись у вічі, насипав казанок. Петро пішов геть.</w:t>
      </w:r>
    </w:p>
    <w:p>
      <w:r>
        <w:br/>
        <w:t>— А ще з біноклем,— почув він позад себе і почервонів із сорому. І весь час, коли йшов до взводу і поки збирався в розвідку, у нього був поганий настрій. Тільки коли вирушив на завдання, його охопило звичайне збудження розвідника і повернулася рівновага.</w:t>
      </w:r>
    </w:p>
    <w:p>
      <w:r>
        <w:br/>
        <w:t>В розвідку йшли дві групи: одна — проти фронту полка, друга,— тут був і Костенко,— праворуч, щоб з'ясувати можливість флангового удару.</w:t>
      </w:r>
    </w:p>
    <w:p>
      <w:r>
        <w:br/>
        <w:t>Мороз був скажений, і сніг під ногами рипів так гучно, що розвідники ніяк не могли тихо підкрастися до села, зайнятого ворогом. Двічі їх обстріляли з кулемета, після цього на вулицях забігали гітлерівці, залунали вигуки команди, і нічого не лишалося, як повернути до своїх.</w:t>
      </w:r>
    </w:p>
    <w:p>
      <w:r>
        <w:br/>
        <w:t>Коли розвідники проходили "нічиїм" хутором, командир наказав Костенкові зайти до однієї з хат і зібрати деякі відомості про цей хутір.</w:t>
      </w:r>
    </w:p>
    <w:p>
      <w:r>
        <w:br/>
        <w:t>Костенко вийшов з хутора, коли почало розвиднятися.</w:t>
      </w:r>
    </w:p>
    <w:p>
      <w:r>
        <w:br/>
        <w:t>Не доходячи до села, де розташувався полк, він почув виття літаків і побачив, як чотири хижаки атакували село. Петро піддав ходу, але, поки добіг до села, літаки вже зникли і вулицею перебігали підрозділи, займаючи оборону по садках і городах.</w:t>
      </w:r>
    </w:p>
    <w:p>
      <w:r>
        <w:br/>
        <w:t>Іти до свого взводу було пізно, треба негайно ставати до оборони, і Костенко, приєднавшись до цепу, повернув до ближчого двору і пройшов на край садка.</w:t>
      </w:r>
    </w:p>
    <w:p>
      <w:r>
        <w:br/>
        <w:t>Два бійці, нагорнувши купу снігу, лежали з ручним кулеметом і поглядали у біле поле. Праворуч, замаскований кущами, стояв "максим", ліворуч три бійці робили окіпчик з снігу. Вони були близько, кроків за двадцять. Оливкове обличчя одного здалося Костенкові знайомим, і він відчув якесь збентеження. Розвідник став пригадувати, де він зустрічав цього бійця, коли від станкового кулемета почув вигук:</w:t>
      </w:r>
    </w:p>
    <w:p>
      <w:r>
        <w:br/>
        <w:t>— Товариші, увага!</w:t>
      </w:r>
    </w:p>
    <w:p>
      <w:r>
        <w:br/>
        <w:t>Петро глянув у степ і побачив, як з-за пагорка, далеко ліворуч, показався танк.</w:t>
      </w:r>
    </w:p>
    <w:p>
      <w:r>
        <w:br/>
        <w:t>"Починається",— подумав Костенко і потягся від нервового збудження.</w:t>
      </w:r>
    </w:p>
    <w:p>
      <w:r>
        <w:br/>
        <w:t>За першим танком виткнувся другий, третій... Петро налічив їх шістнадцять. Вони повільно сунули до села. Звідти раптом загриміла канонада. Біля танків розквітали клуби диму, і не можна було зрозуміти, чи то стріляють з танків, чи рвуться наші снаряди. Ворожа піхота не показувалась, і Костенко подумав, що він тут зайвий з своїм автоматом, і пожалкував, що не добіг до взводу. Раптом він побачив, як над одним танком, здається, без усякої видимої причини, спалахнуло полум'я. Танк крутнувся в один, потім у другий бік і став. Біля самого села загорілося ще два танки, але решта продовжувала наступ. Канонада наростала, і вже не можна було розрізнити окремих пострілів і вибухів.</w:t>
      </w:r>
    </w:p>
    <w:p>
      <w:r>
        <w:br/>
        <w:t>Танки зайшли в село і посунули вулицею на той край, де лежав Костенко. Вони з'являлися на мить в проміжках між будівлями, і слідом за ними над хатами здіймалися хмари густого диму і пливли над селом.</w:t>
      </w:r>
    </w:p>
    <w:p>
      <w:r>
        <w:br/>
        <w:t>— Запалювальними б'є, сволота,— сказав хтось з кулеметників.</w:t>
      </w:r>
    </w:p>
    <w:p>
      <w:r>
        <w:br/>
        <w:t>Майже коло двору, де лежав Петро, загорівся ще один танк і швидко звернув у проміжок між хатою й повіткою. Мотор горів рівним червоним полум'ям, як багаття, розкладене вмілою рукою.</w:t>
      </w:r>
    </w:p>
    <w:p>
      <w:r>
        <w:br/>
        <w:t>Костенко перебіг від кулеметників до дворових будівель. Тепер палаючий танк був поряд з ним, за якихось сорок кроків. Він ніколи не бачив ворожого танка так близько і трохи захвилювався. Наставивши на башту автомат, він з завмиранням серця чекав, коли відкриється люк.</w:t>
      </w:r>
    </w:p>
    <w:p>
      <w:r>
        <w:br/>
        <w:t>Петро боявся одного — танкісти помітять його і відведуть танк за повітку. Але люк відкрився. Звідти показалась голова, потім груди, і Костенко, полегшено зітхнувши, дав коротку чергу. Танк рушив з місця, ткнувся, як сліпий, в стіну і знову став. З люка ніхто більше не показувався.</w:t>
      </w:r>
    </w:p>
    <w:p>
      <w:r>
        <w:br/>
        <w:t>Решта танків скупчилася край села. Три з них, шукаючи прикриття, стали біля садка, де лежав Костенко. Один стояв так близько, що можна було побачити шершавість на поверхні броні.</w:t>
      </w:r>
    </w:p>
    <w:p>
      <w:r>
        <w:br/>
        <w:t>"Гранату б!" — Костенко стиснув автомат, лютуючи на себе, що не взяв протитанкової гранати. Коли ще трапиться такий випадок? Але протитанкової гранати не було.</w:t>
      </w:r>
    </w:p>
    <w:p>
      <w:r>
        <w:br/>
        <w:t>Танки обстрілювали з кулеметів садок, і дрібні гілочки падали на сніг. Костенко бачив, як поверталися, націлюючись на хати, гармати і як спалахнули спочатку одна, потім друга солом'яні покрівлі і в повітрі закружляла солома, осідаючи на сніг обгорілими чорними стеблами. Раптом у проміжку між хатами промайнули бронетранспортери з піхотою, і, коли перший з них виринув знову, вже проти Костенка, він застрочив з автомата. Петро бачив, як падали гітлерівці, і не шкодував, що не пішов до взводу, а лишився тут. Бронетранспортери крутилися вулицею, розвідник ловив секунди, коли машини показувалися між будівель, і посилав короткі упевнені черги.</w:t>
      </w:r>
    </w:p>
    <w:p>
      <w:r>
        <w:br/>
        <w:t>Він спорожнив один диск і, мабуть, половину другого, коли почув по короткому звуку куль, що його помітили. Костенко відповз трохи в глиб садка і, ховаючись за купою бур'яну, притих. Він лежав нерухомо, прислухаючись до куль, аж доки не прийшла несподівана допомога: подув вітер, і садок заслало густою пеленою жовтого диму.</w:t>
      </w:r>
    </w:p>
    <w:p>
      <w:r>
        <w:br/>
        <w:t>Петро трохи полежав, потім переповз на старе місце і обережно підвів голову. Він оглянувся навкруги і побачив, як під заслоною димової завіси від краю садка до танка повз боєць з протитанковою гранатою. Він повз обережно, від дерева до дерева, і Петро, затаївши дихання, так, ніби ліз сам, стежив, чи не повернуть танки своїх кулеметів на бійця. Костенкові хотілося бути коло того бійця, допомогти йому, тепле почуття зростало водночас з заздрістю, що той мав протитанкову гранату, а в Костенка її нема. І в цю мить боєць був Петрові рідніший за брата.</w:t>
      </w:r>
    </w:p>
    <w:p>
      <w:r>
        <w:br/>
        <w:t>На краю садка боєць підвівся на коліна, змахнув рукою, і тут Костенко угледів смагляво обличчя з східними очима. Боєць кинув гранату і впав, зарившись обличчям у сніг.</w:t>
      </w:r>
    </w:p>
    <w:p>
      <w:r>
        <w:br/>
        <w:t>Петро побачив білий вогонь і дим, потім стовп червоного полум'я над танком. Боєць знову звівся навколішки і кинув другу гранату. Танк рвучко крутнувся і скажено застрочив з кулемета по бійцю. Розвідник бачив, як шалено здригався кулемет, випускаючи кулі, і почував себе ніби винним, що не може припинити це страшне тремтіння ствола.</w:t>
      </w:r>
    </w:p>
    <w:p>
      <w:r>
        <w:br/>
        <w:t>Раптом із щілин танка пішов дим, і кулемет безсило застиг. Але боєць уже не ворушився. Костенко з повагою й жалем дивився на сіру нерухому шинелю і напружував пам'ять, щоб пригадати, де він бачив це обличчя і чому спочатку воно збудило в ньому незрозуміле збентеження. Він уявляв обличчя з чорними очима, і тоді на думці крутилися слова, що пов'язувалися з цими очима, але згадати їх не міг. Раптом його погляд упав на блискучий казаночок, причеплений до пояса вбитого. Петрові враз все стало ясно.</w:t>
      </w:r>
    </w:p>
    <w:p>
      <w:r>
        <w:br/>
        <w:t>"Твоя чому без черги?" — ось хто був цей боєць!</w:t>
      </w:r>
    </w:p>
    <w:p>
      <w:r>
        <w:br/>
        <w:t>Знову вулицею пройшов бронетранспортер. Костенко з особливою люттю випустив чергу. А з думки не сходив Хаджибаєв... Петрові було боляче за вчорашнє і ще болючіше, що Хаджибаєв загинув. Петро повернув голову до нього і побачив, як з садка, коло спаленого танка, вибігли і сховалися в сусідньому дворі кілька червоноармійців. Він також помітив, як з протилежного боку з'явився ще один танк. Як тільки Петро усвідомив, що залишився в садку сам, оточений, інстинктивно кинувся за червоноармійцями. Він вискочив на голу площинку, і зразу ж навколо нього затюкали кулі. Коли пробігав повз Хаджибаєва, відчув, як щось з силою вдарило його по колінах.</w:t>
      </w:r>
    </w:p>
    <w:p>
      <w:r>
        <w:br/>
        <w:t>Костенко упав. Він прислухався до тупого вібруючого болю. Йому згадалося чиєсь оповідання, як в перші хвилини навіть не помічаєш, що тебе поранено. Шукаючи порятунку, розвідник оглянувся навкруги скільки міг. В цю мить у нього були ясні і холодні очі, бо думки напливали чіткі і ясні. Він зрозумів, що зробив помилку, вискочивши з садка. Тепер, коли наші не виб'ють німецьких фашистів із села, йому смерть.</w:t>
      </w:r>
    </w:p>
    <w:p>
      <w:r>
        <w:br/>
        <w:t>Костенко спробував відповзти під захист ближчої повітки, але відчув такий гострий біль, що ледве не втратив свідомість. З шорстким і коротким звуком коло нього упало кілька куль, і він зразу відмовився від свого наміру, зоставшись там, де впав, на відкритому місці. Справа доходила до кінця. Він витяг з кишені пістолет, поклав його за пазуху, поклав туди ж дві ручні гранати, потім натяг аж до очей капюшон маскувального халата і, стиснувши в руках автомат, перестав рухатись.</w:t>
      </w:r>
    </w:p>
    <w:p>
      <w:r>
        <w:br/>
        <w:t>Раптом крізь стрілянину він почув потужне двигтіння мотора і побачив, як з-за садка вийшов бронетранспортер і зупинився за півсотні кроків від нього.</w:t>
      </w:r>
    </w:p>
    <w:p>
      <w:r>
        <w:br/>
        <w:t>Шестеро гітлерівців у білих халатах, підперезані поясами, стояли в машині на весь зріст і стріляли в усі боки з кулеметів.</w:t>
      </w:r>
    </w:p>
    <w:p>
      <w:r>
        <w:br/>
        <w:t>Петрові стало моторошно. Смертна нудьга охопила його і все враз збайдужніло. Він дивився з-під капюшона на кулемети і чекав, що ось-ось один з них повернеться в його бік — і тоді кінець. В автоматі було з десяток, а може, й більше патронів. Мляво промайнула думка дати чергу і зняти всіх шістьох фашистів, але хвилевий страх перед гусеницями бронетранспортера, які тоді неодмінно пройдуть по його тілу, скував йому волю.</w:t>
      </w:r>
    </w:p>
    <w:p>
      <w:r>
        <w:br/>
        <w:t>Раптом він почув збоку від себе важкий стогін Хаджибаєва. В ту ж мить Костенко забув про страх. Майнула думка — будь-що допомогти товаришеві, а може, і врятувати, і він ураз відчув приплив радості і сміливості. Його вже не тривожила небезпека смерті чи від кулі, чи під гусеницями.</w:t>
      </w:r>
    </w:p>
    <w:p>
      <w:r>
        <w:br/>
        <w:t>Костенко натиснув на гашетку і блискучим оком дивився крізь мушку, як один за одним падали німецькі солдати.</w:t>
      </w:r>
    </w:p>
    <w:p>
      <w:r>
        <w:br/>
        <w:t>Бронетранспортер раптом здав назад, потім рвонувся вперед і посунув на Петра. Розвіднік схопив ручну гранату і кинув під машину. Не чекаючи вибуху, він витяг другу гранату і, стиснувши її в руці, підняв над головою. Бронетранспортер рвучко повернув убік і зник за будівлями.</w:t>
      </w:r>
    </w:p>
    <w:p>
      <w:r>
        <w:br/>
        <w:t>Знесилений величезним напруженням, Костенко схилив голову на сніг. Почуття гордості за подвійну перемогу наповнювало його хмільною радістю. Він поклав голову на автомат і, прислухаючись до тупого вібруючого болю в ногах, став чекати.</w:t>
      </w:r>
    </w:p>
    <w:p>
      <w:r>
        <w:br/>
        <w:t>Коли стрілянина вщухла, Петро підвів голову і побачив, що ворожі танки швидко виходять з села. їх залишилось тільки три. Коло них з'являлися і танули хмарки диму. Костенко зрозумів, що то рвуться наші снаряди.</w:t>
      </w:r>
    </w:p>
    <w:p>
      <w:r>
        <w:br/>
        <w:t>Напружуючи всі свої сили, він на руках поповз до Хаджибаєва і крикнув:</w:t>
      </w:r>
    </w:p>
    <w:p>
      <w:r>
        <w:br/>
        <w:t>— Хаджибаєв! Живий?</w:t>
      </w:r>
    </w:p>
    <w:p>
      <w:r>
        <w:br/>
        <w:t>Костенко припав до грудей бійця і з радістю почув, що серце б'ється. Він хотів гукнути санітарів, але сили зрадили його, і він схилився головою на груди товариша.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