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Борвій</w:t>
      </w:r>
    </w:p>
    <w:p>
      <w:r>
        <w:br/>
        <w:t xml:space="preserve"> Чорне хмарище встає повагом,&lt;br /&gt;</w:t>
        <w:br/>
        <w:t>Заступає світ, стеле темряву;&lt;br /&gt;</w:t>
        <w:br/>
        <w:t>Розпанахалось, завихрилося,&lt;br /&gt;</w:t>
        <w:br/>
        <w:t>Мов страховище з пекла зрушене,&lt;br /&gt;</w:t>
        <w:br/>
        <w:t>Сгорта навкруг землю крилами,&lt;br /&gt;</w:t>
        <w:br/>
        <w:t>Оперезане скрізь гадюками&lt;br /&gt;</w:t>
        <w:br/>
        <w:t>Сизо-білими, волохатими,&lt;br /&gt;</w:t>
        <w:br/>
        <w:t>Що сплітаються, розплітаються&lt;br /&gt;</w:t>
        <w:br/>
        <w:t>І звисають вниз грізним кетягом...</w:t>
      </w:r>
    </w:p>
    <w:p>
      <w:r>
        <w:br/>
        <w:t>Душно, млосяно, і задуха та&lt;br /&gt;</w:t>
        <w:br/>
        <w:t>Мов гнітить усе важким каменем:&lt;br /&gt;</w:t>
        <w:br/>
        <w:t>Ані способу вільно дихати,&lt;br /&gt;</w:t>
        <w:br/>
        <w:t>В голові гуде, думи сковані,&lt;br /&gt;</w:t>
        <w:br/>
        <w:t>В серці млявому — рабські острахи...</w:t>
      </w:r>
    </w:p>
    <w:p>
      <w:r>
        <w:br/>
        <w:t>Притаїлось все пополохане&lt;br /&gt;</w:t>
        <w:br/>
        <w:t>Перед з'явиськом тучі грізної:&lt;br /&gt;</w:t>
        <w:br/>
        <w:t>Вітерець ущух — ані подиху,&lt;br /&gt;</w:t>
        <w:br/>
        <w:t>Змовк веселий гай — ані шелесту,&lt;br /&gt;</w:t>
        <w:br/>
        <w:t>Знишкли пташечки-щебетушечки,&lt;br /&gt;</w:t>
        <w:br/>
        <w:t>Поховалися й кінці, шуляки,&lt;br /&gt;</w:t>
        <w:br/>
        <w:t>Ластівки лише не злякалися —&lt;br /&gt;</w:t>
        <w:br/>
        <w:t>У повітрі, знай, сміло плавають,&lt;br /&gt;</w:t>
        <w:br/>
        <w:t>Нижуть стрілами проти хмарища...</w:t>
      </w:r>
    </w:p>
    <w:p>
      <w:r>
        <w:br/>
        <w:t>Люди теж з страхом незміркованим&lt;br /&gt;</w:t>
        <w:br/>
        <w:t>Тучі ждуть тії лиховісної.&lt;br /&gt;</w:t>
        <w:br/>
        <w:t>Багатирщики зачиняються&lt;br /&gt;</w:t>
        <w:br/>
        <w:t>По своїх дворах, по хороминах,&lt;br /&gt;</w:t>
        <w:br/>
        <w:t>Затуляючи вікна коцями,&lt;br /&gt;</w:t>
        <w:br/>
        <w:t>Щоб не чути їм грому-грюкоту;&lt;br /&gt;</w:t>
        <w:br/>
        <w:t>Позасвічують ще й лампадочки,&lt;br /&gt;</w:t>
        <w:br/>
        <w:t>Щоб не бачити спалу блискавки —&lt;br /&gt;</w:t>
        <w:br/>
        <w:t>Так жахаються смерті наглої!&lt;br /&gt;</w:t>
        <w:br/>
        <w:t>Жаль їм злинути з світу ласого,&lt;br /&gt;</w:t>
        <w:br/>
        <w:t>Від утіх-розкош в мертву темряву,&lt;br /&gt;</w:t>
        <w:br/>
        <w:t>Що на той-бо світ, на суд праведний...</w:t>
      </w:r>
    </w:p>
    <w:p>
      <w:r>
        <w:br/>
        <w:t>А сіромі пак на ті заходи&lt;br /&gt;</w:t>
        <w:br/>
        <w:t>Нема вільної і хвилиноньки:&lt;br /&gt;</w:t>
        <w:br/>
        <w:t>Лиш про те вона побивається,&lt;br /&gt;</w:t>
        <w:br/>
        <w:t>Щоб не зніс потоп їй хатиноньки,&lt;br /&gt;</w:t>
        <w:br/>
        <w:t>Не забрав добра її вбогого,&lt;br /&gt;</w:t>
        <w:br/>
        <w:t>Із худобою, а то й з дітками,&lt;br /&gt;</w:t>
        <w:br/>
        <w:t>Чи недужими — батьком, ненькою...&lt;br /&gt;</w:t>
        <w:br/>
        <w:t>Що їй думати про гріхи свої?&lt;br /&gt;</w:t>
        <w:br/>
        <w:t>Гвалт безжалісний, скрута, горенько&lt;br /&gt;</w:t>
        <w:br/>
        <w:t>Та темнота — ось відповідники!&lt;br /&gt;</w:t>
        <w:br/>
        <w:t>Що лякатись їй смерті наглої?&lt;br /&gt;</w:t>
        <w:br/>
        <w:t>Не дало життя втіх і радощів,&lt;br /&gt;</w:t>
        <w:br/>
        <w:t>А дало дише муку, нуждоньку,&lt;br /&gt;</w:t>
        <w:br/>
        <w:t>То хоч смерть ота угамує їх,&lt;br /&gt;</w:t>
        <w:br/>
        <w:t>В ямі темній дасть їм відлежатись...</w:t>
      </w:r>
    </w:p>
    <w:p>
      <w:r>
        <w:br/>
        <w:t>А вже хмарище, туча грізная&lt;br /&gt;</w:t>
        <w:br/>
        <w:t>Геть насунулась, низом стелеться,&lt;br /&gt;</w:t>
        <w:br/>
        <w:t>Досягаючи лісу крилами,&lt;br /&gt;</w:t>
        <w:br/>
        <w:t>Ніччю криючи небо збурене...&lt;br /&gt;</w:t>
        <w:br/>
        <w:t>Ось розшарпалась світлом-пломенем,&lt;br /&gt;</w:t>
        <w:br/>
        <w:t>Засліпила всім очі злякані&lt;br /&gt;</w:t>
        <w:br/>
        <w:t>Обізвалася грізним гомоном,&lt;br /&gt;</w:t>
        <w:br/>
        <w:t>І занишкла знов, притаїлася...&lt;br /&gt;</w:t>
        <w:br/>
        <w:t>Та зненацька враз як не сказиться:&lt;br /&gt;</w:t>
        <w:br/>
        <w:t>Заревла, мов звір, диким вигуком,&lt;br /&gt;</w:t>
        <w:br/>
        <w:t>Покотилася вихром-бурею,&lt;br /&gt;</w:t>
        <w:br/>
        <w:t>Геть ламаючи, що не трапиться;&lt;br /&gt;</w:t>
        <w:br/>
        <w:t>Заяскрилася блискавицями,&lt;br /&gt;</w:t>
        <w:br/>
        <w:t>Із страшних гармат разом вдарила,&lt;br /&gt;</w:t>
        <w:br/>
        <w:t>Аж земля кругом іздригнулася,&lt;br /&gt;</w:t>
        <w:br/>
        <w:t>В хлющі пінявій потопаючи...</w:t>
      </w:r>
    </w:p>
    <w:p>
      <w:r>
        <w:br/>
        <w:t>Не журіться ж, гей, бідарі мої, —&lt;br /&gt;</w:t>
        <w:br/>
        <w:t>Горобина ніч — вам не мачуха!&lt;br /&gt;</w:t>
        <w:br/>
        <w:t>Сміло глянемо в вічі борвію&lt;br /&gt;</w:t>
        <w:br/>
        <w:t>Та зміркуємо усе розумом:&lt;br /&gt;</w:t>
        <w:br/>
        <w:t>Може, зірвемо ще й порадоньку&lt;br /&gt;</w:t>
        <w:br/>
        <w:t>Від бунтовника навіженого?..&lt;br /&gt;</w:t>
        <w:br/>
        <w:t>Після борвію гляне сонечко&lt;br /&gt;</w:t>
        <w:br/>
        <w:t>І огріє всіх рівним променем,&lt;br /&gt;</w:t>
        <w:br/>
        <w:t>Вороги життя згинуть пропадом,&lt;br /&gt;</w:t>
        <w:br/>
        <w:t>А повітря скрізь оздоровшає:&lt;br /&gt;</w:t>
        <w:br/>
        <w:t>Після борвію легше дихати, —&lt;br /&gt;</w:t>
        <w:br/>
        <w:t>Із заліз думки вириваються,&lt;br /&gt;</w:t>
        <w:br/>
        <w:t>Серце в груди б'є якось сміливо,&lt;br /&gt;</w:t>
        <w:br/>
        <w:t>І скриляється знов надіянка,&lt;br /&gt;</w:t>
        <w:br/>
        <w:t>Що й окривдженим правда станеться!.</w:t>
      </w:r>
    </w:p>
    <w:p>
      <w:r>
        <w:br/>
        <w:t>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