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Борцем я був у всі прожиті дні...</w:t>
      </w:r>
    </w:p>
    <w:p>
      <w:r>
        <w:br/>
        <w:t xml:space="preserve"> Борцем я був у всі прожиті дні,&lt;br /&gt;</w:t>
        <w:br/>
        <w:t>На битву йшов у перших лавах завше,&lt;br /&gt;</w:t>
        <w:br/>
        <w:t>І в розпалі духовної борні&lt;br /&gt;</w:t>
        <w:br/>
        <w:t>Багато літ прийшлось прожить мені&lt;br /&gt;</w:t>
        <w:br/>
        <w:t>Таких тяжких, що слабну, їх згадавши.&lt;br /&gt;</w:t>
        <w:br/>
        <w:t>Ніколи я борні не уникав,&lt;br /&gt;</w:t>
        <w:br/>
        <w:t>Хоч тисячі причин для цього мав,&lt;br /&gt;</w:t>
        <w:br/>
        <w:t>Що будь-кому служили б за підставу&lt;br /&gt;</w:t>
        <w:br/>
        <w:t>Покинути борню тяжку й криваву.&lt;br /&gt;</w:t>
        <w:br/>
        <w:t>Я інших праць чимало розпочав,-&lt;br /&gt;</w:t>
        <w:br/>
        <w:t>Ці мирні праці звершення чекають,&lt;br /&gt;</w:t>
        <w:br/>
        <w:t>Давно лежать, давно мене волають,&lt;br /&gt;</w:t>
        <w:br/>
        <w:t>Я й сотої частини не явив&lt;br /&gt;</w:t>
        <w:br/>
        <w:t>Того, що душу сповнює неситу,-&lt;br /&gt;</w:t>
        <w:br/>
        <w:t>В ній безліч є невимовлених слів.&lt;br /&gt;</w:t>
        <w:br/>
        <w:t>О, так багато я сказати можу світу!&lt;br /&gt;</w:t>
        <w:br/>
        <w:t>Від слів незмовлених в безсонні я знеміг.&lt;br /&gt;</w:t>
        <w:br/>
        <w:t>Я задихаюся від них,&lt;br /&gt;</w:t>
        <w:br/>
        <w:t>І все-таки їх заглушити мушу,&lt;br /&gt;</w:t>
        <w:br/>
        <w:t>Хоч цим ображу власну душу,-&lt;br /&gt;</w:t>
        <w:br/>
        <w:t>Можливо, я вже вбив її навік&lt;br /&gt;</w:t>
        <w:br/>
        <w:t>І змучує мене її страждання й крик.&lt;br /&gt;</w:t>
        <w:br/>
        <w:t>Хай так! Я все ж боротися не кинув&lt;br /&gt;</w:t>
        <w:br/>
        <w:t>І в затишку ні року не спочинув,&lt;br /&gt;</w:t>
        <w:br/>
        <w:t>Не змарнував ні тижня, ні доби,&lt;br /&gt;</w:t>
        <w:br/>
        <w:t>Бо вищого нема в житті від боротьби!&lt;br /&gt;</w:t>
        <w:br/>
        <w:t>Це — боротьба тяжка, безжалісна, могутня&lt;br /&gt;</w:t>
        <w:br/>
        <w:t>За долю нашого народу, за майбутнє,&lt;br /&gt;</w:t>
        <w:br/>
        <w:t>Яке тепер, сьогодні, в наші дні&lt;br /&gt;</w:t>
        <w:br/>
        <w:t>Вирішується в битвах і борні.&lt;br /&gt;</w:t>
        <w:br/>
        <w:t>Народові ми мусим помогти&lt;br /&gt;</w:t>
        <w:br/>
        <w:t>Несхибну путь, до сонця путь знайти.&lt;br /&gt;</w:t>
        <w:br/>
        <w:t>До сонця зрікся йти я манівцем своїм,-&lt;br /&gt;</w:t>
        <w:br/>
        <w:t>З народом вкупі я. Народ є над усім!</w:t>
      </w:r>
    </w:p>
    <w:p>
      <w:r>
        <w:br/>
        <w:t>1906-1907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Борцем я був у всі прожиті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