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Бог — за нас!</w:t>
      </w:r>
    </w:p>
    <w:p>
      <w:r>
        <w:br/>
        <w:t xml:space="preserve"> Не питайте про вік мій,&lt;br /&gt;</w:t>
        <w:br/>
        <w:t>Не питайте ім'я.&lt;br /&gt;</w:t>
        <w:br/>
        <w:t>На Середньому Заході&lt;br /&gt;</w:t>
        <w:br/>
        <w:t>Народився був я.&lt;br /&gt;</w:t>
        <w:br/>
        <w:t>Народився і виріс,&lt;br /&gt;</w:t>
        <w:br/>
        <w:t>І затямив гаразд:&lt;br /&gt;</w:t>
        <w:br/>
        <w:t>Це земля наших предків,&lt;br /&gt;</w:t>
        <w:br/>
        <w:t>І Бог — Він за нас.&lt;br /&gt;</w:t>
        <w:br/>
        <w:t>Хай історики пишуть,&lt;br /&gt;</w:t>
        <w:br/>
        <w:t>Я скажу навпростець:&lt;br /&gt;</w:t>
        <w:br/>
        <w:t>Появилися білі —&lt;br /&gt;</w:t>
        <w:br/>
        <w:t>Індіанцям кінець.&lt;br /&gt;</w:t>
        <w:br/>
        <w:t>Появилися білі —&lt;br /&gt;</w:t>
        <w:br/>
        <w:t>І ніхто не поміг.&lt;br /&gt;</w:t>
        <w:br/>
        <w:t>То ж народ молодий був,&lt;br /&gt;</w:t>
        <w:br/>
        <w:t>І Бог був за них.&lt;br /&gt;</w:t>
        <w:br/>
        <w:t>Із іспанцями бійка&lt;br /&gt;</w:t>
        <w:br/>
        <w:t>Була-відгула.&lt;br /&gt;</w:t>
        <w:br/>
        <w:t>І війна громадянська&lt;br /&gt;</w:t>
        <w:br/>
        <w:t>Давно відійшла.&lt;br /&gt;</w:t>
        <w:br/>
        <w:t>Вічна слава героям!&lt;br /&gt;</w:t>
        <w:br/>
        <w:t>Не затьмарить їх час!&lt;br /&gt;</w:t>
        <w:br/>
        <w:t>І була перемога,&lt;br /&gt;</w:t>
        <w:br/>
        <w:t>І Бог був за нас.&lt;br /&gt;</w:t>
        <w:br/>
        <w:t>Перша Світова&lt;br /&gt;</w:t>
        <w:br/>
        <w:t>Закінчилася все ж.&lt;br /&gt;</w:t>
        <w:br/>
        <w:t>А чому воювали —&lt;br /&gt;</w:t>
        <w:br/>
        <w:t>Далебі, не збагнеш.&lt;br /&gt;</w:t>
        <w:br/>
        <w:t>Та я добре затямив:&lt;br /&gt;</w:t>
        <w:br/>
        <w:t>(Цим пишались не раз!)&lt;br /&gt;</w:t>
        <w:br/>
        <w:t>Не рахують убитих,&lt;br /&gt;</w:t>
        <w:br/>
        <w:t>Коли сам Бог за нас.&lt;br /&gt;</w:t>
        <w:br/>
        <w:t>Другої Світової&lt;br /&gt;</w:t>
        <w:br/>
        <w:t>Відгриміли громи.&lt;br /&gt;</w:t>
        <w:br/>
        <w:t>Ми пробачили німцям,&lt;br /&gt;</w:t>
        <w:br/>
        <w:t>І тепер друзі ми.&lt;br /&gt;</w:t>
        <w:br/>
        <w:t>Шість мільйонів спалили&lt;br /&gt;</w:t>
        <w:br/>
        <w:t>Вони в печах своїх…&lt;br /&gt;</w:t>
        <w:br/>
        <w:t>Та ми з німцями друзі,&lt;br /&gt;</w:t>
        <w:br/>
        <w:t>І Бог також за них.&lt;br /&gt;</w:t>
        <w:br/>
        <w:t>Але є росіяни —&lt;br /&gt;</w:t>
        <w:br/>
        <w:t>Ворог номер один.&lt;br /&gt;</w:t>
        <w:br/>
        <w:t>Це якщо воювати,&lt;br /&gt;</w:t>
        <w:br/>
        <w:t>То із ворогом цим.&lt;br /&gt;</w:t>
        <w:br/>
        <w:t>Щоб і страх, і погорда,&lt;br /&gt;</w:t>
        <w:br/>
        <w:t>І ненависті сказ…&lt;br /&gt;</w:t>
        <w:br/>
        <w:t>І триматися гордо,&lt;br /&gt;</w:t>
        <w:br/>
        <w:t>Адже сам Бог за нас.&lt;br /&gt;</w:t>
        <w:br/>
        <w:t>Правда, є тепер зброя —&lt;br /&gt;</w:t>
        <w:br/>
        <w:t>Понад зброї усі.&lt;br /&gt;</w:t>
        <w:br/>
        <w:t>І якщо нас примусять,&lt;br /&gt;</w:t>
        <w:br/>
        <w:t>Застосуєм її.&lt;br /&gt;</w:t>
        <w:br/>
        <w:t>Натискаєш на кнопку —&lt;br /&gt;</w:t>
        <w:br/>
        <w:t>І світ вибухне враз.&lt;br /&gt;</w:t>
        <w:br/>
        <w:t>І ніколи не взнаєм,&lt;br /&gt;</w:t>
        <w:br/>
        <w:t>Чи Бог справді за нас.&lt;br /&gt;</w:t>
        <w:br/>
        <w:t>У години розпуки&lt;br /&gt;</w:t>
        <w:br/>
        <w:t>Мене страх огорта:&lt;br /&gt;</w:t>
        <w:br/>
        <w:t>Це ж колись поцілунком&lt;br /&gt;</w:t>
        <w:br/>
        <w:t>Юда зрадив Христа.&lt;br /&gt;</w:t>
        <w:br/>
        <w:t>І питання пекельне&lt;br /&gt;</w:t>
        <w:br/>
        <w:t>Прямо кидає в дрож:&lt;br /&gt;</w:t>
        <w:br/>
        <w:t>Бог — він був за Іуду?&lt;br /&gt;</w:t>
        <w:br/>
        <w:t>За Іуду — також?&lt;br /&gt;</w:t>
        <w:br/>
        <w:t>Ох, питання прокляті —&lt;br /&gt;</w:t>
        <w:br/>
        <w:t>Аж гуде голова!&lt;br /&gt;</w:t>
        <w:br/>
        <w:t>І збентеження дике&lt;br /&gt;</w:t>
        <w:br/>
        <w:t>Не дається в слова.&lt;br /&gt;</w:t>
        <w:br/>
        <w:t>Тільки піснею рветься,&lt;br /&gt;</w:t>
        <w:br/>
        <w:t>Тільки в пісні гукну:&lt;br /&gt;</w:t>
        <w:br/>
        <w:t>— Та якщо Бог за нас —&lt;br /&gt;</w:t>
        <w:br/>
        <w:t>Він зупинить війну!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 — за нас!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