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Блакитна Україна</w:t>
      </w:r>
    </w:p>
    <w:p>
      <w:r>
        <w:br/>
        <w:t xml:space="preserve"> Пестили мене Предивні Руки,&lt;br /&gt;</w:t>
        <w:br/>
        <w:t>Формувала Мова-дивина,&lt;br /&gt;</w:t>
        <w:br/>
        <w:t>З мелодійних янголиних звуків&lt;br /&gt;</w:t>
        <w:br/>
        <w:t>Ткалась пісня Духу чарівна.&lt;br /&gt;</w:t>
        <w:br/>
        <w:t>Наливались силою рамена,&lt;br /&gt;</w:t>
        <w:br/>
        <w:t>Обрій зору ширився і ріс…&lt;br /&gt;</w:t>
        <w:br/>
        <w:t>І толі крилатий Геній в мене&lt;br /&gt;</w:t>
        <w:br/>
        <w:t>Увійшов і до зірок поніс…&lt;br /&gt;</w:t>
        <w:br/>
        <w:t>І душа жахалася дитинна&lt;br /&gt;</w:t>
        <w:br/>
        <w:t>Мерехтіння зірок і планет,&lt;br /&gt;</w:t>
        <w:br/>
        <w:t>Та солодкий був політ орлиний,&lt;br /&gt;</w:t>
        <w:br/>
        <w:t>Безупинний в невідоме лет.&lt;br /&gt;</w:t>
        <w:br/>
        <w:t>Геній мовив: — Ось твоя країна,&lt;br /&gt;</w:t>
        <w:br/>
        <w:t>Поле духу царського твого.&lt;br /&gt;</w:t>
        <w:br/>
        <w:t>Ти — владар безмежності незмінний,&lt;br /&gt;</w:t>
        <w:br/>
        <w:t>Повелитель світу оцього!&lt;br /&gt;</w:t>
        <w:br/>
        <w:t>Хочеш — засяють нові зорі,&lt;br /&gt;</w:t>
        <w:br/>
        <w:t>Забажаєш — згаснуть всі світи!&lt;br /&gt;</w:t>
        <w:br/>
        <w:t>Скажеш Слово — і в пустім просторі&lt;br /&gt;</w:t>
        <w:br/>
        <w:t>Може казка нова розцвісти…&lt;br /&gt;</w:t>
        <w:br/>
        <w:t>Але є у глибині забутій&lt;br /&gt;</w:t>
        <w:br/>
        <w:t>Міріяди всесвітів д у ш і;&lt;br /&gt;</w:t>
        <w:br/>
        <w:t>То Титани, в Тартарі закуті.&lt;br /&gt;</w:t>
        <w:br/>
        <w:t>Всі вони — твої товариші.&lt;br /&gt;</w:t>
        <w:br/>
        <w:t>Злий Чаклун зіткав для них тенета&lt;br /&gt;</w:t>
        <w:br/>
        <w:t>З їхніх снів, пісень і доброти,&lt;br /&gt;</w:t>
        <w:br/>
        <w:t>Із творінь художників, поетів,&lt;br /&gt;</w:t>
        <w:br/>
        <w:t>Із шукань, і мрій, і марноти…&lt;br /&gt;</w:t>
        <w:br/>
        <w:t>Оточив Чаклун той світ химери&lt;br /&gt;</w:t>
        <w:br/>
        <w:t>Прірвою пітьми і небуття,&lt;br /&gt;</w:t>
        <w:br/>
        <w:t>В світі тім ніхто не знайде двері&lt;br /&gt;</w:t>
        <w:br/>
        <w:t>У світи Свободи і Життя…&lt;br /&gt;</w:t>
        <w:br/>
        <w:t>Чи волієш ринутись у морок,&lt;br /&gt;</w:t>
        <w:br/>
        <w:t>Щоб далеким друзям помогти,&lt;br /&gt;</w:t>
        <w:br/>
        <w:t>Щоб розвіять сутінки і горе?!&lt;br /&gt;</w:t>
        <w:br/>
        <w:t>Дух мій мовив: — Я готов іти!&lt;br /&gt;</w:t>
        <w:br/>
        <w:t>Засміявся Геній срібнокрилий:&lt;br /&gt;</w:t>
        <w:br/>
        <w:t>— Лиш такого слова я чекав!&lt;br /&gt;</w:t>
        <w:br/>
        <w:t>Народися в пітьмі, сину милий,&lt;br /&gt;</w:t>
        <w:br/>
        <w:t>Серед гроз, прокльонів і заграв!&lt;br /&gt;</w:t>
        <w:br/>
        <w:t>Дам тобі я Матір-Україну,&lt;br /&gt;</w:t>
        <w:br/>
        <w:t>Дивну Діву темної Землі,&lt;br /&gt;</w:t>
        <w:br/>
        <w:t>То — твоє кохання лебедине.&lt;br /&gt;</w:t>
        <w:br/>
        <w:t>То — твої надії і жалі!&lt;br /&gt;</w:t>
        <w:br/>
        <w:t>Сповни душу мовою Вкраїни,&lt;br /&gt;</w:t>
        <w:br/>
        <w:t>Пий до дна страждання гіркоту,&lt;br /&gt;</w:t>
        <w:br/>
        <w:t>Полюби і творення, й руїну&lt;br /&gt;</w:t>
        <w:br/>
        <w:t>Всю її — і грішну, і святу!&lt;br /&gt;</w:t>
        <w:br/>
        <w:t>Слізну думу, буряні походи,&lt;br /&gt;</w:t>
        <w:br/>
        <w:t>Шибениці, палі і хрести,&lt;br /&gt;</w:t>
        <w:br/>
        <w:t>Мужність воїв, і дівочу вроду,&lt;br /&gt;</w:t>
        <w:br/>
        <w:t>І безсилля осягнуть мети…&lt;br /&gt;</w:t>
        <w:br/>
        <w:t>Покохай окрадену й закуту&lt;br /&gt;</w:t>
        <w:br/>
        <w:t>Обніми невинну і німу,&lt;br /&gt;</w:t>
        <w:br/>
        <w:t>Поцілуй тисячолітнє путо, —&lt;br /&gt;</w:t>
        <w:br/>
        <w:t>І тоді — тебе я о б н і м у…&lt;br /&gt;</w:t>
        <w:br/>
        <w:t>Ти відчуєш силу і поління.&lt;br /&gt;</w:t>
        <w:br/>
        <w:t>Ти розвієш морок Чаклуна!&lt;br /&gt;</w:t>
        <w:br/>
        <w:t>Над безодню — в зірок мерехтінні&lt;br /&gt;</w:t>
        <w:br/>
        <w:t>Встане доля світу осяйна!&lt;br /&gt;</w:t>
        <w:br/>
        <w:t>Ти зумій з’єднати воєдино&lt;br /&gt;</w:t>
        <w:br/>
        <w:t>Зло й Добро, і полум’я, і тлінь,&lt;br /&gt;</w:t>
        <w:br/>
        <w:t>Тишу Божу й ревище звірине,&lt;br /&gt;</w:t>
        <w:br/>
        <w:t>І молитву, й грім палахкотінь!&lt;br /&gt;</w:t>
        <w:br/>
        <w:t>Лиш тоді замучена й закута&lt;br /&gt;</w:t>
        <w:br/>
        <w:t>Переступить прірву небуття,&lt;br /&gt;</w:t>
        <w:br/>
        <w:t>Коли міст ти викуєш із пута,&lt;br /&gt;</w:t>
        <w:br/>
        <w:t>Як Життя сотвориш з Нежиття…&lt;br /&gt;</w:t>
        <w:br/>
        <w:t>……………………………………&lt;br /&gt;</w:t>
        <w:br/>
        <w:t>Сталось так! І я пірнув у морок…&lt;br /&gt;</w:t>
        <w:br/>
        <w:t>І минали ери і роки…&lt;br /&gt;</w:t>
        <w:br/>
        <w:t>І шукав я в клекоті і горі&lt;br /&gt;</w:t>
        <w:br/>
        <w:t>Знаки Благовісної Руки.&lt;br /&gt;</w:t>
        <w:br/>
        <w:t>Тьма ревіла.&lt;br /&gt;</w:t>
        <w:br/>
        <w:t>І шипіли змії.&lt;br /&gt;</w:t>
        <w:br/>
        <w:t>І росли могили у степах.&lt;br /&gt;</w:t>
        <w:br/>
        <w:t>Рокотали кобзи. Гасли мрії.&lt;br /&gt;</w:t>
        <w:br/>
        <w:t>І струпився кров’ю битий шлях.&lt;br /&gt;</w:t>
        <w:br/>
        <w:t>І до прірви знов беззастережно&lt;br /&gt;</w:t>
        <w:br/>
        <w:t>Ніс мене жахливий ураган…&lt;br /&gt;</w:t>
        <w:br/>
        <w:t>І ось там — на боці протилежнім&lt;br /&gt;</w:t>
        <w:br/>
        <w:t>Я побачив світозарний стан…&lt;br /&gt;</w:t>
        <w:br/>
        <w:t>То була вона — Вкраїна-Діва&lt;br /&gt;</w:t>
        <w:br/>
        <w:t>Серед сяйна, в зорях, у вінці.&lt;br /&gt;</w:t>
        <w:br/>
        <w:t>А довкола — краю вільне диве&lt;br /&gt;</w:t>
        <w:br/>
        <w:t>Море трав і квітів пагінці…&lt;br /&gt;</w:t>
        <w:br/>
        <w:t>І її у коло замикали&lt;br /&gt;</w:t>
        <w:br/>
        <w:t>Душі ясні вірних козаків,&lt;br /&gt;</w:t>
        <w:br/>
        <w:t>Звуки дум, і мрії, і хорали,&lt;br /&gt;</w:t>
        <w:br/>
        <w:t>І кохання тисяч Матерів…&lt;br /&gt;</w:t>
        <w:br/>
        <w:t>Тут, де я, — кривавилися грози,&lt;br /&gt;</w:t>
        <w:br/>
        <w:t>І стогнала змучена земля…&lt;br /&gt;</w:t>
        <w:br/>
        <w:t>І, тамуючи столітні сльози,&lt;br /&gt;</w:t>
        <w:br/>
        <w:t>Я почув глаголи іздаля:&lt;br /&gt;</w:t>
        <w:br/>
        <w:t>— Любий сину! Бачиш — та безодня&lt;br /&gt;</w:t>
        <w:br/>
        <w:t>Сповнена терзань і німоти!&lt;br /&gt;</w:t>
        <w:br/>
        <w:t>Прірва та ковтає всі народи,&lt;br /&gt;</w:t>
        <w:br/>
        <w:t>Всі повстання, мрії і мости!&lt;br /&gt;</w:t>
        <w:br/>
        <w:t>Вже пора! А шляху все немає!&lt;br /&gt;</w:t>
        <w:br/>
        <w:t>І його відкриють лише т і,&lt;br /&gt;</w:t>
        <w:br/>
        <w:t>Хто полюбить пекло серед Раю&lt;br /&gt;</w:t>
        <w:br/>
        <w:t>І Буття у Вічнім Забутті!&lt;br /&gt;</w:t>
        <w:br/>
        <w:t>Суджено це Синові Вкраїни!&lt;br /&gt;</w:t>
        <w:br/>
        <w:t>Я тобі допоможу, іди!&lt;br /&gt;</w:t>
        <w:br/>
        <w:t>Понад світом сонним і тривожним&lt;br /&gt;</w:t>
        <w:br/>
        <w:t>Через прірву небуття гряди!&lt;br /&gt;</w:t>
        <w:br/>
        <w:t>І сяйнула в небі блискавиця,&lt;br /&gt;</w:t>
        <w:br/>
        <w:t>І забута пам’ять вирина…</w:t>
      </w:r>
    </w:p>
    <w:p>
      <w:r>
        <w:br/>
        <w:t>УКРАЇНО — ЗОРЯНА СЕСТРИЦЕ!&lt;br /&gt;</w:t>
        <w:br/>
        <w:t>УКРАЇНО — МАТІНКО ЗЕМНА!</w:t>
      </w:r>
    </w:p>
    <w:p>
      <w:r>
        <w:br/>
        <w:t>Воскресайте, злийтеся докупи&lt;br /&gt;</w:t>
        <w:br/>
        <w:t>Понад перепонами століть!&lt;br /&gt;</w:t>
        <w:br/>
        <w:t>Кості матерів, козацькі трупи,&lt;br /&gt;</w:t>
        <w:br/>
        <w:t>Оживайте, у життя ідіть!&lt;br /&gt;</w:t>
        <w:br/>
        <w:t>Ляжу я над прірвою страшною,&lt;br /&gt;</w:t>
        <w:br/>
        <w:t>Творячи дороги і мости,&lt;br /&gt;</w:t>
        <w:br/>
        <w:t>Від того падіння наді мною&lt;br /&gt;</w:t>
        <w:br/>
        <w:t>Небувалі спалахнуть світи!&lt;br /&gt;</w:t>
        <w:br/>
        <w:t>Йдіть по серцю,&lt;br /&gt;</w:t>
        <w:br/>
        <w:t>по чолу,&lt;br /&gt;</w:t>
        <w:br/>
        <w:t>по грудях!</w:t>
      </w:r>
    </w:p>
    <w:p>
      <w:r>
        <w:br/>
        <w:t>На тім боці — Заповітний Край!&lt;br /&gt;</w:t>
        <w:br/>
        <w:t>Час останній!&lt;br /&gt;</w:t>
        <w:br/>
        <w:t>Поспішайте, Люди!&lt;br /&gt;</w:t>
        <w:br/>
        <w:t>Нене Україно!&lt;br /&gt;</w:t>
        <w:br/>
        <w:t>Поспішай!</w:t>
      </w:r>
    </w:p>
    <w:p>
      <w:r>
        <w:br/>
        <w:t>9 січня 1977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Блакитна 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