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Благальниці</w:t>
      </w:r>
    </w:p>
    <w:p>
      <w:r>
        <w:br/>
        <w:t xml:space="preserve"> Есхіл</w:t>
      </w:r>
    </w:p>
    <w:p>
      <w:r>
        <w:br/>
        <w:t>Благальниці&lt;br /&gt;</w:t>
        <w:br/>
        <w:t>(трагедія)&lt;br /&gt;</w:t>
        <w:br/>
        <w:t>-----------------------</w:t>
      </w:r>
    </w:p>
    <w:p>
      <w:r>
        <w:br/>
        <w:t>БЛАГАЛЬНИЦІ</w:t>
      </w:r>
    </w:p>
    <w:p>
      <w:r>
        <w:br/>
        <w:t>Д І Й О В І О С О Б И</w:t>
      </w:r>
    </w:p>
    <w:p>
      <w:r>
        <w:br/>
        <w:t>ДАНАЙ — старець, син єгипетського володаря.&lt;br /&gt;</w:t>
        <w:br/>
        <w:t>ВОЛОДАР АРГОСУ — Пеласг.&lt;br /&gt;</w:t>
        <w:br/>
        <w:t>ВІСНИК синів Єгипта.&lt;br /&gt;</w:t>
        <w:br/>
        <w:t>ХОР ДАНАЇД, дочок Даная.&lt;br /&gt;</w:t>
        <w:br/>
        <w:t>ХОР ПРИСЛУЖНИЦЬ.</w:t>
      </w:r>
    </w:p>
    <w:p>
      <w:r>
        <w:br/>
        <w:t>ПАРОД</w:t>
      </w:r>
    </w:p>
    <w:p>
      <w:r>
        <w:br/>
        <w:t>На орхестру, де представлено вівтар і статуї аргоських богів,&lt;br /&gt;</w:t>
        <w:br/>
        <w:t>входить х о р Д а н а ї д, одягнених у східні шати; в руці&lt;br /&gt;</w:t>
        <w:br/>
        <w:t>у кожної з них — обвита вовною гілка, що є знаком благальниць.</w:t>
      </w:r>
    </w:p>
    <w:p>
      <w:r>
        <w:br/>
        <w:t>П Р О В І Д Н И Ц Я Х О Р У</w:t>
      </w:r>
    </w:p>
    <w:p>
      <w:r>
        <w:br/>
        <w:t>До вигнанців прихильний, хай зглянеться Зевс&lt;br /&gt;</w:t>
        <w:br/>
        <w:t>І на нашу громадку, що Нілом аж ген,&lt;br /&gt;</w:t>
        <w:br/>
        <w:t>Од верхів'їв піщаних сюди прибула&lt;br /&gt;</w:t>
        <w:br/>
        <w:t>На судні. Залишивши священний,&lt;br /&gt;</w:t>
        <w:br/>
        <w:t>Що прилеглий до Сірії, край, ми втекли&lt;br /&gt;</w:t>
        <w:br/>
        <w:t>Не тому, що вигнанням нас місто якесь&lt;br /&gt;</w:t>
        <w:br/>
        <w:t>Покарало за вчинене вбивство —&lt;br /&gt;</w:t>
        <w:br/>
        <w:t>Переповнені жахом, огидою ми&lt;br /&gt;</w:t>
        <w:br/>
        <w:t>До безбожного шлюбу, що нас — чи не гріх? —&lt;br /&gt;</w:t>
        <w:br/>
        <w:t>10 Мав єднати з синами Єгипта.&lt;br /&gt;</w:t>
        <w:br/>
        <w:t>Це наш батько Данай, і порадник, і вождь,&lt;br /&gt;</w:t>
        <w:br/>
        <w:t>Що в серця своїх дочок завзяття вдихнув,&lt;br /&gt;</w:t>
        <w:br/>
        <w:t>Небезпеки всі зваживши й лиха,&lt;br /&gt;</w:t>
        <w:br/>
        <w:t>Ось цей шлях через море солоне обрав&lt;br /&gt;</w:t>
        <w:br/>
        <w:t>Аж до Аргосу. Тут-бо почався наш рід&lt;br /&gt;</w:t>
        <w:br/>
        <w:t>Од корови, що ґедзь день у день її гнав,&lt;br /&gt;</w:t>
        <w:br/>
        <w:t>І котру, нам на гордість, сам Зевс запліднив —&lt;br /&gt;</w:t>
        <w:br/>
        <w:t>Утікачки торкнувсь його подих.&lt;br /&gt;</w:t>
        <w:br/>
        <w:t>То чи є ще десь край, що гостинніше б міг&lt;br /&gt;</w:t>
        <w:br/>
        <w:t>20 Прихистити благальниць? В руках он у нас —&lt;br /&gt;</w:t>
        <w:br/>
        <w:t>Оливні гілки,&lt;br /&gt;</w:t>
        <w:br/>
        <w:t>Що їх вовною ми обмотали.&lt;br /&gt;</w:t>
        <w:br/>
        <w:t>Хай це місто, земля, і прозора вода,&lt;br /&gt;</w:t>
        <w:br/>
        <w:t>І всевишні боги, і гнівні божества&lt;br /&gt;</w:t>
        <w:br/>
        <w:t>Попідземні — могил охоронці —&lt;br /&gt;</w:t>
        <w:br/>
        <w:t>Як і Зевс-Рятівник, що доми береже&lt;br /&gt;</w:t>
        <w:br/>
        <w:t>Справедливих людей — цю громадку жінок&lt;br /&gt;</w:t>
        <w:br/>
        <w:t>Найласкавішим подихом краю цього&lt;br /&gt;</w:t>
        <w:br/>
        <w:t>Обігріють. Коли ж увірватись рішить&lt;br /&gt;</w:t>
        <w:br/>
        <w:t>30 Із Єгипту юрба чоловіча сюди,&lt;br /&gt;</w:t>
        <w:br/>
        <w:t>На болотяний берег, — у море її&lt;br /&gt;</w:t>
        <w:br/>
        <w:t>З бистрохідними суднами разом&lt;br /&gt;</w:t>
        <w:br/>
        <w:t>Ви одкиньте, боги! Буревій дощовий,&lt;br /&gt;</w:t>
        <w:br/>
        <w:t>Блискавиці, громи в крутежі вихровім&lt;br /&gt;</w:t>
        <w:br/>
        <w:t>Серед темної хлані, що дибки стає,&lt;br /&gt;</w:t>
        <w:br/>
        <w:t>Нехай вигублять їх, перетоплять,&lt;br /&gt;</w:t>
        <w:br/>
        <w:t>Перед тим, ніж, закон потоптавши, вони&lt;br /&gt;</w:t>
        <w:br/>
        <w:t>Своїх сестер двоюрідних — чи не ганьба? —&lt;br /&gt;</w:t>
        <w:br/>
        <w:t>Покоритись на ложі примусять.</w:t>
      </w:r>
    </w:p>
    <w:p>
      <w:r>
        <w:br/>
        <w:t>Х О Р</w:t>
      </w:r>
    </w:p>
    <w:p>
      <w:r>
        <w:br/>
        <w:t>С т р о ф а І</w:t>
      </w:r>
    </w:p>
    <w:p>
      <w:r>
        <w:br/>
        <w:t>40 Нині з-за моря мій клич&lt;br /&gt;</w:t>
        <w:br/>
        <w:t>Зевсовий пагін — бичок,&lt;br /&gt;</w:t>
        <w:br/>
        <w:t>Мій захисник, хай почує, син Іо-корови:&lt;br /&gt;</w:t>
        <w:br/>
        <w:t>Зевс на квітучому лузі торкнувсь її —&lt;br /&gt;</w:t>
        <w:br/>
        <w:t>Й та народила у строк, що намітила&lt;br /&gt;</w:t>
        <w:br/>
        <w:t>Доля, Епафа: те славне&lt;br /&gt;</w:t>
        <w:br/>
        <w:t>Ймення про Зевсів нагадує доторк.</w:t>
      </w:r>
    </w:p>
    <w:p>
      <w:r>
        <w:br/>
        <w:t>А н т и с т р о ф а І</w:t>
      </w:r>
    </w:p>
    <w:p>
      <w:r>
        <w:br/>
        <w:t>Тож закликаю його,&lt;br /&gt;</w:t>
        <w:br/>
        <w:t>Як і праматір свою,&lt;br /&gt;</w:t>
        <w:br/>
        <w:t>Нині на цих от лугах, де вона зазнавала&lt;br /&gt;</w:t>
        <w:br/>
        <w:t>50 Горя, щоб житель тутешній мав докази&lt;br /&gt;</w:t>
        <w:br/>
        <w:t>Хоч неймовірні, та певні про витоки&lt;br /&gt;</w:t>
        <w:br/>
        <w:t>Роду мого: це побачить&lt;br /&gt;</w:t>
        <w:br/>
        <w:t>Кожен, послухавши, що скажу далі.</w:t>
      </w:r>
    </w:p>
    <w:p>
      <w:r>
        <w:br/>
        <w:t>С т р о ф а ІІ</w:t>
      </w:r>
    </w:p>
    <w:p>
      <w:r>
        <w:br/>
        <w:t>Був би віщун тут, що знає голос птахів, —&lt;br /&gt;</w:t>
        <w:br/>
        <w:t>Жалісний клич мій вчувши,&lt;br /&gt;</w:t>
        <w:br/>
        <w:t>Певно б, гадав, що висновує тугу свою,&lt;br /&gt;</w:t>
        <w:br/>
        <w:t>По-солов'їному плаче-ридає знову&lt;br /&gt;</w:t>
        <w:br/>
        <w:t>Гнана яструбом хижим жона Терея.</w:t>
      </w:r>
    </w:p>
    <w:p>
      <w:r>
        <w:br/>
        <w:t>А н т и с т р о ф а ІІ</w:t>
      </w:r>
    </w:p>
    <w:p>
      <w:r>
        <w:br/>
        <w:t>Вічна блукачка, так гірко-гірко вона&lt;br /&gt;</w:t>
        <w:br/>
        <w:t>60 Тужить за домом рідним,&lt;br /&gt;</w:t>
        <w:br/>
        <w:t>Сумно співає про синову долю важку —&lt;br /&gt;</w:t>
        <w:br/>
        <w:t>Як од руки її власної впав, нещасний, —&lt;br /&gt;</w:t>
        <w:br/>
        <w:t>Жертва гніву, що зміг засліпити й матір.</w:t>
      </w:r>
    </w:p>
    <w:p>
      <w:r>
        <w:br/>
        <w:t>С т р о ф а ІІІ</w:t>
      </w:r>
    </w:p>
    <w:p>
      <w:r>
        <w:br/>
        <w:t>Так от і я на ладу іонійському&lt;br /&gt;</w:t>
        <w:br/>
        <w:t>Смутку віддавшись,&lt;br /&gt;</w:t>
        <w:br/>
        <w:t>Зранюю ніжне лице,&lt;br /&gt;</w:t>
        <w:br/>
        <w:t>Нільським опалене сонцем,&lt;br /&gt;</w:t>
        <w:br/>
        <w:t>І серце, до сліз ще не звикле.&lt;br /&gt;</w:t>
        <w:br/>
        <w:t>Журби своєї квіти рву:&lt;br /&gt;</w:t>
        <w:br/>
        <w:t>70 Що, як не стрінеться нам,&lt;br /&gt;</w:t>
        <w:br/>
        <w:t>Зайшлим сюди&lt;br /&gt;</w:t>
        <w:br/>
        <w:t>З краю імлистого,&lt;br /&gt;</w:t>
        <w:br/>
        <w:t>Друг, — рятівник од напасті?</w:t>
      </w:r>
    </w:p>
    <w:p>
      <w:r>
        <w:br/>
        <w:t>А н т и с т р о ф а ІІІ</w:t>
      </w:r>
    </w:p>
    <w:p>
      <w:r>
        <w:br/>
        <w:t>Вчуйте, родинні боги! Адже бачите,&lt;br /&gt;</w:t>
        <w:br/>
        <w:t>Де справедливість:&lt;br /&gt;</w:t>
        <w:br/>
        <w:t>Та коли повністю їй&lt;br /&gt;</w:t>
        <w:br/>
        <w:t>Торжествувать не пора ще, —&lt;br /&gt;</w:t>
        <w:br/>
        <w:t>Зухвальство готові карати,&lt;br /&gt;</w:t>
        <w:br/>
        <w:t>Скажіть, чи милий вам цей шлюб?&lt;br /&gt;</w:t>
        <w:br/>
        <w:t>80 Таж і знесилений вкрай&lt;br /&gt;</w:t>
        <w:br/>
        <w:t>З бою втікач,&lt;br /&gt;</w:t>
        <w:br/>
        <w:t>Сівши при вівтарі,&lt;br /&gt;</w:t>
        <w:br/>
        <w:t>Жде від богів порятунку.</w:t>
      </w:r>
    </w:p>
    <w:p>
      <w:r>
        <w:br/>
        <w:t>С т р о ф а ІV</w:t>
      </w:r>
    </w:p>
    <w:p>
      <w:r>
        <w:br/>
        <w:t>О, якби ж тому добрий кінець!&lt;br /&gt;</w:t>
        <w:br/>
        <w:t>Задуму Зевса, однак,&lt;br /&gt;</w:t>
        <w:br/>
        <w:t>Не вгадать, не вловити:&lt;br /&gt;</w:t>
        <w:br/>
        <w:t>Блисне будь-коли він&lt;br /&gt;</w:t>
        <w:br/>
        <w:t>І в пітьмі, явивши&lt;br /&gt;</w:t>
        <w:br/>
        <w:t>Смертним чорної кари глибінь.</w:t>
      </w:r>
    </w:p>
    <w:p>
      <w:r>
        <w:br/>
        <w:t>А н т и с т р о ф а ІV</w:t>
      </w:r>
    </w:p>
    <w:p>
      <w:r>
        <w:br/>
        <w:t>90 Не змінити того, що рішив&lt;br /&gt;</w:t>
        <w:br/>
        <w:t>Порухом брів своїх Зевс,&lt;br /&gt;</w:t>
        <w:br/>
        <w:t>Що звершитися мусить.&lt;br /&gt;</w:t>
        <w:br/>
        <w:t>Незбагненні стежки&lt;br /&gt;</w:t>
        <w:br/>
        <w:t>Мислей Громовержця —&lt;br /&gt;</w:t>
        <w:br/>
        <w:t>Не проникне в них око людське.</w:t>
      </w:r>
    </w:p>
    <w:p>
      <w:r>
        <w:br/>
        <w:t>С т р о ф а V</w:t>
      </w:r>
    </w:p>
    <w:p>
      <w:r>
        <w:br/>
        <w:t>З верхів надій — в прірви млу&lt;br /&gt;</w:t>
        <w:br/>
        <w:t>Повергне Зевс будь-кого стрімголов&lt;br /&gt;</w:t>
        <w:br/>
        <w:t>Без найменшого зусилля —&lt;br /&gt;</w:t>
        <w:br/>
        <w:t>Все-бо вершить бог без труда:&lt;br /&gt;</w:t>
        <w:br/>
        <w:t>100 Думка його з високостей&lt;br /&gt;</w:t>
        <w:br/>
        <w:t>Здійснює все намічене,&lt;br /&gt;</w:t>
        <w:br/>
        <w:t>Не покидаючи трону.</w:t>
      </w:r>
    </w:p>
    <w:p>
      <w:r>
        <w:br/>
        <w:t>А н т и с т р о ф а V</w:t>
      </w:r>
    </w:p>
    <w:p>
      <w:r>
        <w:br/>
        <w:t>На гріх новий, Зевсе, глянь:&lt;br /&gt;</w:t>
        <w:br/>
        <w:t>Зухвальців рід будь-що-будь хоче нас&lt;br /&gt;</w:t>
        <w:br/>
        <w:t>Пов'язать безбожним шлюбом —&lt;br /&gt;</w:t>
        <w:br/>
        <w:t>От що таке звихнена мисль!&lt;br /&gt;</w:t>
        <w:br/>
        <w:t>Жалить їх шал жалом їдким,&lt;br /&gt;</w:t>
        <w:br/>
        <w:t>Будить жагу і вже вони —&lt;br /&gt;</w:t>
        <w:br/>
        <w:t>В сітях лячної Ати.</w:t>
      </w:r>
    </w:p>
    <w:p>
      <w:r>
        <w:br/>
        <w:t>С т р о ф а VІ</w:t>
      </w:r>
    </w:p>
    <w:p>
      <w:r>
        <w:br/>
        <w:t>110 Таку печаль висновую, так тужу, кричу,&lt;br /&gt;</w:t>
        <w:br/>
        <w:t>Заливаючи біль свій потоками сліз.&lt;br /&gt;</w:t>
        <w:br/>
        <w:t>Гай-гай! Гай-гай!&lt;br /&gt;</w:t>
        <w:br/>
        <w:t>Чи то не похоронний плач&lt;br /&gt;</w:t>
        <w:br/>
        <w:t>Творю над собою, жива?</w:t>
      </w:r>
    </w:p>
    <w:p>
      <w:r>
        <w:br/>
        <w:t>О згляньтесь, Апії горби!&lt;br /&gt;</w:t>
        <w:br/>
        <w:t>Чи сприймаєш ти, земле,&lt;br /&gt;</w:t>
        <w:br/>
        <w:t>Мову чужинну?&lt;br /&gt;</w:t>
        <w:br/>
        <w:t>Раз у раз рука моя&lt;br /&gt;</w:t>
        <w:br/>
        <w:t>Одяг сідонський рве —&lt;br /&gt;</w:t>
        <w:br/>
        <w:t>120 Білі льняні накидки.</w:t>
      </w:r>
    </w:p>
    <w:p>
      <w:r>
        <w:br/>
        <w:t>А н т и с т р о ф а VІ</w:t>
      </w:r>
    </w:p>
    <w:p>
      <w:r>
        <w:br/>
        <w:t>Як тільки смерть наблизиться — лине до богів&lt;br /&gt;</w:t>
        <w:br/>
        <w:t>Рій обітниць і щирих, палких молитов.&lt;br /&gt;</w:t>
        <w:br/>
        <w:t>Гай-гай! Гай-гай!&lt;br /&gt;</w:t>
        <w:br/>
        <w:t>Вітри свавільні, вихрові!&lt;br /&gt;</w:t>
        <w:br/>
        <w:t>Куди ж то нас хвиля жене?</w:t>
      </w:r>
    </w:p>
    <w:p>
      <w:r>
        <w:br/>
        <w:t>О згляньтесь, Апії горби!&lt;br /&gt;</w:t>
        <w:br/>
        <w:t>Чи сприймаєш ти, земле,&lt;br /&gt;</w:t>
        <w:br/>
        <w:t>Мову чужинну?&lt;br /&gt;</w:t>
        <w:br/>
        <w:t>Раз у раз рука моя&lt;br /&gt;</w:t>
        <w:br/>
        <w:t>130 Одяг сідонський рве —&lt;br /&gt;</w:t>
        <w:br/>
        <w:t>Білі льняні накидки.</w:t>
      </w:r>
    </w:p>
    <w:p>
      <w:r>
        <w:br/>
        <w:t>С т р о ф а VІІ</w:t>
      </w:r>
    </w:p>
    <w:p>
      <w:r>
        <w:br/>
        <w:t>Весло й вітрило, — дім хисткий —&lt;br /&gt;</w:t>
        <w:br/>
        <w:t>Що ставить опір навалі хвиль,&lt;br /&gt;</w:t>
        <w:br/>
        <w:t>Домчали нас без пригод сюди, —&lt;br /&gt;</w:t>
        <w:br/>
        <w:t>Гріх нарікати.&lt;br /&gt;</w:t>
        <w:br/>
        <w:t>Лише б щасливий кінець&lt;br /&gt;</w:t>
        <w:br/>
        <w:t>Дав Батько всевидющий&lt;br /&gt;</w:t>
        <w:br/>
        <w:t>Сподіванням нашим.</w:t>
      </w:r>
    </w:p>
    <w:p>
      <w:r>
        <w:br/>
        <w:t>Хай той шлюб, та неволя&lt;br /&gt;</w:t>
        <w:br/>
        <w:t>140 Мине нас, — усі ж бо ми&lt;br /&gt;</w:t>
        <w:br/>
        <w:t>Од праматері славної рід ведемо.</w:t>
      </w:r>
    </w:p>
    <w:p>
      <w:r>
        <w:br/>
        <w:t>А н т и с т р о ф а VІІ</w:t>
      </w:r>
    </w:p>
    <w:p>
      <w:r>
        <w:br/>
        <w:t>Цнотлива дочко Зевса, глянь&lt;br /&gt;</w:t>
        <w:br/>
        <w:t>Ласкаво на тих, які ласки ждуть,&lt;br /&gt;</w:t>
        <w:br/>
        <w:t>Лицем ясним повернись до них&lt;br /&gt;</w:t>
        <w:br/>
        <w:t>І від погоні,&lt;br /&gt;</w:t>
        <w:br/>
        <w:t>О Діво, дів урятуй,&lt;br /&gt;</w:t>
        <w:br/>
        <w:t>Свій гнів яви, богине, —&lt;br /&gt;</w:t>
        <w:br/>
        <w:t>Відверни насилля,</w:t>
      </w:r>
    </w:p>
    <w:p>
      <w:r>
        <w:br/>
        <w:t>Хай той шлюб, та неволя,&lt;br /&gt;</w:t>
        <w:br/>
        <w:t>150 Мине нас, — усі ж бо ми&lt;br /&gt;</w:t>
        <w:br/>
        <w:t>Од праматері славної рід ведемо.</w:t>
      </w:r>
    </w:p>
    <w:p>
      <w:r>
        <w:br/>
        <w:t>С т р о ф а VІІІ</w:t>
      </w:r>
    </w:p>
    <w:p>
      <w:r>
        <w:br/>
        <w:t>Ну, а ні — то всі ми,&lt;br /&gt;</w:t>
        <w:br/>
        <w:t>Гурт засмаглих на сонці дів,&lt;br /&gt;</w:t>
        <w:br/>
        <w:t>Під землю,&lt;br /&gt;</w:t>
        <w:br/>
        <w:t>Де гостинно стріне Зевс&lt;br /&gt;</w:t>
        <w:br/>
        <w:t>Душі тих, хто відстраждав,&lt;br /&gt;</w:t>
        <w:br/>
        <w:t>Із гілками зійдемо,&lt;br /&gt;</w:t>
        <w:br/>
        <w:t>Смерть в петлі прийнявши,&lt;br /&gt;</w:t>
        <w:br/>
        <w:t>Бо ніхто нас не вчув на небі.</w:t>
      </w:r>
    </w:p>
    <w:p>
      <w:r>
        <w:br/>
        <w:t>160 О Зевсе! Корову-Іо&lt;br /&gt;</w:t>
        <w:br/>
        <w:t>Знову лють богів жене:&lt;br /&gt;</w:t>
        <w:br/>
        <w:t>Впізнаю безмежний гнів&lt;br /&gt;</w:t>
        <w:br/>
        <w:t>Дружини твоєї. Грозу страшну&lt;br /&gt;</w:t>
        <w:br/>
        <w:t>Подув тугий віщує.</w:t>
      </w:r>
    </w:p>
    <w:p>
      <w:r>
        <w:br/>
        <w:t>А н т и с т р о ф а VІІІ</w:t>
      </w:r>
    </w:p>
    <w:p>
      <w:r>
        <w:br/>
        <w:t>З уст в уста про Зевса&lt;br /&gt;</w:t>
        <w:br/>
        <w:t>Піде поговір лихий,&lt;br /&gt;</w:t>
        <w:br/>
        <w:t>Як тільки&lt;br /&gt;</w:t>
        <w:br/>
        <w:t>Сам же скривдить він дитя,&lt;br /&gt;</w:t>
        <w:br/>
        <w:t>Що від нього ж почала</w:t>
      </w:r>
    </w:p>
    <w:p>
      <w:r>
        <w:br/>
        <w:t>170 Іо, і відвернеться&lt;br /&gt;</w:t>
        <w:br/>
        <w:t>Від благань. То краще&lt;br /&gt;</w:t>
        <w:br/>
        <w:t>Голос наш хай на небі вчує.</w:t>
      </w:r>
    </w:p>
    <w:p>
      <w:r>
        <w:br/>
        <w:t>О Зевсе! Корову-Іо&lt;br /&gt;</w:t>
        <w:br/>
        <w:t>Знову лють богів жене:&lt;br /&gt;</w:t>
        <w:br/>
        <w:t>Впізнаю безмежний гнів&lt;br /&gt;</w:t>
        <w:br/>
        <w:t>Дружини твоєї. Грозу страшну&lt;br /&gt;</w:t>
        <w:br/>
        <w:t>Подув тугий віщує.</w:t>
      </w:r>
    </w:p>
    <w:p>
      <w:r>
        <w:br/>
        <w:t>ЕПІСОДІЙ ПЕРШИЙ</w:t>
      </w:r>
    </w:p>
    <w:p>
      <w:r>
        <w:br/>
        <w:t>Входить Д а н а й.</w:t>
      </w:r>
    </w:p>
    <w:p>
      <w:r>
        <w:br/>
        <w:t>Д А Н А Й</w:t>
      </w:r>
    </w:p>
    <w:p>
      <w:r>
        <w:br/>
        <w:t>Не побивайтесь, доньки! Вас привів сюди&lt;br /&gt;</w:t>
        <w:br/>
        <w:t>Керманич пильний, сивочолий батько ваш.&lt;br /&gt;</w:t>
        <w:br/>
        <w:t>180 А що й на суходолі я за старшого, —&lt;br /&gt;</w:t>
        <w:br/>
        <w:t>До слів моїх велю вам прислухатися.&lt;br /&gt;</w:t>
        <w:br/>
        <w:t>Он пил я бачу — війська посланець німий.&lt;br /&gt;</w:t>
        <w:br/>
        <w:t>Скрегочуть колісниці, не змовкаючи.&lt;br /&gt;</w:t>
        <w:br/>
        <w:t>Вже видно щитоносців, наїжачених&lt;br /&gt;</w:t>
        <w:br/>
        <w:t>Списами; коні і вози тут загнуті.&lt;br /&gt;</w:t>
        <w:br/>
        <w:t>Хтось, видно, повідомив, і зустріти нас&lt;br /&gt;</w:t>
        <w:br/>
        <w:t>Вожді тутешні вийшли. Та не знати лиш,&lt;br /&gt;</w:t>
        <w:br/>
        <w:t>Чи намір у них мирний, чи, розпалені&lt;br /&gt;</w:t>
        <w:br/>
        <w:t>Шаленим гнівом, у похід цей вибрались.&lt;br /&gt;</w:t>
        <w:br/>
        <w:t>190 Отож найкраще, доньки, про всяк випадок&lt;br /&gt;</w:t>
        <w:br/>
        <w:t>Під пагорбом священним зараз сісти вам:&lt;br /&gt;</w:t>
        <w:br/>
        <w:t>Вівтар — од вежі кращий, непробійний щит.&lt;br /&gt;</w:t>
        <w:br/>
        <w:t>Не гайтесь! У лівиці віть оливкову,&lt;br /&gt;</w:t>
        <w:br/>
        <w:t>Що в білій вовні, хай тримає кожна з вас,&lt;br /&gt;</w:t>
        <w:br/>
        <w:t>Бо це ж ознака Зевса милостивого,&lt;br /&gt;</w:t>
        <w:br/>
        <w:t>І стисло, скромно, сумно, бо й годиться так&lt;br /&gt;</w:t>
        <w:br/>
        <w:t>Захожим, розмовляйте з чужоземцями.&lt;br /&gt;</w:t>
        <w:br/>
        <w:t>Скажіть, що вас не вбивство з дому вигнало.&lt;br /&gt;</w:t>
        <w:br/>
        <w:t>Але щоб не злетіло з ваших уст, бува,&lt;br /&gt;</w:t>
        <w:br/>
        <w:t>200 Слівце зухвале. Спокій поміркований&lt;br /&gt;</w:t>
        <w:br/>
        <w:t>Хай просвітляє ваші лиця, погляди.&lt;br /&gt;</w:t>
        <w:br/>
        <w:t>Та говоріть не довго і не плутано,&lt;br /&gt;</w:t>
        <w:br/>
        <w:t>У чому рід ваш часто звинувачують.&lt;br /&gt;</w:t>
        <w:br/>
        <w:t>Умійте поступитись: ви ж — вигнанниці,&lt;br /&gt;</w:t>
        <w:br/>
        <w:t>Хто слабший — хай не сміє лихословити.</w:t>
      </w:r>
    </w:p>
    <w:p>
      <w:r>
        <w:br/>
        <w:t>П Р О В І Д Н И Ц Я Х О Р У</w:t>
      </w:r>
    </w:p>
    <w:p>
      <w:r>
        <w:br/>
        <w:t>Розумно, батьку, до розумних мовиш ти.&lt;br /&gt;</w:t>
        <w:br/>
        <w:t>Затямлю раду мудру. Лиш би предок наш&lt;br /&gt;</w:t>
        <w:br/>
        <w:t>Із неба, Зевс, поглянув доброзичливо.</w:t>
      </w:r>
    </w:p>
    <w:p>
      <w:r>
        <w:br/>
        <w:t>Д А Н А Й</w:t>
      </w:r>
    </w:p>
    <w:p>
      <w:r>
        <w:br/>
        <w:t>Авжеж. Хай скине оком на дітей своїх.</w:t>
      </w:r>
    </w:p>
    <w:p>
      <w:r>
        <w:br/>
        <w:t>П Р О В І Д Н И Ц Я Х О Р У</w:t>
      </w:r>
    </w:p>
    <w:p>
      <w:r>
        <w:br/>
        <w:t>210 Нехай лишень захоче — все владнається.</w:t>
      </w:r>
    </w:p>
    <w:p>
      <w:r>
        <w:br/>
        <w:t>Д А Н А Й</w:t>
      </w:r>
    </w:p>
    <w:p>
      <w:r>
        <w:br/>
        <w:t>Отож не гайтесь. Дійте, як задумано.</w:t>
      </w:r>
    </w:p>
    <w:p>
      <w:r>
        <w:br/>
        <w:t>П Р О В І Д Н И Ц Я Х О Р У</w:t>
      </w:r>
    </w:p>
    <w:p>
      <w:r>
        <w:br/>
        <w:t>Присісти край престолу вже б хотіла я.</w:t>
      </w:r>
    </w:p>
    <w:p>
      <w:r>
        <w:br/>
        <w:t>(Хор піднімається на пагорб і вітає статую Зевса.)</w:t>
      </w:r>
    </w:p>
    <w:p>
      <w:r>
        <w:br/>
        <w:t>Від мук, о Зевсе, поки можна, вибав нас!</w:t>
      </w:r>
    </w:p>
    <w:p>
      <w:r>
        <w:br/>
        <w:t>Д А Н А Й</w:t>
      </w:r>
    </w:p>
    <w:p>
      <w:r>
        <w:br/>
        <w:t>Ще й Зевсового сина слід закликати.</w:t>
      </w:r>
    </w:p>
    <w:p>
      <w:r>
        <w:br/>
        <w:t>П Р О В І Д Н И Ц Я Х О Р У</w:t>
      </w:r>
    </w:p>
    <w:p>
      <w:r>
        <w:br/>
        <w:t>Вітаю рятівного сонця промені.</w:t>
      </w:r>
    </w:p>
    <w:p>
      <w:r>
        <w:br/>
        <w:t>Д А Н А Й</w:t>
      </w:r>
    </w:p>
    <w:p>
      <w:r>
        <w:br/>
        <w:t>Ясного Феба, що з небес тікав колись.</w:t>
      </w:r>
    </w:p>
    <w:p>
      <w:r>
        <w:br/>
        <w:t>П Р О В І Д Н И Ц Я Х О Р У</w:t>
      </w:r>
    </w:p>
    <w:p>
      <w:r>
        <w:br/>
        <w:t>Вигнання сам зазнавши, хай сприяє нам.</w:t>
      </w:r>
    </w:p>
    <w:p>
      <w:r>
        <w:br/>
        <w:t>Д А Н А Й</w:t>
      </w:r>
    </w:p>
    <w:p>
      <w:r>
        <w:br/>
        <w:t>Нехай сприяє, світлий, хай заступиться.</w:t>
      </w:r>
    </w:p>
    <w:p>
      <w:r>
        <w:br/>
        <w:t>П Р О В І Д Н И Ц Я Х О Р У</w:t>
      </w:r>
    </w:p>
    <w:p>
      <w:r>
        <w:br/>
        <w:t>Кого ж іще з богів цих закликать мені?</w:t>
      </w:r>
    </w:p>
    <w:p>
      <w:r>
        <w:br/>
        <w:t>Д А Н А Й</w:t>
      </w:r>
    </w:p>
    <w:p>
      <w:r>
        <w:br/>
        <w:t>220 Тризубець бачу, можновладця-бога знак.</w:t>
      </w:r>
    </w:p>
    <w:p>
      <w:r>
        <w:br/>
        <w:t>П Р О В І Д Н И Ц Я Х О Р У</w:t>
      </w:r>
    </w:p>
    <w:p>
      <w:r>
        <w:br/>
        <w:t>Подбай про нас на суші, як на морі дбав.</w:t>
      </w:r>
    </w:p>
    <w:p>
      <w:r>
        <w:br/>
        <w:t>Д А Н А Й</w:t>
      </w:r>
    </w:p>
    <w:p>
      <w:r>
        <w:br/>
        <w:t>Гермес ще тут, бо так і личить еллінам.</w:t>
      </w:r>
    </w:p>
    <w:p>
      <w:r>
        <w:br/>
        <w:t>П Р О В І Д Н И Ц Я Х О Р У</w:t>
      </w:r>
    </w:p>
    <w:p>
      <w:r>
        <w:br/>
        <w:t>Хай добру вість несе він урятованим.</w:t>
      </w:r>
    </w:p>
    <w:p>
      <w:r>
        <w:br/>
        <w:t>Д А Н А Й</w:t>
      </w:r>
    </w:p>
    <w:p>
      <w:r>
        <w:br/>
        <w:t>Усім богам при вівтарі їх спільному&lt;br /&gt;</w:t>
        <w:br/>
        <w:t>Вклоніться. Потім сядьте, мов голубки ті,&lt;br /&gt;</w:t>
        <w:br/>
        <w:t>Що коршака бояться, хоч із роду він&lt;br /&gt;</w:t>
        <w:br/>
        <w:t>Пернатих, та ворожий їм, ненависний:&lt;br /&gt;</w:t>
        <w:br/>
        <w:t>Чи птах, який їсть птаха, може чистим буть?&lt;br /&gt;</w:t>
        <w:br/>
        <w:t>Чи той, хто доньку в батька силоміць бере,&lt;br /&gt;</w:t>
        <w:br/>
        <w:t>230 Щоб одружитись, чистий? Ні. Провина ця&lt;br /&gt;</w:t>
        <w:br/>
        <w:t>Зухвальця і в підземній млі гнітитиме.&lt;br /&gt;</w:t>
        <w:br/>
        <w:t>Бо й там, чував я, кожному за злочини&lt;br /&gt;</w:t>
        <w:br/>
        <w:t>Останню кару інший Зевс відмірює.&lt;br /&gt;</w:t>
        <w:br/>
        <w:t>Ведіть же мову, доні, як домовились,&lt;br /&gt;</w:t>
        <w:br/>
        <w:t>Щоб ваша справа якнайшвидше верх взяла.</w:t>
      </w:r>
    </w:p>
    <w:p>
      <w:r>
        <w:br/>
        <w:t>Данаїди стають на східці вівтаря. На сцені, у супроводі воїнів,&lt;br /&gt;</w:t>
        <w:br/>
        <w:t>появляється в о л о д а р Аргосу — Пеласг.</w:t>
      </w:r>
    </w:p>
    <w:p>
      <w:r>
        <w:br/>
        <w:t>В О Л О Д А Р</w:t>
      </w:r>
    </w:p>
    <w:p>
      <w:r>
        <w:br/>
        <w:t>Звідкіль це гурт чужинок завітав до нас&lt;br /&gt;</w:t>
        <w:br/>
        <w:t>У шатах пишних, у пов'язках варварських?&lt;br /&gt;</w:t>
        <w:br/>
        <w:t>Із ким вестиму мову? Так ні в Аргосі&lt;br /&gt;</w:t>
        <w:br/>
        <w:t>Не ходять, ані в іншім краю еллінськім.&lt;br /&gt;</w:t>
        <w:br/>
        <w:t>240 А те, що ви самі прийти наважились,&lt;br /&gt;</w:t>
        <w:br/>
        <w:t>Без вісника, без друга, супровідника, —&lt;br /&gt;</w:t>
        <w:br/>
        <w:t>Мене дивує більше, аніж інше щось.&lt;br /&gt;</w:t>
        <w:br/>
        <w:t>Гілки, щоправда, бачу, що, за звичаєм&lt;br /&gt;</w:t>
        <w:br/>
        <w:t>Благальниць, ви їх склали цим богам до ніг.&lt;br /&gt;</w:t>
        <w:br/>
        <w:t>Ось це вже на Елладу натякає нам.&lt;br /&gt;</w:t>
        <w:br/>
        <w:t>Тут різні можна висувати здогади,&lt;br /&gt;</w:t>
        <w:br/>
        <w:t>Та хай з прибулих краще обізветься хтось.</w:t>
      </w:r>
    </w:p>
    <w:p>
      <w:r>
        <w:br/>
        <w:t>П Р О В І Д Н И Ц Я Х О Р У</w:t>
      </w:r>
    </w:p>
    <w:p>
      <w:r>
        <w:br/>
        <w:t>Таки не помилився щодо одягу.&lt;br /&gt;</w:t>
        <w:br/>
        <w:t>Та хто ти? Горожанин чи окличник ти,&lt;br /&gt;</w:t>
        <w:br/>
        <w:t>250 Що носить жезл, чи, може, владарюєш тут?</w:t>
      </w:r>
    </w:p>
    <w:p>
      <w:r>
        <w:br/>
        <w:t>В О Л О Д А Р</w:t>
      </w:r>
    </w:p>
    <w:p>
      <w:r>
        <w:br/>
        <w:t>Зі мною можеш мову без вагань вести,&lt;br /&gt;</w:t>
        <w:br/>
        <w:t>Бо я — син Палехтона земнородного,&lt;br /&gt;</w:t>
        <w:br/>
        <w:t>Пеласг, що весь цей край, весь люд очолює.&lt;br /&gt;</w:t>
        <w:br/>
        <w:t>Тож рід пеласгів, що з полів цих живиться,&lt;br /&gt;</w:t>
        <w:br/>
        <w:t>Від мене, звісно, йменувався, владаря.&lt;br /&gt;</w:t>
        <w:br/>
        <w:t>На всій землі тій правлю, де Стрімон пливе&lt;br /&gt;</w:t>
        <w:br/>
        <w:t>Священний, — ген од західного берега.&lt;br /&gt;</w:t>
        <w:br/>
        <w:t>В моєму володінні — і перребів край,&lt;br /&gt;</w:t>
        <w:br/>
        <w:t>І землі, що за Піндом, де Пеонія,&lt;br /&gt;</w:t>
        <w:br/>
        <w:t>260 Й Додонські гори. Води моря піняві —&lt;br /&gt;</w:t>
        <w:br/>
        <w:t>Це межі наші. До тих меж — усе моє.&lt;br /&gt;</w:t>
        <w:br/>
        <w:t>А цю рівнину названо Апійською&lt;br /&gt;</w:t>
        <w:br/>
        <w:t>На честь того, хто став рятівником її.&lt;br /&gt;</w:t>
        <w:br/>
        <w:t>Це — Апіс, що з Навпакта завітав сюди,&lt;br /&gt;</w:t>
        <w:br/>
        <w:t>Божественний зцілитель, Аполлона син.&lt;br /&gt;</w:t>
        <w:br/>
        <w:t>Од чудиськ людожерних геть очистив він&lt;br /&gt;</w:t>
        <w:br/>
        <w:t>Цей край — од лютих зміїв, що зродила їх&lt;br /&gt;</w:t>
        <w:br/>
        <w:t>Земля в часи минулі, роздратована&lt;br /&gt;</w:t>
        <w:br/>
        <w:t>Кровопролиттям давнім та оскверненням.&lt;br /&gt;</w:t>
        <w:br/>
        <w:t>270 Цілющим хистом Апіс цій біді зумів&lt;br /&gt;</w:t>
        <w:br/>
        <w:t>Зарадити, тому-то своє ймення він&lt;br /&gt;</w:t>
        <w:br/>
        <w:t>У молитвах аргоських завжди чутиме.&lt;br /&gt;</w:t>
        <w:br/>
        <w:t>Про мене, отже, знаєш. Розкажи тепер&lt;br /&gt;</w:t>
        <w:br/>
        <w:t>І ти про себе, про свій рід, лиш коротко:&lt;br /&gt;</w:t>
        <w:br/>
        <w:t>У нас не полюбляють велемовності.</w:t>
      </w:r>
    </w:p>
    <w:p>
      <w:r>
        <w:br/>
        <w:t>П Р О В І Д Н И Ц Я Х О Р У</w:t>
      </w:r>
    </w:p>
    <w:p>
      <w:r>
        <w:br/>
        <w:t>Скажу і чітко, й стисло: ми — аргів'янки,&lt;br /&gt;</w:t>
        <w:br/>
        <w:t>Й походим од корови, дітьми славної.&lt;br /&gt;</w:t>
        <w:br/>
        <w:t>Я доведу це, лиш дозволь продовжити.</w:t>
      </w:r>
    </w:p>
    <w:p>
      <w:r>
        <w:br/>
        <w:t>В О Л О Д А Р</w:t>
      </w:r>
    </w:p>
    <w:p>
      <w:r>
        <w:br/>
        <w:t>Не вірю своїм вухам, о мандрівниці,&lt;br /&gt;</w:t>
        <w:br/>
        <w:t>280 Що ви, котрих тут бачу, — родом з Аргосу!&lt;br /&gt;</w:t>
        <w:br/>
        <w:t>Ви більше схожі на жінок із Лівії,&lt;br /&gt;</w:t>
        <w:br/>
        <w:t>Аніж на арголідських. Ще ж і Ніл таких,&lt;br /&gt;</w:t>
        <w:br/>
        <w:t>Як ви от, смагловидих, міг би вивести.&lt;br /&gt;</w:t>
        <w:br/>
        <w:t>Та й кіпрські риси — відпечатки батьківські —&lt;br /&gt;</w:t>
        <w:br/>
        <w:t>На ваших лицях можна запримітити.&lt;br /&gt;</w:t>
        <w:br/>
        <w:t>Нагадуєте й кочівниць із Індії,&lt;br /&gt;</w:t>
        <w:br/>
        <w:t>Що їздять на верблюдах через землі ті,&lt;br /&gt;</w:t>
        <w:br/>
        <w:t>Котрі сягають ген до Ефіопії.&lt;br /&gt;</w:t>
        <w:br/>
        <w:t>А мали б луки, — ще б до амазонок вас&lt;br /&gt;</w:t>
        <w:br/>
        <w:t>290 Я прирівняв, до дів, що м'ясом живляться.&lt;br /&gt;</w:t>
        <w:br/>
        <w:t>Але кажіть, хай знаю, як це з Аргосом&lt;br /&gt;</w:t>
        <w:br/>
        <w:t>Ваш рід, чужинки, міг би бути зв'язаний.</w:t>
      </w:r>
    </w:p>
    <w:p>
      <w:r>
        <w:br/>
        <w:t>П Р О В І Д Н И Ц Я Х О Р У</w:t>
      </w:r>
    </w:p>
    <w:p>
      <w:r>
        <w:br/>
        <w:t>Хіба ж не сторожила, за переказом,&lt;br /&gt;</w:t>
        <w:br/>
        <w:t>Іо прекрасна Гери храм тут, в Аргосі?</w:t>
      </w:r>
    </w:p>
    <w:p>
      <w:r>
        <w:br/>
        <w:t>В О Л О Д А Р</w:t>
      </w:r>
    </w:p>
    <w:p>
      <w:r>
        <w:br/>
        <w:t>Аякже. Цей переказ добре знаний всім.</w:t>
      </w:r>
    </w:p>
    <w:p>
      <w:r>
        <w:br/>
        <w:t>П Р О В І Д Н И Ц Я Х О Р У</w:t>
      </w:r>
    </w:p>
    <w:p>
      <w:r>
        <w:br/>
        <w:t>А те, що Зевс кохався з нею, смертною?</w:t>
      </w:r>
    </w:p>
    <w:p>
      <w:r>
        <w:br/>
        <w:t>В О Л О Д А Р</w:t>
      </w:r>
    </w:p>
    <w:p>
      <w:r>
        <w:br/>
        <w:t>Авжеж. І те, що Гері стало звісно це.</w:t>
      </w:r>
    </w:p>
    <w:p>
      <w:r>
        <w:br/>
        <w:t>П Р О В І Д Н И Ц Я Х О Р У</w:t>
      </w:r>
    </w:p>
    <w:p>
      <w:r>
        <w:br/>
        <w:t>А як боги верховні помирилися?</w:t>
      </w:r>
    </w:p>
    <w:p>
      <w:r>
        <w:br/>
        <w:t>В О Л О Д А Р</w:t>
      </w:r>
    </w:p>
    <w:p>
      <w:r>
        <w:br/>
        <w:t>В корову обернула Гера жінку цю.</w:t>
      </w:r>
    </w:p>
    <w:p>
      <w:r>
        <w:br/>
        <w:t>П Р О В І Д Н И Ц Я Х О Р У</w:t>
      </w:r>
    </w:p>
    <w:p>
      <w:r>
        <w:br/>
        <w:t>300 І все ще Зевс кохався з пишнорогою?</w:t>
      </w:r>
    </w:p>
    <w:p>
      <w:r>
        <w:br/>
        <w:t>В О Л О Д А Р</w:t>
      </w:r>
    </w:p>
    <w:p>
      <w:r>
        <w:br/>
        <w:t>Кохався, кажуть, не як Зевс — як бик уже.</w:t>
      </w:r>
    </w:p>
    <w:p>
      <w:r>
        <w:br/>
        <w:t>П Р О В І Д Н И Ц Я Х О Р У</w:t>
      </w:r>
    </w:p>
    <w:p>
      <w:r>
        <w:br/>
        <w:t>А що на це дружина владна Зевсова?</w:t>
      </w:r>
    </w:p>
    <w:p>
      <w:r>
        <w:br/>
        <w:t>В О Л О Д А Р</w:t>
      </w:r>
    </w:p>
    <w:p>
      <w:r>
        <w:br/>
        <w:t>Зіркого стража до Іо приставила.</w:t>
      </w:r>
    </w:p>
    <w:p>
      <w:r>
        <w:br/>
        <w:t>П Р О В І Д Н И Ц Я Х О Р У</w:t>
      </w:r>
    </w:p>
    <w:p>
      <w:r>
        <w:br/>
        <w:t>А хто ж то пастухом тим, усевидцем був?</w:t>
      </w:r>
    </w:p>
    <w:p>
      <w:r>
        <w:br/>
        <w:t>В О Л О Д А Р</w:t>
      </w:r>
    </w:p>
    <w:p>
      <w:r>
        <w:br/>
        <w:t>Син Геї — Аргос, що його Гермес убив.</w:t>
      </w:r>
    </w:p>
    <w:p>
      <w:r>
        <w:br/>
        <w:t>П Р О В І Д Н И Ц Я Х О Р У</w:t>
      </w:r>
    </w:p>
    <w:p>
      <w:r>
        <w:br/>
        <w:t>А ще яке нещасній зло придумала?</w:t>
      </w:r>
    </w:p>
    <w:p>
      <w:r>
        <w:br/>
        <w:t>В О Л О Д А Р</w:t>
      </w:r>
    </w:p>
    <w:p>
      <w:r>
        <w:br/>
        <w:t>Послала ґедзя, що корів жалом жене.</w:t>
      </w:r>
    </w:p>
    <w:p>
      <w:r>
        <w:br/>
        <w:t>П Р О В І Д Н И Ц Я Х О Р У</w:t>
      </w:r>
    </w:p>
    <w:p>
      <w:r>
        <w:br/>
        <w:t>Його на Нілі називають оводом.</w:t>
      </w:r>
    </w:p>
    <w:p>
      <w:r>
        <w:br/>
        <w:t>В О Л О Д А Р</w:t>
      </w:r>
    </w:p>
    <w:p>
      <w:r>
        <w:br/>
        <w:t>І він Іо-корову з краю в край погнав.</w:t>
      </w:r>
    </w:p>
    <w:p>
      <w:r>
        <w:br/>
        <w:t>П Р О В І Д Н И Ц Я Х О Р У</w:t>
      </w:r>
    </w:p>
    <w:p>
      <w:r>
        <w:br/>
        <w:t>310 Так-так. І це я знаю. Все збігається.</w:t>
      </w:r>
    </w:p>
    <w:p>
      <w:r>
        <w:br/>
        <w:t>В О Л О Д А Р</w:t>
      </w:r>
    </w:p>
    <w:p>
      <w:r>
        <w:br/>
        <w:t>Примчала до Каноба і до Мемфіса.</w:t>
      </w:r>
    </w:p>
    <w:p>
      <w:r>
        <w:br/>
        <w:t>П Р О В І Д Н И Ц Я Х О Р У</w:t>
      </w:r>
    </w:p>
    <w:p>
      <w:r>
        <w:br/>
        <w:t>Відчувши доторк Зевса, — завагітніла.</w:t>
      </w:r>
    </w:p>
    <w:p>
      <w:r>
        <w:br/>
        <w:t>В О Л О Д А Р</w:t>
      </w:r>
    </w:p>
    <w:p>
      <w:r>
        <w:br/>
        <w:t>І хто ж Іо-корови й Зевса сином став?</w:t>
      </w:r>
    </w:p>
    <w:p>
      <w:r>
        <w:br/>
        <w:t>П Р О В І Д Н И Ц Я Х О Р У</w:t>
      </w:r>
    </w:p>
    <w:p>
      <w:r>
        <w:br/>
        <w:t>Епаф; ім'я це — порятунку свідчення.</w:t>
      </w:r>
    </w:p>
    <w:p>
      <w:r>
        <w:br/>
        <w:t>В О Л О Д А Р</w:t>
      </w:r>
    </w:p>
    <w:p>
      <w:r>
        <w:br/>
        <w:t>А від Епафа з бігом часу хто родивсь?</w:t>
      </w:r>
    </w:p>
    <w:p>
      <w:r>
        <w:br/>
        <w:t>П Р О В І Д Н И Ц Я Х О Р У</w:t>
      </w:r>
    </w:p>
    <w:p>
      <w:r>
        <w:br/>
        <w:t>Землі найбільша частка — славна Лівія.</w:t>
      </w:r>
    </w:p>
    <w:p>
      <w:r>
        <w:br/>
        <w:t>В О Л О Д А Р</w:t>
      </w:r>
    </w:p>
    <w:p>
      <w:r>
        <w:br/>
        <w:t>Ну, а який від неї пагін роду зріс?</w:t>
      </w:r>
    </w:p>
    <w:p>
      <w:r>
        <w:br/>
        <w:t>П Р О В І Д Н И Ц Я Х О Р У</w:t>
      </w:r>
    </w:p>
    <w:p>
      <w:r>
        <w:br/>
        <w:t>Синів двох батько — Бел, мого отця отець.</w:t>
      </w:r>
    </w:p>
    <w:p>
      <w:r>
        <w:br/>
        <w:t>В О Л О Д А Р</w:t>
      </w:r>
    </w:p>
    <w:p>
      <w:r>
        <w:br/>
        <w:t>Назви ж імення батька велемудрого.</w:t>
      </w:r>
    </w:p>
    <w:p>
      <w:r>
        <w:br/>
        <w:t>П Р О В І Д Н И Ц Я Х О Р У</w:t>
      </w:r>
    </w:p>
    <w:p>
      <w:r>
        <w:br/>
        <w:t>320 Данай. А в його брата — п'ятдесят синів.</w:t>
      </w:r>
    </w:p>
    <w:p>
      <w:r>
        <w:br/>
        <w:t>В О Л О Д А Р</w:t>
      </w:r>
    </w:p>
    <w:p>
      <w:r>
        <w:br/>
        <w:t>Скажи ж, як він, твій дядько, називається.</w:t>
      </w:r>
    </w:p>
    <w:p>
      <w:r>
        <w:br/>
        <w:t>П Р О В І Д Н И Ц Я Х О Р У</w:t>
      </w:r>
    </w:p>
    <w:p>
      <w:r>
        <w:br/>
        <w:t>Єгипт. Пізнавши мого роду витоки,&lt;br /&gt;</w:t>
        <w:br/>
        <w:t>Сприяй громадці нашій: ми ж аргів'янки.</w:t>
      </w:r>
    </w:p>
    <w:p>
      <w:r>
        <w:br/>
        <w:t>В О Л О Д А Р</w:t>
      </w:r>
    </w:p>
    <w:p>
      <w:r>
        <w:br/>
        <w:t>Ви справді, бачу, із землею Аргосу&lt;br /&gt;</w:t>
        <w:br/>
        <w:t>Пов'язані віддавна. Отчий дім, однак,&lt;br /&gt;</w:t>
        <w:br/>
        <w:t>Чому лишили? Що за доля стріла вас?</w:t>
      </w:r>
    </w:p>
    <w:p>
      <w:r>
        <w:br/>
        <w:t>П Р О В І Д Н И Ц Я Х О Р У</w:t>
      </w:r>
    </w:p>
    <w:p>
      <w:r>
        <w:br/>
        <w:t>Володарю пеласгів, різні біди є:&lt;br /&gt;</w:t>
        <w:br/>
        <w:t>Своїм відтінком кожна з них позначена.&lt;br /&gt;</w:t>
        <w:br/>
        <w:t>Бо хто б то міг подумать, що, тікаючи&lt;br /&gt;</w:t>
        <w:br/>
        <w:t>330 Од шлюбу, нам гидкого, приб'ємося ми&lt;br /&gt;</w:t>
        <w:br/>
        <w:t>До Аргосу, колиски роду нашого?</w:t>
      </w:r>
    </w:p>
    <w:p>
      <w:r>
        <w:br/>
        <w:t>В О Л О Д А Р</w:t>
      </w:r>
    </w:p>
    <w:p>
      <w:r>
        <w:br/>
        <w:t>Про що ж богів тутешніх ви благаєте,&lt;br /&gt;</w:t>
        <w:br/>
        <w:t>Прибравши білим руном свіже віття це?</w:t>
      </w:r>
    </w:p>
    <w:p>
      <w:r>
        <w:br/>
        <w:t>П Р О В І Д Н И Ц Я Х О Р У</w:t>
      </w:r>
    </w:p>
    <w:p>
      <w:r>
        <w:br/>
        <w:t>Синам Єгипта за слугу не хочу буть.</w:t>
      </w:r>
    </w:p>
    <w:p>
      <w:r>
        <w:br/>
        <w:t>В О Л О Д А Р</w:t>
      </w:r>
    </w:p>
    <w:p>
      <w:r>
        <w:br/>
        <w:t>Чи справа в гніві, чи про честь ідеться тут?</w:t>
      </w:r>
    </w:p>
    <w:p>
      <w:r>
        <w:br/>
        <w:t>П Р О В І Д Н И Ц Я Х О Р У</w:t>
      </w:r>
    </w:p>
    <w:p>
      <w:r>
        <w:br/>
        <w:t>Чи хто з маєтних продавався з радістю?</w:t>
      </w:r>
    </w:p>
    <w:p>
      <w:r>
        <w:br/>
        <w:t>В О Л О Д А Р</w:t>
      </w:r>
    </w:p>
    <w:p>
      <w:r>
        <w:br/>
        <w:t>Але ж домів могутність саме так росте.</w:t>
      </w:r>
    </w:p>
    <w:p>
      <w:r>
        <w:br/>
        <w:t>П Р О В І Д Н И Ц Я Х О Р У</w:t>
      </w:r>
    </w:p>
    <w:p>
      <w:r>
        <w:br/>
        <w:t>Легкий це засіб також проти вбогості.</w:t>
      </w:r>
    </w:p>
    <w:p>
      <w:r>
        <w:br/>
        <w:t>В О Л О Д А Р</w:t>
      </w:r>
    </w:p>
    <w:p>
      <w:r>
        <w:br/>
        <w:t>Як посприять вам, щоб богам подобатись?</w:t>
      </w:r>
    </w:p>
    <w:p>
      <w:r>
        <w:br/>
        <w:t>П Р О В І Д Н И Ц Я Х О Р У</w:t>
      </w:r>
    </w:p>
    <w:p>
      <w:r>
        <w:br/>
        <w:t>340 Синам Єгипта не віддай, благаємо!</w:t>
      </w:r>
    </w:p>
    <w:p>
      <w:r>
        <w:br/>
        <w:t>В О Л О Д А Р</w:t>
      </w:r>
    </w:p>
    <w:p>
      <w:r>
        <w:br/>
        <w:t>Хіба ж то легко — розпочать війну нову?</w:t>
      </w:r>
    </w:p>
    <w:p>
      <w:r>
        <w:br/>
        <w:t>П Р О В І Д Н И Ц Я Х О Р У</w:t>
      </w:r>
    </w:p>
    <w:p>
      <w:r>
        <w:br/>
        <w:t>Але ж по нашім боці Правда виступить.</w:t>
      </w:r>
    </w:p>
    <w:p>
      <w:r>
        <w:br/>
        <w:t>В О Л О Д А Р</w:t>
      </w:r>
    </w:p>
    <w:p>
      <w:r>
        <w:br/>
        <w:t>Якщо вона й спочатку захищала вас.</w:t>
      </w:r>
    </w:p>
    <w:p>
      <w:r>
        <w:br/>
        <w:t>П Р О В І Д Н И Ц Я Х О Р У</w:t>
      </w:r>
    </w:p>
    <w:p>
      <w:r>
        <w:br/>
        <w:t>Шануй твердині: ти — біля керма стоїш.</w:t>
      </w:r>
    </w:p>
    <w:p>
      <w:r>
        <w:br/>
        <w:t>В О Л О Д А Р</w:t>
      </w:r>
    </w:p>
    <w:p>
      <w:r>
        <w:br/>
        <w:t>Тремчу, гілки ці вздрівши на жертовнику.</w:t>
      </w:r>
    </w:p>
    <w:p>
      <w:r>
        <w:br/>
        <w:t>П Р О В І Д Н И Ц Я Х О Р У</w:t>
      </w:r>
    </w:p>
    <w:p>
      <w:r>
        <w:br/>
        <w:t>Важкий гнів Зевса, прохачів захисника.</w:t>
      </w:r>
    </w:p>
    <w:p>
      <w:r>
        <w:br/>
        <w:t>КОММОС</w:t>
      </w:r>
    </w:p>
    <w:p>
      <w:r>
        <w:br/>
        <w:t>Х О Р</w:t>
      </w:r>
    </w:p>
    <w:p>
      <w:r>
        <w:br/>
        <w:t>С т р о ф а І</w:t>
      </w:r>
    </w:p>
    <w:p>
      <w:r>
        <w:br/>
        <w:t>Зглянься і вислухай, славний володарю!&lt;br /&gt;</w:t>
        <w:br/>
        <w:t>Ти ж — Палехтона син, правиш пеласгами.&lt;br /&gt;</w:t>
        <w:br/>
        <w:t>Бачиш, я захисту, бідна втікачка, жду.&lt;br /&gt;</w:t>
        <w:br/>
        <w:t>350 Наче теличка та, що її вовк загнав&lt;br /&gt;</w:t>
        <w:br/>
        <w:t>Ген на гору круту,&lt;br /&gt;</w:t>
        <w:br/>
        <w:t>Й мукає там, тужить вона —&lt;br /&gt;</w:t>
        <w:br/>
        <w:t>Може, пастух зачує.</w:t>
      </w:r>
    </w:p>
    <w:p>
      <w:r>
        <w:br/>
        <w:t>В О Л О Д А Р</w:t>
      </w:r>
    </w:p>
    <w:p>
      <w:r>
        <w:br/>
        <w:t>Я бачу в тіні віток свіжозрізаних&lt;br /&gt;</w:t>
        <w:br/>
        <w:t>Юрбу чужинок — до богів припали всі.&lt;br /&gt;</w:t>
        <w:br/>
        <w:t>Біди б нам ці захожі з роду нашого&lt;br /&gt;</w:t>
        <w:br/>
        <w:t>Не принесли, якоїсь несподіванки&lt;br /&gt;</w:t>
        <w:br/>
        <w:t>Чи ворожнечі (лиха б не накликати!)</w:t>
      </w:r>
    </w:p>
    <w:p>
      <w:r>
        <w:br/>
        <w:t>Х О Р</w:t>
      </w:r>
    </w:p>
    <w:p>
      <w:r>
        <w:br/>
        <w:t>А н т и с т р о ф а І</w:t>
      </w:r>
    </w:p>
    <w:p>
      <w:r>
        <w:br/>
        <w:t>Зглянься, Фемідо, й ти над утікачками,&lt;br /&gt;</w:t>
        <w:br/>
        <w:t>360 Дочко, дораднице Зевса прихильного!&lt;br /&gt;</w:t>
        <w:br/>
        <w:t>Ти ж — до молодшої, старший, прислухайся:&lt;br /&gt;</w:t>
        <w:br/>
        <w:t>Нашій біді зарадь — не жалкуватимеш:&lt;br /&gt;</w:t>
        <w:br/>
        <w:t>Радо приймають-бо&lt;br /&gt;</w:t>
        <w:br/>
        <w:t>Вічні боги в храмах своїх&lt;br /&gt;</w:t>
        <w:br/>
        <w:t>Жертву із рук невинних.</w:t>
      </w:r>
    </w:p>
    <w:p>
      <w:r>
        <w:br/>
        <w:t>В О Л О Д А Р</w:t>
      </w:r>
    </w:p>
    <w:p>
      <w:r>
        <w:br/>
        <w:t>Не до мого ви пригорнулись вогнища&lt;br /&gt;</w:t>
        <w:br/>
        <w:t>Домашнього: все місто — під загрозою,&lt;br /&gt;</w:t>
        <w:br/>
        <w:t>Тож люд нехай рішає, як нам бути тут.&lt;br /&gt;</w:t>
        <w:br/>
        <w:t>Щось обіцять не можу, поки в справі цій&lt;br /&gt;</w:t>
        <w:br/>
        <w:t>370 З усім своїм народом не пораджуся.</w:t>
      </w:r>
    </w:p>
    <w:p>
      <w:r>
        <w:br/>
        <w:t>Х О Р</w:t>
      </w:r>
    </w:p>
    <w:p>
      <w:r>
        <w:br/>
        <w:t>С т р о ф а ІІ</w:t>
      </w:r>
    </w:p>
    <w:p>
      <w:r>
        <w:br/>
        <w:t>Твій край — це ти. Ти — це народ увесь.&lt;br /&gt;</w:t>
        <w:br/>
        <w:t>Сам ти — найвищий суддя.&lt;br /&gt;</w:t>
        <w:br/>
        <w:t>Ти — й вівтаря владар, спільного вогнища.&lt;br /&gt;</w:t>
        <w:br/>
        <w:t>Словом, кивком одним, порухом скіпетра&lt;br /&gt;</w:t>
        <w:br/>
        <w:t>Тут — одинокий ти лад усьому даєш,&lt;br /&gt;</w:t>
        <w:br/>
        <w:t>Повеліваючи. Тож не сплямуй себе!</w:t>
      </w:r>
    </w:p>
    <w:p>
      <w:r>
        <w:br/>
        <w:t>В О Л О Д А Р</w:t>
      </w:r>
    </w:p>
    <w:p>
      <w:r>
        <w:br/>
        <w:t>Себе хай заплямують вороги мої!&lt;br /&gt;</w:t>
        <w:br/>
        <w:t>Допомогти вам — це собі нашкодити.&lt;br /&gt;</w:t>
        <w:br/>
        <w:t>Та не годиться й прохача зневажувать.&lt;br /&gt;</w:t>
        <w:br/>
        <w:t>Якась безвихідь: не наважусь діяти,&lt;br /&gt;</w:t>
        <w:br/>
        <w:t>380 Й на долю, склавши руки, страшно здатися.</w:t>
      </w:r>
    </w:p>
    <w:p>
      <w:r>
        <w:br/>
        <w:t>А н т и с т р о ф а ІІ</w:t>
      </w:r>
    </w:p>
    <w:p>
      <w:r>
        <w:br/>
        <w:t>На того зваж, хто з висоти глядить&lt;br /&gt;</w:t>
        <w:br/>
        <w:t>Пильно на скривджених,&lt;br /&gt;</w:t>
        <w:br/>
        <w:t>Що від близьких своїх ласки жаданої,&lt;br /&gt;</w:t>
        <w:br/>
        <w:t>Ставши навколішки, не домоглись таки.&lt;br /&gt;</w:t>
        <w:br/>
        <w:t>Знай же: впаде на тих, хто до благань глухий,&lt;br /&gt;</w:t>
        <w:br/>
        <w:t>Рано чи пізно гнів Зевса-Захисника.</w:t>
      </w:r>
    </w:p>
    <w:p>
      <w:r>
        <w:br/>
        <w:t>В О Л О Д А Р</w:t>
      </w:r>
    </w:p>
    <w:p>
      <w:r>
        <w:br/>
        <w:t>А як сини Єгипта заявлять на вас,&lt;br /&gt;</w:t>
        <w:br/>
        <w:t>Рідню найближчу, своє право, спершися&lt;br /&gt;</w:t>
        <w:br/>
        <w:t>На звичай краю, хто б тоді дав відсіч їм?&lt;br /&gt;</w:t>
        <w:br/>
        <w:t>390 Тож довести вам треба, що немає там&lt;br /&gt;</w:t>
        <w:br/>
        <w:t>Закону, що їм право б надавав на вас.</w:t>
      </w:r>
    </w:p>
    <w:p>
      <w:r>
        <w:br/>
        <w:t>Х О Р</w:t>
      </w:r>
    </w:p>
    <w:p>
      <w:r>
        <w:br/>
        <w:t>С т р о ф а ІІІ</w:t>
      </w:r>
    </w:p>
    <w:p>
      <w:r>
        <w:br/>
        <w:t>Вік би не знать мені мужа-гнобителя!&lt;br /&gt;</w:t>
        <w:br/>
        <w:t>Краще б тікати ген, тільки за зорями&lt;br /&gt;</w:t>
        <w:br/>
        <w:t>Шлях свій звіряючи, ніж на ненависний&lt;br /&gt;</w:t>
        <w:br/>
        <w:t>Зважитись шлюб. Верши, правду шануючи,&lt;br /&gt;</w:t>
        <w:br/>
        <w:t>Суд за велінням неба.</w:t>
      </w:r>
    </w:p>
    <w:p>
      <w:r>
        <w:br/>
        <w:t>В О Л О Д А Р</w:t>
      </w:r>
    </w:p>
    <w:p>
      <w:r>
        <w:br/>
        <w:t>Нелегко тут судити! За суддю мене&lt;br /&gt;</w:t>
        <w:br/>
        <w:t>Не обирай. Сказав я: без людей усіх&lt;br /&gt;</w:t>
        <w:br/>
        <w:t>Рішати сам не буду. Щоб не трапилось&lt;br /&gt;</w:t>
        <w:br/>
        <w:t>400 Од громадян почути, як біда впаде:&lt;br /&gt;</w:t>
        <w:br/>
        <w:t>"Захожим посприявши, отчий край згубив".</w:t>
      </w:r>
    </w:p>
    <w:p>
      <w:r>
        <w:br/>
        <w:t>Х О Р</w:t>
      </w:r>
    </w:p>
    <w:p>
      <w:r>
        <w:br/>
        <w:t>А н т и с т р о ф а ІІІ</w:t>
      </w:r>
    </w:p>
    <w:p>
      <w:r>
        <w:br/>
        <w:t>Спільний прабатько наш — усевидющий Зевс —&lt;br /&gt;</w:t>
        <w:br/>
        <w:t>Хто заслужив на що — точно всім виважить:&lt;br /&gt;</w:t>
        <w:br/>
        <w:t>Горе — лихого жде, доброго — радісне.&lt;br /&gt;</w:t>
        <w:br/>
        <w:t>Не обдурить ваги. Що ж не берешся ти&lt;br /&gt;</w:t>
        <w:br/>
        <w:t>За справедливе діло?</w:t>
      </w:r>
    </w:p>
    <w:p>
      <w:r>
        <w:br/>
        <w:t>В О Л О Д А Р</w:t>
      </w:r>
    </w:p>
    <w:p>
      <w:r>
        <w:br/>
        <w:t>Лише в глибокій думці порятунок наш:&lt;br /&gt;</w:t>
        <w:br/>
        <w:t>Немов нирець, повинна зазирнуть вона&lt;br /&gt;</w:t>
        <w:br/>
        <w:t>Тверезим оком у глибінь незвідану,&lt;br /&gt;</w:t>
        <w:br/>
        <w:t>410 Щоб ані місто не зазнало бід яких,&lt;br /&gt;</w:t>
        <w:br/>
        <w:t>Ні я щоб за собою тут вини не чув.&lt;br /&gt;</w:t>
        <w:br/>
        <w:t>Та й у війну вступати не годиться нам,&lt;br /&gt;</w:t>
        <w:br/>
        <w:t>Але ж і вас, що впали при жертовнику,&lt;br /&gt;</w:t>
        <w:br/>
        <w:t>Не гоже видавати: месник-бог тоді&lt;br /&gt;</w:t>
        <w:br/>
        <w:t>Ввійшов би в дім мій, а від нього, згубного,&lt;br /&gt;</w:t>
        <w:br/>
        <w:t>Й покійнику в Аїді не сховатися.&lt;br /&gt;</w:t>
        <w:br/>
        <w:t>То як тут не піддатись довгим роздумам?</w:t>
      </w:r>
    </w:p>
    <w:p>
      <w:r>
        <w:br/>
        <w:t>Х О Р</w:t>
      </w:r>
    </w:p>
    <w:p>
      <w:r>
        <w:br/>
        <w:t>С т р о ф а ІV</w:t>
      </w:r>
    </w:p>
    <w:p>
      <w:r>
        <w:br/>
        <w:t>Що ж. Міркуй. Зваж на все. Й до гостей&lt;br /&gt;</w:t>
        <w:br/>
        <w:t>Добрий будь, щирий будь.&lt;br /&gt;</w:t>
        <w:br/>
        <w:t>420 Видавать не важся тих,&lt;br /&gt;</w:t>
        <w:br/>
        <w:t>Хто в таку далінь утік&lt;br /&gt;</w:t>
        <w:br/>
        <w:t>Од злоби, од гріха.</w:t>
      </w:r>
    </w:p>
    <w:p>
      <w:r>
        <w:br/>
        <w:t>А н т и с т р о ф а ІV</w:t>
      </w:r>
    </w:p>
    <w:p>
      <w:r>
        <w:br/>
        <w:t>Не дозволь прохачів одірвать&lt;br /&gt;</w:t>
        <w:br/>
        <w:t>Од богів рятівних,&lt;br /&gt;</w:t>
        <w:br/>
        <w:t>О владарю цих земель!&lt;br /&gt;</w:t>
        <w:br/>
        <w:t>Про важкий-бо йдеться гріх&lt;br /&gt;</w:t>
        <w:br/>
        <w:t>Женихів. Пильний будь!</w:t>
      </w:r>
    </w:p>
    <w:p>
      <w:r>
        <w:br/>
        <w:t>С т р о ф а V</w:t>
      </w:r>
    </w:p>
    <w:p>
      <w:r>
        <w:br/>
        <w:t>Не дозволь, щоб од вівтаря цього&lt;br /&gt;</w:t>
        <w:br/>
        <w:t>Нас, що припали тут, мов кобилиць, тягли,&lt;br /&gt;</w:t>
        <w:br/>
        <w:t>430 Ухопивши за стрічки&lt;br /&gt;</w:t>
        <w:br/>
        <w:t>Та за барвистий край одягу тканого.</w:t>
      </w:r>
    </w:p>
    <w:p>
      <w:r>
        <w:br/>
        <w:t>А н т и с т р о ф а V</w:t>
      </w:r>
    </w:p>
    <w:p>
      <w:r>
        <w:br/>
        <w:t>Добре знай: що ти вчиниш, те сповна&lt;br /&gt;</w:t>
        <w:br/>
        <w:t>Дім твій, нащадки всі сплатять Аресові,&lt;br /&gt;</w:t>
        <w:br/>
        <w:t>Що карає кривдника.&lt;br /&gt;</w:t>
        <w:br/>
        <w:t>Зевсова влада, зваж, — найсправедливіша.</w:t>
      </w:r>
    </w:p>
    <w:p>
      <w:r>
        <w:br/>
        <w:t>В О Л О Д А Р</w:t>
      </w:r>
    </w:p>
    <w:p>
      <w:r>
        <w:br/>
        <w:t>Я зважив. Та жене нас хвиля ось куди:&lt;br /&gt;</w:t>
        <w:br/>
        <w:t>Чи з людом, чи з богами, а війну важку&lt;br /&gt;</w:t>
        <w:br/>
        <w:t>Таки вестиму. Корабель — води торкнувсь:&lt;br /&gt;</w:t>
        <w:br/>
        <w:t>Налагоджено снасті, вбито цвяхи всі.&lt;br /&gt;</w:t>
        <w:br/>
        <w:t>440 Біди ж він не уникне, хоч куди звертай.&lt;br /&gt;</w:t>
        <w:br/>
        <w:t>Якщо багатства дому пограбовано,&lt;br /&gt;</w:t>
        <w:br/>
        <w:t>Поповнити їх можна з допомогою&lt;br /&gt;</w:t>
        <w:br/>
        <w:t>Хранителя набутків — Зевса-владаря.&lt;br /&gt;</w:t>
        <w:br/>
        <w:t>Якщо не впору з язика слівце їдке,&lt;br /&gt;</w:t>
        <w:br/>
        <w:t>Немов стріла, злетіло, серце вразивши, —&lt;br /&gt;</w:t>
        <w:br/>
        <w:t>Зм'якшити можна терпкість мови — мовою.&lt;br /&gt;</w:t>
        <w:br/>
        <w:t>А щоб не заплямитись кров'ю братньою,&lt;br /&gt;</w:t>
        <w:br/>
        <w:t>Один від цього засіб: треба жертви нам&lt;br /&gt;</w:t>
        <w:br/>
        <w:t>Багаті багатьом богам приносити.&lt;br /&gt;</w:t>
        <w:br/>
        <w:t>450 Чи я від суперечки відхиляюся?&lt;br /&gt;</w:t>
        <w:br/>
        <w:t>Хай краще помиляюсь, завбачаючи&lt;br /&gt;</w:t>
        <w:br/>
        <w:t>Біду. Проти надії все ж добра я жду.</w:t>
      </w:r>
    </w:p>
    <w:p>
      <w:r>
        <w:br/>
        <w:t>П Р О В І Д Н И Ц Я Х О Р У</w:t>
      </w:r>
    </w:p>
    <w:p>
      <w:r>
        <w:br/>
        <w:t>Послухай, що скажу я на закінчення.</w:t>
      </w:r>
    </w:p>
    <w:p>
      <w:r>
        <w:br/>
        <w:t>В О Л О Д А Р</w:t>
      </w:r>
    </w:p>
    <w:p>
      <w:r>
        <w:br/>
        <w:t>Кажи. Не пропущу я слова жодного.</w:t>
      </w:r>
    </w:p>
    <w:p>
      <w:r>
        <w:br/>
        <w:t>П Р О В І Д Н И Ц Я Х О Р У</w:t>
      </w:r>
    </w:p>
    <w:p>
      <w:r>
        <w:br/>
        <w:t>Ось, бачиш, і пов'язки, й пояси в нас є.</w:t>
      </w:r>
    </w:p>
    <w:p>
      <w:r>
        <w:br/>
        <w:t>В О Л О Д А Р</w:t>
      </w:r>
    </w:p>
    <w:p>
      <w:r>
        <w:br/>
        <w:t>Такий жіночий одяг. Що тут дивного?</w:t>
      </w:r>
    </w:p>
    <w:p>
      <w:r>
        <w:br/>
        <w:t>П Р О В І Д Н И Ц Я Х О Р У</w:t>
      </w:r>
    </w:p>
    <w:p>
      <w:r>
        <w:br/>
        <w:t>Нічого... Та ці речі знадобляться нам...</w:t>
      </w:r>
    </w:p>
    <w:p>
      <w:r>
        <w:br/>
        <w:t>В О Л О Д А Р</w:t>
      </w:r>
    </w:p>
    <w:p>
      <w:r>
        <w:br/>
        <w:t>Куди ти хилиш? Говори без натяків.</w:t>
      </w:r>
    </w:p>
    <w:p>
      <w:r>
        <w:br/>
        <w:t>П Р О В І Д Н И Ц Я Х О Р У</w:t>
      </w:r>
    </w:p>
    <w:p>
      <w:r>
        <w:br/>
        <w:t>Якщо за нас, благальниць, не заступишся...</w:t>
      </w:r>
    </w:p>
    <w:p>
      <w:r>
        <w:br/>
        <w:t>В О Л О Д А Р</w:t>
      </w:r>
    </w:p>
    <w:p>
      <w:r>
        <w:br/>
        <w:t>460 То що тоді? До чого ті пов'язки тут?</w:t>
      </w:r>
    </w:p>
    <w:p>
      <w:r>
        <w:br/>
        <w:t>П Р О В І Д Н И Ц Я Х О Р У</w:t>
      </w:r>
    </w:p>
    <w:p>
      <w:r>
        <w:br/>
        <w:t>Прикраси дивні збагатять богів ось цим.</w:t>
      </w:r>
    </w:p>
    <w:p>
      <w:r>
        <w:br/>
        <w:t>В О Л О Д А Р</w:t>
      </w:r>
    </w:p>
    <w:p>
      <w:r>
        <w:br/>
        <w:t>Говориш загадково. Напростець кажи.</w:t>
      </w:r>
    </w:p>
    <w:p>
      <w:r>
        <w:br/>
        <w:t>П Р О В І Д Н И Ц Я Х О Р У</w:t>
      </w:r>
    </w:p>
    <w:p>
      <w:r>
        <w:br/>
        <w:t>Повісимось усі ми на цих статуях.</w:t>
      </w:r>
    </w:p>
    <w:p>
      <w:r>
        <w:br/>
        <w:t>В О Л О Д А Р</w:t>
      </w:r>
    </w:p>
    <w:p>
      <w:r>
        <w:br/>
        <w:t>Не словом — жалом серце опекла мені.</w:t>
      </w:r>
    </w:p>
    <w:p>
      <w:r>
        <w:br/>
        <w:t>П Р О В І Д Н И Ц Я Х О Р У</w:t>
      </w:r>
    </w:p>
    <w:p>
      <w:r>
        <w:br/>
        <w:t>Зате зняла полуду із очей твоїх.</w:t>
      </w:r>
    </w:p>
    <w:p>
      <w:r>
        <w:br/>
        <w:t>В О Л О Д А Р</w:t>
      </w:r>
    </w:p>
    <w:p>
      <w:r>
        <w:br/>
        <w:t>Куди не гляну — звідусіль біда страшна&lt;br /&gt;</w:t>
        <w:br/>
        <w:t>Потоком рине, і не бачу виходу:&lt;br /&gt;</w:t>
        <w:br/>
        <w:t>Довкола — море. Й нікуди причалити —&lt;br /&gt;</w:t>
        <w:br/>
        <w:t>Ніде не знайду рятівної гавані.&lt;br /&gt;</w:t>
        <w:br/>
        <w:t>470 Адже, якщо не зважусь посприяти вам,&lt;br /&gt;</w:t>
        <w:br/>
        <w:t>Ганьбу на мене, владаря, накличете;&lt;br /&gt;</w:t>
        <w:br/>
        <w:t>Коли ж синів Єгипта, ваших родичів,&lt;br /&gt;</w:t>
        <w:br/>
        <w:t>За мурами зустріну я з мечем в руці, —&lt;br /&gt;</w:t>
        <w:br/>
        <w:t>Це теж ганебно: кров'ю чоловічою,&lt;br /&gt;</w:t>
        <w:br/>
        <w:t>Йдучи жінкам на руку, землю зрошувать.&lt;br /&gt;</w:t>
        <w:br/>
        <w:t>Та гнівом Зевса, втікачів захисника,&lt;br /&gt;</w:t>
        <w:br/>
        <w:t>Не знехтую: ніщо так не страшить людей.&lt;br /&gt;</w:t>
        <w:br/>
        <w:t>Отож, похилий батьку цих дівчат сумних,&lt;br /&gt;</w:t>
        <w:br/>
        <w:t>Візьми чимшвидше в оберемок вітки ці&lt;br /&gt;</w:t>
        <w:br/>
        <w:t>480 Й порозкладай їх ще й при інших вівтарях&lt;br /&gt;</w:t>
        <w:br/>
        <w:t>І храмах наших, щоб із громадян усяк&lt;br /&gt;</w:t>
        <w:br/>
        <w:t>Благальний знак побачив і не став мене&lt;br /&gt;</w:t>
        <w:br/>
        <w:t>Корить: на владаря-бо всі шишки летять.&lt;br /&gt;</w:t>
        <w:br/>
        <w:t>Помітять вітки — й співчуттям переймуться&lt;br /&gt;</w:t>
        <w:br/>
        <w:t>Аргосці: женихів зухвальство вразить їх,&lt;br /&gt;</w:t>
        <w:br/>
        <w:t>Зате до вас поставляться прихильніше.&lt;br /&gt;</w:t>
        <w:br/>
        <w:t>За слабших кожен радше заступається.</w:t>
      </w:r>
    </w:p>
    <w:p>
      <w:r>
        <w:br/>
        <w:t>Д А Н А Й</w:t>
      </w:r>
    </w:p>
    <w:p>
      <w:r>
        <w:br/>
        <w:t>Могли б ми на щось більше розраховувать,&lt;br /&gt;</w:t>
        <w:br/>
        <w:t>Ніж на твою гостинність і заступництво?&lt;br /&gt;</w:t>
        <w:br/>
        <w:t>490 Провідників одначе з-між людей своїх&lt;br /&gt;</w:t>
        <w:br/>
        <w:t>Ще дай, аби до храмів, до жертовників&lt;br /&gt;</w:t>
        <w:br/>
        <w:t>Богів усіх, що краєм цим піклуються,&lt;br /&gt;</w:t>
        <w:br/>
        <w:t>Я втрапив і безпечно через місто йшов,&lt;br /&gt;</w:t>
        <w:br/>
        <w:t>Ми ж од тутешніх різнимося виглядом:&lt;br /&gt;</w:t>
        <w:br/>
        <w:t>На Нілі й на Інаху не однаковий&lt;br /&gt;</w:t>
        <w:br/>
        <w:t>Зростає люд. Відвага — насторожує,&lt;br /&gt;</w:t>
        <w:br/>
        <w:t>І помилково друга може друг убить.</w:t>
      </w:r>
    </w:p>
    <w:p>
      <w:r>
        <w:br/>
        <w:t>В О Л О Д А Р</w:t>
      </w:r>
    </w:p>
    <w:p>
      <w:r>
        <w:br/>
        <w:t>(до воїнів)</w:t>
      </w:r>
    </w:p>
    <w:p>
      <w:r>
        <w:br/>
        <w:t>Чужинець правду каже. Проведіть його&lt;br /&gt;</w:t>
        <w:br/>
        <w:t>До вівтарів чимшвидше, до святинь міських.&lt;br /&gt;</w:t>
        <w:br/>
        <w:t>500 При зустрічах помовчте, а спитає хто —&lt;br /&gt;</w:t>
        <w:br/>
        <w:t>До храмів мореплавця супроводите.</w:t>
      </w:r>
    </w:p>
    <w:p>
      <w:r>
        <w:br/>
        <w:t>(Данай відходить із супровідниками).</w:t>
      </w:r>
    </w:p>
    <w:p>
      <w:r>
        <w:br/>
        <w:t>П Р О В І Д Н И Ц Я Х О Р У</w:t>
      </w:r>
    </w:p>
    <w:p>
      <w:r>
        <w:br/>
        <w:t>Йому ти дав поради, в путь одправивши,&lt;br /&gt;</w:t>
        <w:br/>
        <w:t>Мені ж як бути? Чим мене розважиш ти?</w:t>
      </w:r>
    </w:p>
    <w:p>
      <w:r>
        <w:br/>
        <w:t>В О Л О Д А Р</w:t>
      </w:r>
    </w:p>
    <w:p>
      <w:r>
        <w:br/>
        <w:t>Склади тут вітки, цей безмовний горя знак.</w:t>
      </w:r>
    </w:p>
    <w:p>
      <w:r>
        <w:br/>
        <w:t>П Р О В І Д Н И Ц Я Х О Р У</w:t>
      </w:r>
    </w:p>
    <w:p>
      <w:r>
        <w:br/>
        <w:t>Ну ось. Поклала, як велів ти. Далі що?</w:t>
      </w:r>
    </w:p>
    <w:p>
      <w:r>
        <w:br/>
        <w:t>В О Л О Д А Р</w:t>
      </w:r>
    </w:p>
    <w:p>
      <w:r>
        <w:br/>
        <w:t>Тепер у гай священний, он у цей, ввійди.</w:t>
      </w:r>
    </w:p>
    <w:p>
      <w:r>
        <w:br/>
        <w:t>П Р О В І Д Н И Ц Я Х О Р У</w:t>
      </w:r>
    </w:p>
    <w:p>
      <w:r>
        <w:br/>
        <w:t>Хіба ж то сховок? Таж туди проникне всяк.</w:t>
      </w:r>
    </w:p>
    <w:p>
      <w:r>
        <w:br/>
        <w:t>В О Л О Д А Р</w:t>
      </w:r>
    </w:p>
    <w:p>
      <w:r>
        <w:br/>
        <w:t>Не коршакам же в кігті віддаю тебе.</w:t>
      </w:r>
    </w:p>
    <w:p>
      <w:r>
        <w:br/>
        <w:t>П Р О В І Д Н И Ц Я Х О Р У</w:t>
      </w:r>
    </w:p>
    <w:p>
      <w:r>
        <w:br/>
        <w:t>До коршаків ще гірших не потрапити б!..</w:t>
      </w:r>
    </w:p>
    <w:p>
      <w:r>
        <w:br/>
        <w:t>В О Л О Д А Р</w:t>
      </w:r>
    </w:p>
    <w:p>
      <w:r>
        <w:br/>
        <w:t>510 Зичливий хтось до тебе — й ти зичлива будь.</w:t>
      </w:r>
    </w:p>
    <w:p>
      <w:r>
        <w:br/>
        <w:t>П Р О В І Д Н И Ц Я Х О Р У</w:t>
      </w:r>
    </w:p>
    <w:p>
      <w:r>
        <w:br/>
        <w:t>Од страху дратівливим кожен робиться.</w:t>
      </w:r>
    </w:p>
    <w:p>
      <w:r>
        <w:br/>
        <w:t>В О Л О Д А Р</w:t>
      </w:r>
    </w:p>
    <w:p>
      <w:r>
        <w:br/>
        <w:t>Жінкам усяке страховиння мариться.</w:t>
      </w:r>
    </w:p>
    <w:p>
      <w:r>
        <w:br/>
        <w:t>П Р О В І Д Н И Ц Я Х О Р У</w:t>
      </w:r>
    </w:p>
    <w:p>
      <w:r>
        <w:br/>
        <w:t>Тож словом, як і ділом, заспокій мене.</w:t>
      </w:r>
    </w:p>
    <w:p>
      <w:r>
        <w:br/>
        <w:t>В О Л О Д А Р</w:t>
      </w:r>
    </w:p>
    <w:p>
      <w:r>
        <w:br/>
        <w:t>Побудь сама тут — батько скоро вернеться —&lt;br /&gt;</w:t>
        <w:br/>
        <w:t>А я піду і скличу громадян своїх&lt;br /&gt;</w:t>
        <w:br/>
        <w:t>І спробую в них ласку до вас викликать.&lt;br /&gt;</w:t>
        <w:br/>
        <w:t>А там повчу і батька, як поводитись.&lt;br /&gt;</w:t>
        <w:br/>
        <w:t>Отож лишайсь на місці і богів проси,&lt;br /&gt;</w:t>
        <w:br/>
        <w:t>Щоб у твоїх жаданнях помогли тобі.&lt;br /&gt;</w:t>
        <w:br/>
        <w:t>520 Іду. Про що йшла мова, тим займусь тепер.&lt;br /&gt;</w:t>
        <w:br/>
        <w:t>Хай Доля й Красномовність посприяють нам.</w:t>
      </w:r>
    </w:p>
    <w:p>
      <w:r>
        <w:br/>
        <w:t>Володар відходить із рештою воїнів.</w:t>
      </w:r>
    </w:p>
    <w:p>
      <w:r>
        <w:br/>
        <w:t>СТАСИМ ПЕРШИЙ</w:t>
      </w:r>
    </w:p>
    <w:p>
      <w:r>
        <w:br/>
        <w:t>Х О Р</w:t>
      </w:r>
    </w:p>
    <w:p>
      <w:r>
        <w:br/>
        <w:t>С т р о ф а І</w:t>
      </w:r>
    </w:p>
    <w:p>
      <w:r>
        <w:br/>
        <w:t>Красо й хвало всіх владарів,&lt;br /&gt;</w:t>
        <w:br/>
        <w:t>Блаженства і сили вершино,&lt;br /&gt;</w:t>
        <w:br/>
        <w:t>Вислухай, Зевсе, — ми ж діти твої, —&lt;br /&gt;</w:t>
        <w:br/>
        <w:t>Звільни нас од насильства,&lt;br /&gt;</w:t>
        <w:br/>
        <w:t>Зверни свій гнів проти синів Єгипта,&lt;br /&gt;</w:t>
        <w:br/>
        <w:t>Розметай темнобоку загибель,&lt;br /&gt;</w:t>
        <w:br/>
        <w:t>Морем окрий багряним!</w:t>
      </w:r>
    </w:p>
    <w:p>
      <w:r>
        <w:br/>
        <w:t>А н т и с т р о ф а І</w:t>
      </w:r>
    </w:p>
    <w:p>
      <w:r>
        <w:br/>
        <w:t>Ти нам, жінкам, ласку яви,&lt;br /&gt;</w:t>
        <w:br/>
        <w:t>530 Згадай, звідкіля йде рід наш,&lt;br /&gt;</w:t>
        <w:br/>
        <w:t>Нашу праматір любив ти. Нехай&lt;br /&gt;</w:t>
        <w:br/>
        <w:t>Живе переказ добрий:&lt;br /&gt;</w:t>
        <w:br/>
        <w:t>Хіба ж не ти, Зевсе, Іо торкнувся?&lt;br /&gt;</w:t>
        <w:br/>
        <w:t>Ми ж тобою пишаємось, батьком,&lt;br /&gt;</w:t>
        <w:br/>
        <w:t>З Аргосу й ми походим.</w:t>
      </w:r>
    </w:p>
    <w:p>
      <w:r>
        <w:br/>
        <w:t>С т р о ф а ІІ</w:t>
      </w:r>
    </w:p>
    <w:p>
      <w:r>
        <w:br/>
        <w:t>Сюди — давній слід нас вивів,&lt;br /&gt;</w:t>
        <w:br/>
        <w:t>Матері слід на квітучім лузі,&lt;br /&gt;</w:t>
        <w:br/>
        <w:t>Де вигін був соковитий; звідси,&lt;br /&gt;</w:t>
        <w:br/>
        <w:t>Гнана пекучим жалом,&lt;br /&gt;</w:t>
        <w:br/>
        <w:t>540 Ошаленіла Іо&lt;br /&gt;</w:t>
        <w:br/>
        <w:t>Мчала полями племен багатьох,&lt;br /&gt;</w:t>
        <w:br/>
        <w:t>Аж вузину — пінявий вир&lt;br /&gt;</w:t>
        <w:br/>
        <w:t>Між двох земель — перепливла,&lt;br /&gt;</w:t>
        <w:br/>
        <w:t>Так-бо тоді&lt;br /&gt;</w:t>
        <w:br/>
        <w:t>Їй повеліла Доля.</w:t>
      </w:r>
    </w:p>
    <w:p>
      <w:r>
        <w:br/>
        <w:t>А н т и с т р о ф а ІІ</w:t>
      </w:r>
    </w:p>
    <w:p>
      <w:r>
        <w:br/>
        <w:t>Біжить — ген по землі азійській,&lt;br /&gt;</w:t>
        <w:br/>
        <w:t>Крізь пасовища фрігійські буйні,&lt;br /&gt;</w:t>
        <w:br/>
        <w:t>А там — Тевтрант, що в краю мідійців,&lt;br /&gt;</w:t>
        <w:br/>
        <w:t>Потім — Лідійські доли,&lt;br /&gt;</w:t>
        <w:br/>
        <w:t>550 Гір Кілікійських кряжі,&lt;br /&gt;</w:t>
        <w:br/>
        <w:t>І Памфілійські долає хребти,&lt;br /&gt;</w:t>
        <w:br/>
        <w:t>Й вічних річок води стрімкі,&lt;br /&gt;</w:t>
        <w:br/>
        <w:t>Й тучні поля, далі — лани,&lt;br /&gt;</w:t>
        <w:br/>
        <w:t>Славні на хліб,&lt;br /&gt;</w:t>
        <w:br/>
        <w:t>Де Афродіта править.</w:t>
      </w:r>
    </w:p>
    <w:p>
      <w:r>
        <w:br/>
        <w:t>С т р о ф а ІІІ</w:t>
      </w:r>
    </w:p>
    <w:p>
      <w:r>
        <w:br/>
        <w:t>А там — знов, бідну, той крилатий страж —&lt;br /&gt;</w:t>
        <w:br/>
        <w:t>Сліпень — стрілами гонить:&lt;br /&gt;</w:t>
        <w:br/>
        <w:t>У гай Зевса врожайний,&lt;br /&gt;</w:t>
        <w:br/>
        <w:t>В луки, снігом напоєні,&lt;br /&gt;</w:t>
        <w:br/>
        <w:t>560 Де б'є крилом Тіфон палкий,&lt;br /&gt;</w:t>
        <w:br/>
        <w:t>Де Ніл пливе, повний вод цілющих,&lt;br /&gt;</w:t>
        <w:br/>
        <w:t>Мчить, навісна, — ганебний біль&lt;br /&gt;</w:t>
        <w:br/>
        <w:t>Жалить її, наслала шал&lt;br /&gt;</w:t>
        <w:br/>
        <w:t>Гера сама на неї.</w:t>
      </w:r>
    </w:p>
    <w:p>
      <w:r>
        <w:br/>
        <w:t>А н т и с т р о ф а ІІІ</w:t>
      </w:r>
    </w:p>
    <w:p>
      <w:r>
        <w:br/>
        <w:t>І весь люд, хто в краях тих жив тоді,&lt;br /&gt;</w:t>
        <w:br/>
        <w:t>Зблід, перейнятий жахом,&lt;br /&gt;</w:t>
        <w:br/>
        <w:t>Дивне вгледівши диво —&lt;br /&gt;</w:t>
        <w:br/>
        <w:t>Не корови й не жінки стать:&lt;br /&gt;</w:t>
        <w:br/>
        <w:t>Істоти дві — в одну злились,&lt;br /&gt;</w:t>
        <w:br/>
        <w:t>570 Напівлюдську. Всіх вона вражала.&lt;br /&gt;</w:t>
        <w:br/>
        <w:t>Хто тоді зглянувсь над Іо,&lt;br /&gt;</w:t>
        <w:br/>
        <w:t>Гнаною з краю в край жалом?&lt;br /&gt;</w:t>
        <w:br/>
        <w:t>Хто прихистив нещасну?</w:t>
      </w:r>
    </w:p>
    <w:p>
      <w:r>
        <w:br/>
        <w:t>С т р о ф а ІV</w:t>
      </w:r>
    </w:p>
    <w:p>
      <w:r>
        <w:br/>
        <w:t>Зустрівсь їй — вічності володар,&lt;br /&gt;</w:t>
        <w:br/>
        <w:t>Він і зглянувсь на неї:&lt;br /&gt;</w:t>
        <w:br/>
        <w:t>Подув снаги рятівної&lt;br /&gt;</w:t>
        <w:br/>
        <w:t>Всі страждання розвіяв.&lt;br /&gt;</w:t>
        <w:br/>
        <w:t>Сором болісний — крик душі —&lt;br /&gt;</w:t>
        <w:br/>
        <w:t>Втихнув, сплив із сльозами.&lt;br /&gt;</w:t>
        <w:br/>
        <w:t>580 Із сім'я Зевса — правдомовна чутка йде —&lt;br /&gt;</w:t>
        <w:br/>
        <w:t>Славного сина зродила.</w:t>
      </w:r>
    </w:p>
    <w:p>
      <w:r>
        <w:br/>
        <w:t>А н т и с т р о ф а ІV</w:t>
      </w:r>
    </w:p>
    <w:p>
      <w:r>
        <w:br/>
        <w:t>Блажен він, син її, навіки.&lt;br /&gt;</w:t>
        <w:br/>
        <w:t>Гучно край одгукнувся:&lt;br /&gt;</w:t>
        <w:br/>
        <w:t>"Справді, цей син життєдайний —&lt;br /&gt;</w:t>
        <w:br/>
        <w:t>Пагін вишнього Зевса!"&lt;br /&gt;</w:t>
        <w:br/>
        <w:t>Хто ж бо, хто погасити б міг&lt;br /&gt;</w:t>
        <w:br/>
        <w:t>Шал караючий Гери?&lt;br /&gt;</w:t>
        <w:br/>
        <w:t>Лиш Зевс могутній. Тож Епаф — його дитя,&lt;br /&gt;</w:t>
        <w:br/>
        <w:t>Рід наш іде од нього.</w:t>
      </w:r>
    </w:p>
    <w:p>
      <w:r>
        <w:br/>
        <w:t>С т р о ф а V</w:t>
      </w:r>
    </w:p>
    <w:p>
      <w:r>
        <w:br/>
        <w:t>590 Кого з богів мала б я взивати,&lt;br /&gt;</w:t>
        <w:br/>
        <w:t>Кого благать, як не Зевса-батька?&lt;br /&gt;</w:t>
        <w:br/>
        <w:t>Він — усемогутній, найвеличніший владар,&lt;br /&gt;</w:t>
        <w:br/>
        <w:t>Усього сущого творець,&lt;br /&gt;</w:t>
        <w:br/>
        <w:t>Він же — й мого роду зачинатель.</w:t>
      </w:r>
    </w:p>
    <w:p>
      <w:r>
        <w:br/>
        <w:t>А н т и с т р о ф а V</w:t>
      </w:r>
    </w:p>
    <w:p>
      <w:r>
        <w:br/>
        <w:t>Адже з ніким він не ділить влади,&lt;br /&gt;</w:t>
        <w:br/>
        <w:t>Його закон — над усі закони,&lt;br /&gt;</w:t>
        <w:br/>
        <w:t>Тож не потребує знизу вверх дивитися.&lt;br /&gt;</w:t>
        <w:br/>
        <w:t>За словом — діло вмить іде:&lt;br /&gt;</w:t>
        <w:br/>
        <w:t>Задум його — здійснюється тут же.</w:t>
      </w:r>
    </w:p>
    <w:p>
      <w:r>
        <w:br/>
        <w:t>ЕПІСОДІЙ ДРУГИЙ</w:t>
      </w:r>
    </w:p>
    <w:p>
      <w:r>
        <w:br/>
        <w:t>Повертається Данай з провідниками.</w:t>
      </w:r>
    </w:p>
    <w:p>
      <w:r>
        <w:br/>
        <w:t>Д А Н А Й</w:t>
      </w:r>
    </w:p>
    <w:p>
      <w:r>
        <w:br/>
        <w:t>600 Вспокійтесь, доні: Аргос посприяє нам —&lt;br /&gt;</w:t>
        <w:br/>
        <w:t>Народ голосуванням справу вирішив.</w:t>
      </w:r>
    </w:p>
    <w:p>
      <w:r>
        <w:br/>
        <w:t>П Р О В І Д Н И Ц Я Х О Р У</w:t>
      </w:r>
    </w:p>
    <w:p>
      <w:r>
        <w:br/>
        <w:t>І ти втішайся, старче, добрий віснику!&lt;br /&gt;</w:t>
        <w:br/>
        <w:t>Скажи, однак, точніше про це рішення,&lt;br /&gt;</w:t>
        <w:br/>
        <w:t>І як там голоси розподілилися?</w:t>
      </w:r>
    </w:p>
    <w:p>
      <w:r>
        <w:br/>
        <w:t>Д А Н А Й</w:t>
      </w:r>
    </w:p>
    <w:p>
      <w:r>
        <w:br/>
        <w:t>Усі — на нашу користь. Аж душа моя,&lt;br /&gt;</w:t>
        <w:br/>
        <w:t>Дарма, що я старий вже, звеселилася.&lt;br /&gt;</w:t>
        <w:br/>
        <w:t>Зметнулися правиці, розсікаючи&lt;br /&gt;</w:t>
        <w:br/>
        <w:t>Повітря, щоб таке схвалити рішення:&lt;br /&gt;</w:t>
        <w:br/>
        <w:t>"Нам жити в цьому краї дозволяється&lt;br /&gt;</w:t>
        <w:br/>
        <w:t>610 Безпечно й вільно, нам притулок надано.&lt;br /&gt;</w:t>
        <w:br/>
        <w:t>Не сміє ні тутешній нам нашкодити,&lt;br /&gt;</w:t>
        <w:br/>
        <w:t>Ні гість. Усяк повинен захистити нас,&lt;br /&gt;</w:t>
        <w:br/>
        <w:t>Коли хто скривдить, а як ні, то виженуть&lt;br /&gt;</w:t>
        <w:br/>
        <w:t>Такого з батьківщини і зганьблять його".&lt;br /&gt;</w:t>
        <w:br/>
        <w:t>Владар пеласгів — ось хто громадян схилив&lt;br /&gt;</w:t>
        <w:br/>
        <w:t>До рішення такого, застерігши їх&lt;br /&gt;</w:t>
        <w:br/>
        <w:t>Од гніву Зевса, прохачів захисника.&lt;br /&gt;</w:t>
        <w:br/>
        <w:t>Сказав він, що на місто, заплямоване&lt;br /&gt;</w:t>
        <w:br/>
        <w:t>Подвійно (бо прибульці — це ж і родичі)&lt;br /&gt;</w:t>
        <w:br/>
        <w:t>620 Впаде біда — покара — й буде жерти всіх.&lt;br /&gt;</w:t>
        <w:br/>
        <w:t>На це аргосці — ще й не оповіщено&lt;br /&gt;</w:t>
        <w:br/>
        <w:t>Голосування — підняли правиці вмить.&lt;br /&gt;</w:t>
        <w:br/>
        <w:t>Піддавсь охоче мові переконливій&lt;br /&gt;</w:t>
        <w:br/>
        <w:t>Пеласгів люд. На інше — воля Зевсова.</w:t>
      </w:r>
    </w:p>
    <w:p>
      <w:r>
        <w:br/>
        <w:t>П Р О В І Д Н И Ц Я Х О Р У</w:t>
      </w:r>
    </w:p>
    <w:p>
      <w:r>
        <w:br/>
        <w:t>Оддаваймо ж аргосцям добром за добро,&lt;br /&gt;</w:t>
        <w:br/>
        <w:t>Їм бажаючи щастя. Хай Зевс, що людей&lt;br /&gt;</w:t>
        <w:br/>
        <w:t>Захищає прибулих, прибульців слова&lt;br /&gt;</w:t>
        <w:br/>
        <w:t>Молитовні почувши, здійснить усе те,&lt;br /&gt;</w:t>
        <w:br/>
        <w:t>Що злітатиме з уст наших нині.</w:t>
      </w:r>
    </w:p>
    <w:p>
      <w:r>
        <w:br/>
        <w:t>Х О Р</w:t>
      </w:r>
    </w:p>
    <w:p>
      <w:r>
        <w:br/>
        <w:t>С т р о ф а І</w:t>
      </w:r>
    </w:p>
    <w:p>
      <w:r>
        <w:br/>
        <w:t>630 Вчуйте ж і нас, боги,&lt;br /&gt;</w:t>
        <w:br/>
        <w:t>Зевса безсмертні діти —&lt;br /&gt;</w:t>
        <w:br/>
        <w:t>Молимось ми за край цей:&lt;br /&gt;</w:t>
        <w:br/>
        <w:t>Щоб не повергнув його&lt;br /&gt;</w:t>
        <w:br/>
        <w:t>В буйний вогонь війни&lt;br /&gt;</w:t>
        <w:br/>
        <w:t>Криком жахним Арес —&lt;br /&gt;</w:t>
        <w:br/>
        <w:t>Ворог веселості.&lt;br /&gt;</w:t>
        <w:br/>
        <w:t>Хай кудись далі йде&lt;br /&gt;</w:t>
        <w:br/>
        <w:t>Брати криваве жниво.&lt;br /&gt;</w:t>
        <w:br/>
        <w:t>Тут-бо — нас прихистити&lt;br /&gt;</w:t>
        <w:br/>
        <w:t>640 Вся громада рішила.&lt;br /&gt;</w:t>
        <w:br/>
        <w:t>Тут — у шані покривджені,&lt;br /&gt;</w:t>
        <w:br/>
        <w:t>Що припали до Зевса.</w:t>
      </w:r>
    </w:p>
    <w:p>
      <w:r>
        <w:br/>
        <w:t>А н т и с т р о ф а І</w:t>
      </w:r>
    </w:p>
    <w:p>
      <w:r>
        <w:br/>
        <w:t>Не за мужів — за нас,&lt;br /&gt;</w:t>
        <w:br/>
        <w:t>Бідних жінок, з аргосців&lt;br /&gt;</w:t>
        <w:br/>
        <w:t>Кожен подав свій голос,&lt;br /&gt;</w:t>
        <w:br/>
        <w:t>Усевидющий-бо Зевс,&lt;br /&gt;</w:t>
        <w:br/>
        <w:t>Месник, дививсь йому&lt;br /&gt;</w:t>
        <w:br/>
        <w:t>В вічі, незборний бог.&lt;br /&gt;</w:t>
        <w:br/>
        <w:t>Дім цей — приречений,&lt;br /&gt;</w:t>
        <w:br/>
        <w:t>650 Де Громовержця гнів&lt;br /&gt;</w:t>
        <w:br/>
        <w:t>Тяжко наліг на крівлю.&lt;br /&gt;</w:t>
        <w:br/>
        <w:t>Тут — благальницям Зевса,&lt;br /&gt;</w:t>
        <w:br/>
        <w:t>Міста родичкам, — шана.&lt;br /&gt;</w:t>
        <w:br/>
        <w:t>Чисті, незаплямовані&lt;br /&gt;</w:t>
        <w:br/>
        <w:t>Тут жертовники будуть.</w:t>
      </w:r>
    </w:p>
    <w:p>
      <w:r>
        <w:br/>
        <w:t>С т р о ф а ІІ</w:t>
      </w:r>
    </w:p>
    <w:p>
      <w:r>
        <w:br/>
        <w:t>Хай же з дівочих уст&lt;br /&gt;</w:t>
        <w:br/>
        <w:t>В затінку віток тих&lt;br /&gt;</w:t>
        <w:br/>
        <w:t>Щира молитва злине:&lt;br /&gt;</w:t>
        <w:br/>
        <w:t>Мором нехай не косить&lt;br /&gt;</w:t>
        <w:br/>
        <w:t>660 Люду в Аргоськім краї.&lt;br /&gt;</w:t>
        <w:br/>
        <w:t>Кров громадянська нехай вовік&lt;br /&gt;</w:t>
        <w:br/>
        <w:t>Не окропляє землі цієї.&lt;br /&gt;</w:t>
        <w:br/>
        <w:t>Юнь хай війни не знає.&lt;br /&gt;</w:t>
        <w:br/>
        <w:t>Хай Арес-людовбивець,&lt;br /&gt;</w:t>
        <w:br/>
        <w:t>Муж Кіпріди, мечем не тне&lt;br /&gt;</w:t>
        <w:br/>
        <w:t>Найніжнішого квіту.</w:t>
      </w:r>
    </w:p>
    <w:p>
      <w:r>
        <w:br/>
        <w:t>А н т и с т р о ф а ІІ</w:t>
      </w:r>
    </w:p>
    <w:p>
      <w:r>
        <w:br/>
        <w:t>Старці круг вогнища&lt;br /&gt;</w:t>
        <w:br/>
        <w:t>Спільно хай радяться,&lt;br /&gt;</w:t>
        <w:br/>
        <w:t>Колом широким сівши.&lt;br /&gt;</w:t>
        <w:br/>
        <w:t>670 Місту — нехай ведеться:&lt;br /&gt;</w:t>
        <w:br/>
        <w:t>Зевса-бо тут шанують,&lt;br /&gt;</w:t>
        <w:br/>
        <w:t>Надто — Захисника, що всьому&lt;br /&gt;</w:t>
        <w:br/>
        <w:t>Лад визначає законом сивим.&lt;br /&gt;</w:t>
        <w:br/>
        <w:t>Хай правителів мудрих&lt;br /&gt;</w:t>
        <w:br/>
        <w:t>Завжди край цей плекає.&lt;br /&gt;</w:t>
        <w:br/>
        <w:t>Впору хай до роділь спішить&lt;br /&gt;</w:t>
        <w:br/>
        <w:t>Артеміда-Геката.</w:t>
      </w:r>
    </w:p>
    <w:p>
      <w:r>
        <w:br/>
        <w:t>С т р о ф а ІІІ</w:t>
      </w:r>
    </w:p>
    <w:p>
      <w:r>
        <w:br/>
        <w:t>Жодна чума сюди&lt;br /&gt;</w:t>
        <w:br/>
        <w:t>Хай не дотягнеться,&lt;br /&gt;</w:t>
        <w:br/>
        <w:t>680 Хай не пустошить міста&lt;br /&gt;</w:t>
        <w:br/>
        <w:t>Співам і танцям чужий,&lt;br /&gt;</w:t>
        <w:br/>
        <w:t>Сліз винуватець Арес&lt;br /&gt;</w:t>
        <w:br/>
        <w:t>Весь край цей криком хай не повнить.&lt;br /&gt;</w:t>
        <w:br/>
        <w:t>Хай цю землю далеко&lt;br /&gt;</w:t>
        <w:br/>
        <w:t>Рій хвороб оминає!&lt;br /&gt;</w:t>
        <w:br/>
        <w:t>Хай цілитель — Лікейський Феб —&lt;br /&gt;</w:t>
        <w:br/>
        <w:t>Любить молодь аргоську!</w:t>
      </w:r>
    </w:p>
    <w:p>
      <w:r>
        <w:br/>
        <w:t>А н т и с т р о ф а ІІІ</w:t>
      </w:r>
    </w:p>
    <w:p>
      <w:r>
        <w:br/>
        <w:t>Хай цілорічно Зевс&lt;br /&gt;</w:t>
        <w:br/>
        <w:t>Плодом добірним тут&lt;br /&gt;</w:t>
        <w:br/>
        <w:t>690 Рясно вкриває землю.&lt;br /&gt;</w:t>
        <w:br/>
        <w:t>Вівці та кози нехай&lt;br /&gt;</w:t>
        <w:br/>
        <w:t>Приріст багатий дають.&lt;br /&gt;</w:t>
        <w:br/>
        <w:t>Хай чує люд щедру безсмертних ласку.&lt;br /&gt;</w:t>
        <w:br/>
        <w:t>Хай за це співомовці&lt;br /&gt;</w:t>
        <w:br/>
        <w:t>Їх при вівтарях славлять.&lt;br /&gt;</w:t>
        <w:br/>
        <w:t>З уст дівочих нехай зліта&lt;br /&gt;</w:t>
        <w:br/>
        <w:t>Ліри подруга — пісня!</w:t>
      </w:r>
    </w:p>
    <w:p>
      <w:r>
        <w:br/>
        <w:t>С т р о ф а ІV</w:t>
      </w:r>
    </w:p>
    <w:p>
      <w:r>
        <w:br/>
        <w:t>Хай рада — честі й права сторож —&lt;br /&gt;</w:t>
        <w:br/>
        <w:t>Керує всім, прозорлива, в місті,&lt;br /&gt;</w:t>
        <w:br/>
        <w:t>700 Хай про добро всенародне дбає.&lt;br /&gt;</w:t>
        <w:br/>
        <w:t>Хай брати меч не спішить,&lt;br /&gt;</w:t>
        <w:br/>
        <w:t>А радше мир укладе&lt;br /&gt;</w:t>
        <w:br/>
        <w:t>Із чужаком — гідний, справедливий.</w:t>
      </w:r>
    </w:p>
    <w:p>
      <w:r>
        <w:br/>
        <w:t>А н т и с т р о ф а ІV</w:t>
      </w:r>
    </w:p>
    <w:p>
      <w:r>
        <w:br/>
        <w:t>Хай люд увесь божествам отчизни&lt;br /&gt;</w:t>
        <w:br/>
        <w:t>Несе дари — б'є биків жертовних —&lt;br /&gt;</w:t>
        <w:br/>
        <w:t>Лавром, як предки, чоло звінчавши.&lt;br /&gt;</w:t>
        <w:br/>
        <w:t>Адже свій рід шанувать —&lt;br /&gt;</w:t>
        <w:br/>
        <w:t>Велить закон: третій він&lt;br /&gt;</w:t>
        <w:br/>
        <w:t>Зайняв рядок на скрижалях Правди.</w:t>
      </w:r>
    </w:p>
    <w:p>
      <w:r>
        <w:br/>
        <w:t>Д А Н А Й</w:t>
      </w:r>
    </w:p>
    <w:p>
      <w:r>
        <w:br/>
        <w:t>710 Благання ваші, доні, щиро схвалюю.&lt;br /&gt;</w:t>
        <w:br/>
        <w:t>Одначе не лякайтесь, як із уст моїх&lt;br /&gt;</w:t>
        <w:br/>
        <w:t>Неждане, лиховісне слово вчуєте.&lt;br /&gt;</w:t>
        <w:br/>
        <w:t>З цієї вежі, що дала притулок нам,&lt;br /&gt;</w:t>
        <w:br/>
        <w:t>Судно я бачу. Звіддаля пізнав його:&lt;br /&gt;</w:t>
        <w:br/>
        <w:t>Вітрил відомий обрис, бік оснащений&lt;br /&gt;</w:t>
        <w:br/>
        <w:t>Щитами, ніс тне хвилю; очі-отвори&lt;br /&gt;</w:t>
        <w:br/>
        <w:t>За шляхом стежать, це судно сюди пливе,&lt;br /&gt;</w:t>
        <w:br/>
        <w:t>Хоч нам немиле, — слухає керманича.&lt;br /&gt;</w:t>
        <w:br/>
        <w:t>І веслярів он видно. Одяг білий в них,&lt;br /&gt;</w:t>
        <w:br/>
        <w:t>720 А тіло — смагле, тож помітні здалеку.&lt;br /&gt;</w:t>
        <w:br/>
        <w:t>Вже й допоміжні сили добре видно там.&lt;br /&gt;</w:t>
        <w:br/>
        <w:t>На головному — вже вітрила згорнуто,&lt;br /&gt;</w:t>
        <w:br/>
        <w:t>До берега на веслах те судно вже йде.&lt;br /&gt;</w:t>
        <w:br/>
        <w:t>Кріпіться, доні! Спокій зберігаючи,&lt;br /&gt;</w:t>
        <w:br/>
        <w:t>До вівтарів горніться. А мені пора&lt;br /&gt;</w:t>
        <w:br/>
        <w:t>Піти за тими, хто нас захищатиме.&lt;br /&gt;</w:t>
        <w:br/>
        <w:t>Коли ж посол чи вісник несподівано&lt;br /&gt;</w:t>
        <w:br/>
        <w:t>Впаде за вами, за своєю власністю, —&lt;br /&gt;</w:t>
        <w:br/>
        <w:t>Не бійтеся. Не вийде. Але все-таки&lt;br /&gt;</w:t>
        <w:br/>
        <w:t>730 Затриматись я можу із підмогою.&lt;br /&gt;</w:t>
        <w:br/>
        <w:t>З цього притулку краще ні на крок не йдіть.&lt;br /&gt;</w:t>
        <w:br/>
        <w:t>Та не смутіться! Прийде час — поплатиться&lt;br /&gt;</w:t>
        <w:br/>
        <w:t>Із смертних кожен, хто богами знехтував.</w:t>
      </w:r>
    </w:p>
    <w:p>
      <w:r>
        <w:br/>
        <w:t>КОММОС</w:t>
      </w:r>
    </w:p>
    <w:p>
      <w:r>
        <w:br/>
        <w:t>Х О Р</w:t>
      </w:r>
    </w:p>
    <w:p>
      <w:r>
        <w:br/>
        <w:t>С т р о ф а І</w:t>
      </w:r>
    </w:p>
    <w:p>
      <w:r>
        <w:br/>
        <w:t>Боюся, батьку! Мов на крилах, судна мчать,&lt;br /&gt;</w:t>
        <w:br/>
        <w:t>Між берегом і ними — тільки мить одна!&lt;br /&gt;</w:t>
        <w:br/>
        <w:t>Непереборний страх опанував мене!&lt;br /&gt;</w:t>
        <w:br/>
        <w:t>Може, й не слід було бігти світ за очі?..&lt;br /&gt;</w:t>
        <w:br/>
        <w:t>Холоне кров... Умліваю вся...</w:t>
      </w:r>
    </w:p>
    <w:p>
      <w:r>
        <w:br/>
        <w:t>Д А Н А Й</w:t>
      </w:r>
    </w:p>
    <w:p>
      <w:r>
        <w:br/>
        <w:t>Аргосці не відступлять. Жереб кинуто.&lt;br /&gt;</w:t>
        <w:br/>
        <w:t>740 За вас, я в тому певен, будуть битися.</w:t>
      </w:r>
    </w:p>
    <w:p>
      <w:r>
        <w:br/>
        <w:t>Х О Р</w:t>
      </w:r>
    </w:p>
    <w:p>
      <w:r>
        <w:br/>
        <w:t>А н т и с т р о ф а І</w:t>
      </w:r>
    </w:p>
    <w:p>
      <w:r>
        <w:br/>
        <w:t>Страшні сини Єгипта, гнівні, жадібні&lt;br /&gt;</w:t>
        <w:br/>
        <w:t>До битви. Сам ти в цьому пересвідчився.&lt;br /&gt;</w:t>
        <w:br/>
        <w:t>Збиті з колод важких, добре підігнаних,&lt;br /&gt;</w:t>
        <w:br/>
        <w:t>Смолені судна мчать, лють — замість вітру їм,&lt;br /&gt;</w:t>
        <w:br/>
        <w:t>А військо, глянь, — наче темний рій.</w:t>
      </w:r>
    </w:p>
    <w:p>
      <w:r>
        <w:br/>
        <w:t>Д А Н А Й</w:t>
      </w:r>
    </w:p>
    <w:p>
      <w:r>
        <w:br/>
        <w:t>Одначе й тут чимало стрінуть воїнів,&lt;br /&gt;</w:t>
        <w:br/>
        <w:t>Опалених на сонці, загартованих.</w:t>
      </w:r>
    </w:p>
    <w:p>
      <w:r>
        <w:br/>
        <w:t>Х О Р</w:t>
      </w:r>
    </w:p>
    <w:p>
      <w:r>
        <w:br/>
        <w:t>С т р о ф а ІІ</w:t>
      </w:r>
    </w:p>
    <w:p>
      <w:r>
        <w:br/>
        <w:t>Не залишай нас, батьку, одинокими!&lt;br /&gt;</w:t>
        <w:br/>
        <w:t>Перед насиллям ми, жінки беззахисні.&lt;br /&gt;</w:t>
        <w:br/>
        <w:t>750 Ті — кровожерливі, повні думок лихих,&lt;br /&gt;</w:t>
        <w:br/>
        <w:t>Повні підступності. Що їм жертовники? —&lt;br /&gt;</w:t>
        <w:br/>
        <w:t>Ворони ж це, не люди!</w:t>
      </w:r>
    </w:p>
    <w:p>
      <w:r>
        <w:br/>
        <w:t>Д А Н А Й</w:t>
      </w:r>
    </w:p>
    <w:p>
      <w:r>
        <w:br/>
        <w:t>Було б чудово, якби ще й богам вони&lt;br /&gt;</w:t>
        <w:br/>
        <w:t>Такими стали, як і вам, ворожими.</w:t>
      </w:r>
    </w:p>
    <w:p>
      <w:r>
        <w:br/>
        <w:t>Х О Р</w:t>
      </w:r>
    </w:p>
    <w:p>
      <w:r>
        <w:br/>
        <w:t>Ані тризубці, ні всі інші речі ці&lt;br /&gt;</w:t>
        <w:br/>
        <w:t>Священні не врятують од насильників.&lt;br /&gt;</w:t>
        <w:br/>
        <w:t>Повні зухвалості, сили безбожної,&lt;br /&gt;</w:t>
        <w:br/>
        <w:t>Люті собачої, оскаженілої —&lt;br /&gt;</w:t>
        <w:br/>
        <w:t>На богів не зважають.</w:t>
      </w:r>
    </w:p>
    <w:p>
      <w:r>
        <w:br/>
        <w:t>Д А Н А Й</w:t>
      </w:r>
    </w:p>
    <w:p>
      <w:r>
        <w:br/>
        <w:t>760 Прислів'я каже, що й собаку вовк заїсть,&lt;br /&gt;</w:t>
        <w:br/>
        <w:t>Поживи більше в житі — не в папірусі.</w:t>
      </w:r>
    </w:p>
    <w:p>
      <w:r>
        <w:br/>
        <w:t>П Р О В І Д Н И Ц Я Х О Р У</w:t>
      </w:r>
    </w:p>
    <w:p>
      <w:r>
        <w:br/>
        <w:t>Це — нелюди, потвори, одурманені&lt;br /&gt;</w:t>
        <w:br/>
        <w:t>Жагою вбивства. Слід остерігатись їх.</w:t>
      </w:r>
    </w:p>
    <w:p>
      <w:r>
        <w:br/>
        <w:t>Д А Н А Й</w:t>
      </w:r>
    </w:p>
    <w:p>
      <w:r>
        <w:br/>
        <w:t>Похід морський не скоро споряджається&lt;br /&gt;</w:t>
        <w:br/>
        <w:t>Й причалює не скоро: треба ж кинути&lt;br /&gt;</w:t>
        <w:br/>
        <w:t>Шнури на берег. Навіть якорі всього&lt;br /&gt;</w:t>
        <w:br/>
        <w:t>Не забезпечать, надто, коли гавані&lt;br /&gt;</w:t>
        <w:br/>
        <w:t>Нема близької, коли сонце хилиться&lt;br /&gt;</w:t>
        <w:br/>
        <w:t>До заходу. Бо з ніччю рій думок важких&lt;br /&gt;</w:t>
        <w:br/>
        <w:t>770 Керманича діймає прозорливого.&lt;br /&gt;</w:t>
        <w:br/>
        <w:t>Не висадить же війська, поки в гавані&lt;br /&gt;</w:t>
        <w:br/>
        <w:t>Захищеній не стане весь похід морський.&lt;br /&gt;</w:t>
        <w:br/>
        <w:t>Отож, коли боїшся, — до богів горнись,&lt;br /&gt;</w:t>
        <w:br/>
        <w:t>А я піду й подбаю, хай з підмогою&lt;br /&gt;</w:t>
        <w:br/>
        <w:t>Спішать. Аргосцям нічого жалітися&lt;br /&gt;</w:t>
        <w:br/>
        <w:t>На посланця: хоч сивий, та проречистий.</w:t>
      </w:r>
    </w:p>
    <w:p>
      <w:r>
        <w:br/>
        <w:t>Данай відходить.</w:t>
      </w:r>
    </w:p>
    <w:p>
      <w:r>
        <w:br/>
        <w:t>СТАСИМ ДРУГИЙ</w:t>
      </w:r>
    </w:p>
    <w:p>
      <w:r>
        <w:br/>
        <w:t>Х О Р</w:t>
      </w:r>
    </w:p>
    <w:p>
      <w:r>
        <w:br/>
        <w:t>С т р о ф а І</w:t>
      </w:r>
    </w:p>
    <w:p>
      <w:r>
        <w:br/>
        <w:t>Гориста земле, гідна всіх похвал!&lt;br /&gt;</w:t>
        <w:br/>
        <w:t>Що буде з нами? Де в краю Апійському&lt;br /&gt;</w:t>
        <w:br/>
        <w:t>Для себе темний сховок нині знайдемо?&lt;br /&gt;</w:t>
        <w:br/>
        <w:t>780 Хай всі, мов дим, зів'ємось&lt;br /&gt;</w:t>
        <w:br/>
        <w:t>Аж ген, де хмари гонить Зевс,&lt;br /&gt;</w:t>
        <w:br/>
        <w:t>Щоб вітер нас розпорошив,&lt;br /&gt;</w:t>
        <w:br/>
        <w:t>Щоб там, невидимі, легкі,&lt;br /&gt;</w:t>
        <w:br/>
        <w:t>Щезли, мов пил безкрилий.</w:t>
      </w:r>
    </w:p>
    <w:p>
      <w:r>
        <w:br/>
        <w:t>А н т и с т р о ф а І</w:t>
      </w:r>
    </w:p>
    <w:p>
      <w:r>
        <w:br/>
        <w:t>Дрібний, невпинний душу дрож бере,&lt;br /&gt;</w:t>
        <w:br/>
        <w:t>Тріпоче серце, спохмурніле з остраху.&lt;br /&gt;</w:t>
        <w:br/>
        <w:t>Що батько з чат угледів, те жахнуло нас.&lt;br /&gt;</w:t>
        <w:br/>
        <w:t>Нехай в петлі, в зашморгу&lt;br /&gt;</w:t>
        <w:br/>
        <w:t>З життям розлучимося тут,&lt;br /&gt;</w:t>
        <w:br/>
        <w:t>790 Аніж би мав нас нелюб-муж&lt;br /&gt;</w:t>
        <w:br/>
        <w:t>Торкнуться. Краще хай Аїд&lt;br /&gt;</w:t>
        <w:br/>
        <w:t>Нас пригортає, мертвих.</w:t>
      </w:r>
    </w:p>
    <w:p>
      <w:r>
        <w:br/>
        <w:t>С т р о ф а ІІ</w:t>
      </w:r>
    </w:p>
    <w:p>
      <w:r>
        <w:br/>
        <w:t>Якби-то десь в ефірі притулитись нам,&lt;br /&gt;</w:t>
        <w:br/>
        <w:t>Де вогкі хмари снігом осипаються,&lt;br /&gt;</w:t>
        <w:br/>
        <w:t>На скелі стати, де й козел&lt;br /&gt;</w:t>
        <w:br/>
        <w:t>Не ступав, а лиш коршак&lt;br /&gt;</w:t>
        <w:br/>
        <w:t>В'є гніздо, — щоб відтіля&lt;br /&gt;</w:t>
        <w:br/>
        <w:t>В прірву ми стрибнуть могли,&lt;br /&gt;</w:t>
        <w:br/>
        <w:t>Перше, ніж весільна ніч&lt;br /&gt;</w:t>
        <w:br/>
        <w:t>800 Важко ляже нам на серце.</w:t>
      </w:r>
    </w:p>
    <w:p>
      <w:r>
        <w:br/>
        <w:t>А н т и с т р о ф а ІІ</w:t>
      </w:r>
    </w:p>
    <w:p>
      <w:r>
        <w:br/>
        <w:t>Тоді вже хай собаки наше тіло рвуть&lt;br /&gt;</w:t>
        <w:br/>
        <w:t>На кусні, хай нам очі хижий птах клює.&lt;br /&gt;</w:t>
        <w:br/>
        <w:t>Адже від болю, сліз гірких&lt;br /&gt;</w:t>
        <w:br/>
        <w:t>Рятівниця наша — смерть.&lt;br /&gt;</w:t>
        <w:br/>
        <w:t>Хай же смертне ложе нас,&lt;br /&gt;</w:t>
        <w:br/>
        <w:t>А не шлюбне, прихистить!&lt;br /&gt;</w:t>
        <w:br/>
        <w:t>Як іще б нам утекти&lt;br /&gt;</w:t>
        <w:br/>
        <w:t>Од ненависного шлюбу?</w:t>
      </w:r>
    </w:p>
    <w:p>
      <w:r>
        <w:br/>
        <w:t>С т р о ф а ІІІ</w:t>
      </w:r>
    </w:p>
    <w:p>
      <w:r>
        <w:br/>
        <w:t>Нехай благальний лунає крик&lt;br /&gt;</w:t>
        <w:br/>
        <w:t>810 До всіх богів, до всіх богинь!&lt;br /&gt;</w:t>
        <w:br/>
        <w:t>Та як же здійсниться благання те?&lt;br /&gt;</w:t>
        <w:br/>
        <w:t>Ласкавим нас поглядом, батьку, зігрій.&lt;br /&gt;</w:t>
        <w:br/>
        <w:t>Зухвальців — гнівним: так сама&lt;br /&gt;</w:t>
        <w:br/>
        <w:t>Правда велить. Молільниць ти&lt;br /&gt;</w:t>
        <w:br/>
        <w:t>Щиро вшануй, всевладний&lt;br /&gt;</w:t>
        <w:br/>
        <w:t>Зевсе, владико світу!</w:t>
      </w:r>
    </w:p>
    <w:p>
      <w:r>
        <w:br/>
        <w:t>А н т и с т р о ф а ІІІ</w:t>
      </w:r>
    </w:p>
    <w:p>
      <w:r>
        <w:br/>
        <w:t>Сини Єгипта в жазі сліпій,&lt;br /&gt;</w:t>
        <w:br/>
        <w:t>Самці похітливі, мчать услід,&lt;br /&gt;</w:t>
        <w:br/>
        <w:t>Розпалені, люті — і крик, і гик&lt;br /&gt;</w:t>
        <w:br/>
        <w:t>820 За мною, втікачкою: прагнуть вони&lt;br /&gt;</w:t>
        <w:br/>
        <w:t>Свого чимшвидше домогтись.&lt;br /&gt;</w:t>
        <w:br/>
        <w:t>Та терези — в твоїй руці.&lt;br /&gt;</w:t>
        <w:br/>
        <w:t>Що без твого веління&lt;br /&gt;</w:t>
        <w:br/>
        <w:t>Може здійснити смертний?&lt;br /&gt;</w:t>
        <w:br/>
        <w:t>Ой-ой-ой-ой-ай-ай!&lt;br /&gt;</w:t>
        <w:br/>
        <w:t>Ось він, мучитель наш!&lt;br /&gt;</w:t>
        <w:br/>
        <w:t>Не на судні — вже він ступив&lt;br /&gt;</w:t>
        <w:br/>
        <w:t>На суходіл...&lt;br /&gt;</w:t>
        <w:br/>
        <w:t>Ой-ой-ой-ой!&lt;br /&gt;</w:t>
        <w:br/>
        <w:t>830 Чом не втонув ти в морі?..&lt;br /&gt;</w:t>
        <w:br/>
        <w:t>Вже бачу його — йде сюди, мчить сюди!&lt;br /&gt;</w:t>
        <w:br/>
        <w:t>Рятунку прошу, рятунку!&lt;br /&gt;</w:t>
        <w:br/>
        <w:t>Ой-ой-ой-ой!&lt;br /&gt;</w:t>
        <w:br/>
        <w:t>Ось він — біди початок!&lt;br /&gt;</w:t>
        <w:br/>
        <w:t>Мерщій всі сюди, до вівтаря!&lt;br /&gt;</w:t>
        <w:br/>
        <w:t>Рине засліплена хіть&lt;br /&gt;</w:t>
        <w:br/>
        <w:t>Із кораблів — прямо на нас...&lt;br /&gt;</w:t>
        <w:br/>
        <w:t>Де ти? Рятуй, владарю!</w:t>
      </w:r>
    </w:p>
    <w:p>
      <w:r>
        <w:br/>
        <w:t>ЕПІСОДІЙ ТРЕТІЙ</w:t>
      </w:r>
    </w:p>
    <w:p>
      <w:r>
        <w:br/>
        <w:t>З численними супровідниками входить В і с н и к — посланець синів Єгипта.</w:t>
      </w:r>
    </w:p>
    <w:p>
      <w:r>
        <w:br/>
        <w:t>В І С Н И К</w:t>
      </w:r>
    </w:p>
    <w:p>
      <w:r>
        <w:br/>
        <w:t>Гей же, гей! На судно!&lt;br /&gt;</w:t>
        <w:br/>
        <w:t>840 Швидше рухайтесь!&lt;br /&gt;</w:t>
        <w:br/>
        <w:t>А як ні — потягну&lt;br /&gt;</w:t>
        <w:br/>
        <w:t>За волосся й залізом розпеченим&lt;br /&gt;</w:t>
        <w:br/>
        <w:t>Припалю, мов рабинь, чи зітну&lt;br /&gt;</w:t>
        <w:br/>
        <w:t>Голову геть з плечей!&lt;br /&gt;</w:t>
        <w:br/>
        <w:t>Гей же, гей! На судно! Чи поглухли, кляті?</w:t>
      </w:r>
    </w:p>
    <w:p>
      <w:r>
        <w:br/>
        <w:t>Х О Р</w:t>
      </w:r>
    </w:p>
    <w:p>
      <w:r>
        <w:br/>
        <w:t>С т р о ф а І</w:t>
      </w:r>
    </w:p>
    <w:p>
      <w:r>
        <w:br/>
        <w:t>Чом не накрила в путі&lt;br /&gt;</w:t>
        <w:br/>
        <w:t>Хвиля пінна тебе&lt;br /&gt;</w:t>
        <w:br/>
        <w:t>Й тих, що в пристрасті темній&lt;br /&gt;</w:t>
        <w:br/>
        <w:t>На міцнозбите судно ступили.</w:t>
      </w:r>
    </w:p>
    <w:p>
      <w:r>
        <w:br/>
        <w:t>В І С Н И К</w:t>
      </w:r>
    </w:p>
    <w:p>
      <w:r>
        <w:br/>
        <w:t>850 Хай окривавлену — все ж тебе&lt;br /&gt;</w:t>
        <w:br/>
        <w:t>Я затягну на судно.&lt;br /&gt;</w:t>
        <w:br/>
        <w:t>Ану, рушай! Не поможе&lt;br /&gt;</w:t>
        <w:br/>
        <w:t>До вівтаря припадати. Ану, ану!&lt;br /&gt;</w:t>
        <w:br/>
        <w:t>Краще своїх пригадай богів&lt;br /&gt;</w:t>
        <w:br/>
        <w:t>Кинутих, зраджених. Ну, рушай!</w:t>
      </w:r>
    </w:p>
    <w:p>
      <w:r>
        <w:br/>
        <w:t>Х О Р</w:t>
      </w:r>
    </w:p>
    <w:p>
      <w:r>
        <w:br/>
        <w:t>А н т и с т р о ф а І</w:t>
      </w:r>
    </w:p>
    <w:p>
      <w:r>
        <w:br/>
        <w:t>Хай не побачу вовік&lt;br /&gt;</w:t>
        <w:br/>
        <w:t>Вод, що годують поля,&lt;br /&gt;</w:t>
        <w:br/>
        <w:t>Вод, що в тілі людини&lt;br /&gt;</w:t>
        <w:br/>
        <w:t>Піняться, кров'ю живою ставши.</w:t>
      </w:r>
    </w:p>
    <w:p>
      <w:r>
        <w:br/>
        <w:t>В І С Н И К</w:t>
      </w:r>
    </w:p>
    <w:p>
      <w:r>
        <w:br/>
        <w:t>....................&lt;br /&gt;</w:t>
        <w:br/>
        <w:t>860 Гей, на судно, на судно!&lt;br /&gt;</w:t>
        <w:br/>
        <w:t>Йди-но мерщій,&lt;br /&gt;</w:t>
        <w:br/>
        <w:t>Хочеш того чи не хочеш,&lt;br /&gt;</w:t>
        <w:br/>
        <w:t>Поки тебе стусанами&lt;br /&gt;</w:t>
        <w:br/>
        <w:t>Не спонукав я до послуху!</w:t>
      </w:r>
    </w:p>
    <w:p>
      <w:r>
        <w:br/>
        <w:t>Х О Р</w:t>
      </w:r>
    </w:p>
    <w:p>
      <w:r>
        <w:br/>
        <w:t>С т р о ф а ІІ</w:t>
      </w:r>
    </w:p>
    <w:p>
      <w:r>
        <w:br/>
        <w:t>Гай-гай! Гай-гай!&lt;br /&gt;</w:t>
        <w:br/>
        <w:t>Краще б ти жахливою смертю,&lt;br /&gt;</w:t>
        <w:br/>
        <w:t>Згинув у хлані священній,&lt;br /&gt;</w:t>
        <w:br/>
        <w:t>Буйними гнаний вітрами&lt;br /&gt;</w:t>
        <w:br/>
        <w:t>Ген, де на мисі піщаному&lt;br /&gt;</w:t>
        <w:br/>
        <w:t>870 Сарпедон спочиває.</w:t>
      </w:r>
    </w:p>
    <w:p>
      <w:r>
        <w:br/>
        <w:t>В І С Н И К</w:t>
      </w:r>
    </w:p>
    <w:p>
      <w:r>
        <w:br/>
        <w:t>Ридай, викрикуй, клич богів — усе дарма:&lt;br /&gt;</w:t>
        <w:br/>
        <w:t>Таки поїдеш на судні єгипетськім,&lt;br /&gt;</w:t>
        <w:br/>
        <w:t>Хоч би який тут лемент не зчиняла ти!</w:t>
      </w:r>
    </w:p>
    <w:p>
      <w:r>
        <w:br/>
        <w:t>Х О Р</w:t>
      </w:r>
    </w:p>
    <w:p>
      <w:r>
        <w:br/>
        <w:t>А н т и с т р о ф а ІІ</w:t>
      </w:r>
    </w:p>
    <w:p>
      <w:r>
        <w:br/>
        <w:t>Ой-ой! Ой-ой!&lt;br /&gt;</w:t>
        <w:br/>
        <w:t>Скільки жовчі в словах твоїх!&lt;br /&gt;</w:t>
        <w:br/>
        <w:t>Скільки пихи!.. Та стривай-но:&lt;br /&gt;</w:t>
        <w:br/>
        <w:t>Ніл перестріне великий&lt;br /&gt;</w:t>
        <w:br/>
        <w:t>Руку зухвальця — тоді вже ти&lt;br /&gt;</w:t>
        <w:br/>
        <w:t>За насильство заплатиш.</w:t>
      </w:r>
    </w:p>
    <w:p>
      <w:r>
        <w:br/>
        <w:t>В І С Н И К</w:t>
      </w:r>
    </w:p>
    <w:p>
      <w:r>
        <w:br/>
        <w:t>880 Велю тобі негайно на судно ступить&lt;br /&gt;</w:t>
        <w:br/>
        <w:t>Опуклобоке. Чула? Не барись мені!&lt;br /&gt;</w:t>
        <w:br/>
        <w:t>Тягтиму — то волосся не щадитиму!</w:t>
      </w:r>
    </w:p>
    <w:p>
      <w:r>
        <w:br/>
        <w:t>Х О Р</w:t>
      </w:r>
    </w:p>
    <w:p>
      <w:r>
        <w:br/>
        <w:t>С т р о ф а ІІІ</w:t>
      </w:r>
    </w:p>
    <w:p>
      <w:r>
        <w:br/>
        <w:t>Ой-ой! Батеньку!&lt;br /&gt;</w:t>
        <w:br/>
        <w:t>То де ж той захист богів?&lt;br /&gt;</w:t>
        <w:br/>
        <w:t>Он силоміць&lt;br /&gt;</w:t>
        <w:br/>
        <w:t>Тягне павук мене —&lt;br /&gt;</w:t>
        <w:br/>
        <w:t>Чорне страховище.&lt;br /&gt;</w:t>
        <w:br/>
        <w:t>Ой-ой-ой-ой!&lt;br /&gt;</w:t>
        <w:br/>
        <w:t>О Земле! Земле моя!&lt;br /&gt;</w:t>
        <w:br/>
        <w:t>890 Цей крик, цей страх одверни!&lt;br /&gt;</w:t>
        <w:br/>
        <w:t>О Зевсе, сину Землі!</w:t>
      </w:r>
    </w:p>
    <w:p>
      <w:r>
        <w:br/>
        <w:t>В І С Н И К</w:t>
      </w:r>
    </w:p>
    <w:p>
      <w:r>
        <w:br/>
        <w:t>Богів тутешніх не боюсь: хіба ж вони&lt;br /&gt;</w:t>
        <w:br/>
        <w:t>Мене ростили, довели до зрілості?</w:t>
      </w:r>
    </w:p>
    <w:p>
      <w:r>
        <w:br/>
        <w:t>Х О Р</w:t>
      </w:r>
    </w:p>
    <w:p>
      <w:r>
        <w:br/>
        <w:t>А н т и с т р о ф а ІІІ</w:t>
      </w:r>
    </w:p>
    <w:p>
      <w:r>
        <w:br/>
        <w:t>Змія!.. Ось вона,&lt;br /&gt;</w:t>
        <w:br/>
        <w:t>Двонога, люта змія&lt;br /&gt;</w:t>
        <w:br/>
        <w:t>В ногу мене&lt;br /&gt;</w:t>
        <w:br/>
        <w:t>Жалить. Єхидною&lt;br /&gt;</w:t>
        <w:br/>
        <w:t>Так і вп'ялась вона.&lt;br /&gt;</w:t>
        <w:br/>
        <w:t>Ой-ой-ой-ой!&lt;br /&gt;</w:t>
        <w:br/>
        <w:t>900 О Земле, Земле моя!&lt;br /&gt;</w:t>
        <w:br/>
        <w:t>Цей крик, цей страх одверни!&lt;br /&gt;</w:t>
        <w:br/>
        <w:t>О Зевсе, сину Землі!</w:t>
      </w:r>
    </w:p>
    <w:p>
      <w:r>
        <w:br/>
        <w:t>В І С Н И К</w:t>
      </w:r>
    </w:p>
    <w:p>
      <w:r>
        <w:br/>
        <w:t>Якщо не зволиш тут же на судно зійти —&lt;br /&gt;</w:t>
        <w:br/>
        <w:t>На шмаття тонкотканий твій хітон порву.</w:t>
      </w:r>
    </w:p>
    <w:p>
      <w:r>
        <w:br/>
        <w:t>Х О Р</w:t>
      </w:r>
    </w:p>
    <w:p>
      <w:r>
        <w:br/>
        <w:t>Рятуй, о володарю! Приборкай насильника!</w:t>
      </w:r>
    </w:p>
    <w:p>
      <w:r>
        <w:br/>
        <w:t>В І С Н И К</w:t>
      </w:r>
    </w:p>
    <w:p>
      <w:r>
        <w:br/>
        <w:t>Не одного лиш — багатьох володарів,&lt;br /&gt;</w:t>
        <w:br/>
        <w:t>Синів Єгипта, скоро привітаєш ти.</w:t>
      </w:r>
    </w:p>
    <w:p>
      <w:r>
        <w:br/>
        <w:t>Х О Р</w:t>
      </w:r>
    </w:p>
    <w:p>
      <w:r>
        <w:br/>
        <w:t>Ви чули, старійшини? Мене тут на глум беруть!</w:t>
      </w:r>
    </w:p>
    <w:p>
      <w:r>
        <w:br/>
        <w:t>В І С Н И К</w:t>
      </w:r>
    </w:p>
    <w:p>
      <w:r>
        <w:br/>
        <w:t>За коси доведеться волокти всіх вас,&lt;br /&gt;</w:t>
        <w:br/>
        <w:t>910 Якщо глухі ви й досі до велінь моїх.</w:t>
      </w:r>
    </w:p>
    <w:p>
      <w:r>
        <w:br/>
        <w:t>Входить в о л о д а р Аргосу в супроводі воїнів.</w:t>
      </w:r>
    </w:p>
    <w:p>
      <w:r>
        <w:br/>
        <w:t>В О Л О Д А Р</w:t>
      </w:r>
    </w:p>
    <w:p>
      <w:r>
        <w:br/>
        <w:t>Гей, ти! Що робиш? Як тобі на ум збрело —&lt;br /&gt;</w:t>
        <w:br/>
        <w:t>Пеласгів землю так ото знеславлювать?&lt;br /&gt;</w:t>
        <w:br/>
        <w:t>Гадаєш, не мужі тут, а жінки живуть?&lt;br /&gt;</w:t>
        <w:br/>
        <w:t>Над еллінами, варвар, насміхаєшся?&lt;br /&gt;</w:t>
        <w:br/>
        <w:t>Знать, розуму позбувся чи й не мав його.</w:t>
      </w:r>
    </w:p>
    <w:p>
      <w:r>
        <w:br/>
        <w:t>В І С Н И К</w:t>
      </w:r>
    </w:p>
    <w:p>
      <w:r>
        <w:br/>
        <w:t>А в чому ж то я, власне, проти права йду?</w:t>
      </w:r>
    </w:p>
    <w:p>
      <w:r>
        <w:br/>
        <w:t>В О Л О Д А Р</w:t>
      </w:r>
    </w:p>
    <w:p>
      <w:r>
        <w:br/>
        <w:t>Забув ти, як чужинцю слід поводитись.</w:t>
      </w:r>
    </w:p>
    <w:p>
      <w:r>
        <w:br/>
        <w:t>В І С Н И К</w:t>
      </w:r>
    </w:p>
    <w:p>
      <w:r>
        <w:br/>
        <w:t>А як? Що загубив я, — те й вернув собі.</w:t>
      </w:r>
    </w:p>
    <w:p>
      <w:r>
        <w:br/>
        <w:t>В О Л О Д А Р</w:t>
      </w:r>
    </w:p>
    <w:p>
      <w:r>
        <w:br/>
        <w:t>А хто за тебе, гостя, тут поручиться?</w:t>
      </w:r>
    </w:p>
    <w:p>
      <w:r>
        <w:br/>
        <w:t>В І С Н И К</w:t>
      </w:r>
    </w:p>
    <w:p>
      <w:r>
        <w:br/>
        <w:t>920 Гермес — найбільший шукачеві приятель.</w:t>
      </w:r>
    </w:p>
    <w:p>
      <w:r>
        <w:br/>
        <w:t>В О Л О Д А Р</w:t>
      </w:r>
    </w:p>
    <w:p>
      <w:r>
        <w:br/>
        <w:t>Безбожник — а на бога покликаєшся.</w:t>
      </w:r>
    </w:p>
    <w:p>
      <w:r>
        <w:br/>
        <w:t>В І С Н И К</w:t>
      </w:r>
    </w:p>
    <w:p>
      <w:r>
        <w:br/>
        <w:t>Богів, котрі з-над Нілу, шанувать я звик.</w:t>
      </w:r>
    </w:p>
    <w:p>
      <w:r>
        <w:br/>
        <w:t>В О Л О Д А Р</w:t>
      </w:r>
    </w:p>
    <w:p>
      <w:r>
        <w:br/>
        <w:t>Місцевих, видно, й за богів не маєш ти?</w:t>
      </w:r>
    </w:p>
    <w:p>
      <w:r>
        <w:br/>
        <w:t>В І С Н И К</w:t>
      </w:r>
    </w:p>
    <w:p>
      <w:r>
        <w:br/>
        <w:t>Жінок — беру, хіба віднімеш силою.</w:t>
      </w:r>
    </w:p>
    <w:p>
      <w:r>
        <w:br/>
        <w:t>В О Л О Д А Р</w:t>
      </w:r>
    </w:p>
    <w:p>
      <w:r>
        <w:br/>
        <w:t>Торкни лиш — сам заплачеш, не отямившись.</w:t>
      </w:r>
    </w:p>
    <w:p>
      <w:r>
        <w:br/>
        <w:t>В І С Н И К</w:t>
      </w:r>
    </w:p>
    <w:p>
      <w:r>
        <w:br/>
        <w:t>Твої слова далекі від гостинності.</w:t>
      </w:r>
    </w:p>
    <w:p>
      <w:r>
        <w:br/>
        <w:t>В О Л О Д А Р</w:t>
      </w:r>
    </w:p>
    <w:p>
      <w:r>
        <w:br/>
        <w:t>До гостя-святокрадця — як по-іншому?</w:t>
      </w:r>
    </w:p>
    <w:p>
      <w:r>
        <w:br/>
        <w:t>В І С Н И К</w:t>
      </w:r>
    </w:p>
    <w:p>
      <w:r>
        <w:br/>
        <w:t>Піду. Й синам Єгипта сповіщу про все.</w:t>
      </w:r>
    </w:p>
    <w:p>
      <w:r>
        <w:br/>
        <w:t>В О Л О Д А Р</w:t>
      </w:r>
    </w:p>
    <w:p>
      <w:r>
        <w:br/>
        <w:t>Твоя турбота. А мені — це байдуже.</w:t>
      </w:r>
    </w:p>
    <w:p>
      <w:r>
        <w:br/>
        <w:t>В І С Н И К</w:t>
      </w:r>
    </w:p>
    <w:p>
      <w:r>
        <w:br/>
        <w:t>930 Але щоб я докладно все міг викласти,&lt;br /&gt;</w:t>
        <w:br/>
        <w:t>Як віснику належить, — що сказать мені,&lt;br /&gt;</w:t>
        <w:br/>
        <w:t>Коли спитають, де жінки й чому без них&lt;br /&gt;</w:t>
        <w:br/>
        <w:t>Приходжу, хто відбив у мене родичок?&lt;br /&gt;</w:t>
        <w:br/>
        <w:t>А втім, Арес не свідчень вимагатиме&lt;br /&gt;</w:t>
        <w:br/>
        <w:t>В подібній справі. Не сріблом, не золотом&lt;br /&gt;</w:t>
        <w:br/>
        <w:t>Рішиться спір цей: воїн не один впаде&lt;br /&gt;</w:t>
        <w:br/>
        <w:t>Душа із тілом не одна розлучиться.</w:t>
      </w:r>
    </w:p>
    <w:p>
      <w:r>
        <w:br/>
        <w:t>В О Л О Д А Р</w:t>
      </w:r>
    </w:p>
    <w:p>
      <w:r>
        <w:br/>
        <w:t>Ім'я тебе цікавить? Що ж, дізнаєтесь&lt;br /&gt;</w:t>
        <w:br/>
        <w:t>Про нього з часом — ти й твої супутники.&lt;br /&gt;</w:t>
        <w:br/>
        <w:t>940 Щодо втікачок — лиш переконавши їх,&lt;br /&gt;</w:t>
        <w:br/>
        <w:t>Забрати можеш, та ніколи — силою.&lt;br /&gt;</w:t>
        <w:br/>
        <w:t>Весь люд зійшовсь на цьому: не дозволити&lt;br /&gt;</w:t>
        <w:br/>
        <w:t>Тут жодного насильства. Цього рішення&lt;br /&gt;</w:t>
        <w:br/>
        <w:t>Не похитнуть, як цвяха міцно вбитого.&lt;br /&gt;</w:t>
        <w:br/>
        <w:t>Воно ж ані в табличку не вкарбоване,&lt;br /&gt;</w:t>
        <w:br/>
        <w:t>Ні на виткім не писане папірусі, —&lt;br /&gt;</w:t>
        <w:br/>
        <w:t>Ти вільне й недвозначне слово з уст моїх&lt;br /&gt;</w:t>
        <w:br/>
        <w:t>Почув. А зараз — геть з очей, негіднику!</w:t>
      </w:r>
    </w:p>
    <w:p>
      <w:r>
        <w:br/>
        <w:t>В І С Н И К</w:t>
      </w:r>
    </w:p>
    <w:p>
      <w:r>
        <w:br/>
        <w:t>Скажу відверто: ти почав війну нову.&lt;br /&gt;</w:t>
        <w:br/>
        <w:t>950 Мужам — і влада, й перемога суджена.</w:t>
      </w:r>
    </w:p>
    <w:p>
      <w:r>
        <w:br/>
        <w:t>В О Л О Д А Р</w:t>
      </w:r>
    </w:p>
    <w:p>
      <w:r>
        <w:br/>
        <w:t>Зустрінете чимало й тут мужів стійких,&lt;br /&gt;</w:t>
        <w:br/>
        <w:t>Котрі питвом ячмінним не розслаблені.</w:t>
      </w:r>
    </w:p>
    <w:p>
      <w:r>
        <w:br/>
        <w:t>(Вісник відходить. Володар звертається до хору).</w:t>
      </w:r>
    </w:p>
    <w:p>
      <w:r>
        <w:br/>
        <w:t>А ви, набравшись духу, всі гуртом ідіть&lt;br /&gt;</w:t>
        <w:br/>
        <w:t>У колі супровідниць до осель міських —&lt;br /&gt;</w:t>
        <w:br/>
        <w:t>Вас охоронять мури й вежі Аргосу.&lt;br /&gt;</w:t>
        <w:br/>
        <w:t>Домів громадських тут багато знайдете;&lt;br /&gt;</w:t>
        <w:br/>
        <w:t>Бо й сам я не скупився, їх будуючи.&lt;br /&gt;</w:t>
        <w:br/>
        <w:t>Якщо ви згодні жити вкупі з іншими, —&lt;br /&gt;</w:t>
        <w:br/>
        <w:t>В нас гарні є домівки. Хто ж окремого&lt;br /&gt;</w:t>
        <w:br/>
        <w:t>960 Житла бажає, — хай в окремім селиться.&lt;br /&gt;</w:t>
        <w:br/>
        <w:t>Що припаде до серця, що приглянеться, —&lt;br /&gt;</w:t>
        <w:br/>
        <w:t>Те й вибирайте. Я ж і мого краю люд —&lt;br /&gt;</w:t>
        <w:br/>
        <w:t>Зарука ваша. Це — рішучий голос наш&lt;br /&gt;</w:t>
        <w:br/>
        <w:t>І суд. Якого ще ждете запевнення?</w:t>
      </w:r>
    </w:p>
    <w:p>
      <w:r>
        <w:br/>
        <w:t>П Р О В І Д Н И Ц Я Х О Р У</w:t>
      </w:r>
    </w:p>
    <w:p>
      <w:r>
        <w:br/>
        <w:t>За добро тобі, славо пеласгів, добром&lt;br /&gt;</w:t>
        <w:br/>
        <w:t>Хай віддячать боги!&lt;br /&gt;</w:t>
        <w:br/>
        <w:t>Лиш Даная хороброго, батька, до нас&lt;br /&gt;</w:t>
        <w:br/>
        <w:t>Ти покликати зволь —&lt;br /&gt;</w:t>
        <w:br/>
        <w:t>Він же мудрий порадник наш, він і вожак,&lt;br /&gt;</w:t>
        <w:br/>
        <w:t>970 Тож насамперед хочем од нього почуть,&lt;br /&gt;</w:t>
        <w:br/>
        <w:t>Де б годилось нам жити, бо зайшлих людей&lt;br /&gt;</w:t>
        <w:br/>
        <w:t>Оббрехати, знеславити може будь-хто.&lt;br /&gt;</w:t>
        <w:br/>
        <w:t>Сподіваймось, одначе, на краще!</w:t>
      </w:r>
    </w:p>
    <w:p>
      <w:r>
        <w:br/>
        <w:t>(Володар відходить).</w:t>
      </w:r>
    </w:p>
    <w:p>
      <w:r>
        <w:br/>
        <w:t>Із хвалою, погідно, співучим гуртом&lt;br /&gt;</w:t>
        <w:br/>
        <w:t>У прославлене місто ввійдімо!&lt;br /&gt;</w:t>
        <w:br/>
        <w:t>Ви, прислужниці-подруги, станьте всі так,&lt;br /&gt;</w:t>
        <w:br/>
        <w:t>Як Данай згідно з жеребом кожній велів&lt;br /&gt;</w:t>
        <w:br/>
        <w:t>Нам за придане бути в дорозі.</w:t>
      </w:r>
    </w:p>
    <w:p>
      <w:r>
        <w:br/>
        <w:t>В супроводі воїнів входить Д а н а й.</w:t>
      </w:r>
    </w:p>
    <w:p>
      <w:r>
        <w:br/>
        <w:t>Д А Н А Й</w:t>
      </w:r>
    </w:p>
    <w:p>
      <w:r>
        <w:br/>
        <w:t>Аргосцям, доні, ви молитись маєте,&lt;br /&gt;</w:t>
        <w:br/>
        <w:t>980 Як олімпійцям, і складати жертви їм,&lt;br /&gt;</w:t>
        <w:br/>
        <w:t>За нас-бо заступились, не вагаючись.&lt;br /&gt;</w:t>
        <w:br/>
        <w:t>Мене прихильно вислухали, родича,&lt;br /&gt;</w:t>
        <w:br/>
        <w:t>Що оповів їм про братів-негідників.&lt;br /&gt;</w:t>
        <w:br/>
        <w:t>Дали мені ще й збройних охоронників,&lt;br /&gt;</w:t>
        <w:br/>
        <w:t>Мій вік пошанувавши, сивину мою,&lt;br /&gt;</w:t>
        <w:br/>
        <w:t>І щоб ударом списа хтось не вклав мене&lt;br /&gt;</w:t>
        <w:br/>
        <w:t>Зненацька, назавжди цей край знеславивши.&lt;br /&gt;</w:t>
        <w:br/>
        <w:t>За доброту — їм вдячність виявляйте ви&lt;br /&gt;</w:t>
        <w:br/>
        <w:t>Найвищу, й тільки нею тут керуйтеся.&lt;br /&gt;</w:t>
        <w:br/>
        <w:t>990 Як щиросердну настанову батьківську&lt;br /&gt;</w:t>
        <w:br/>
        <w:t>Впишіть і цю ще до раніше вписаних.&lt;br /&gt;</w:t>
        <w:br/>
        <w:t>Новій же дружбі тільки час ціну складе.&lt;br /&gt;</w:t>
        <w:br/>
        <w:t>А йдеться про чужинця — тут усяк готов&lt;br /&gt;</w:t>
        <w:br/>
        <w:t>Злословити, бо наклеп — річ покваплива.&lt;br /&gt;</w:t>
        <w:br/>
        <w:t>Не осоромте ж батька: не один-бо муж&lt;br /&gt;</w:t>
        <w:br/>
        <w:t>На вашу юність ласо поглядатиме.&lt;br /&gt;</w:t>
        <w:br/>
        <w:t>У небезпеці — й плід, що соком повниться:&lt;br /&gt;</w:t>
        <w:br/>
        <w:t>Солодке й смертних вабить, і тварин усіх —&lt;br /&gt;</w:t>
        <w:br/>
        <w:t>Чотириногих і крильми оснащених.&lt;br /&gt;</w:t>
        <w:br/>
        <w:t>1000 А втім, сама Кіпріда нам підказує,&lt;br /&gt;</w:t>
        <w:br/>
        <w:t>Що на порі вже — і рвемо любові цвіт.&lt;br /&gt;</w:t>
        <w:br/>
        <w:t>Тому-то ніжна врода перехожому&lt;br /&gt;</w:t>
        <w:br/>
        <w:t>Схвилює серце, от і прикипить до вас,&lt;br /&gt;</w:t>
        <w:br/>
        <w:t>Піддавшись вабі, поглядом пожадливим.&lt;br /&gt;</w:t>
        <w:br/>
        <w:t>Та не зазнаймо знов того, від чого ми&lt;br /&gt;</w:t>
        <w:br/>
        <w:t>Тікали, стільки горя й моря змірявши!&lt;br /&gt;</w:t>
        <w:br/>
        <w:t>Хай ворог не радіє, ми — не плачемо,&lt;br /&gt;</w:t>
        <w:br/>
        <w:t>Спіткнувшись. Дві ж оселі дожидають нас:&lt;br /&gt;</w:t>
        <w:br/>
        <w:t>Одну Пеласг дає нам, другу — люд його,&lt;br /&gt;</w:t>
        <w:br/>
        <w:t>1010 До того ж — безвідплатно. Щастя рідкісне!&lt;br /&gt;</w:t>
        <w:br/>
        <w:t>Лиш пам'ятайте засторогу батьківську:&lt;br /&gt;</w:t>
        <w:br/>
        <w:t>Цнотливість бережіть ви над життя своє.</w:t>
      </w:r>
    </w:p>
    <w:p>
      <w:r>
        <w:br/>
        <w:t>П Р О В І Д Н И Ц Я Х О Р У</w:t>
      </w:r>
    </w:p>
    <w:p>
      <w:r>
        <w:br/>
        <w:t>Боги всім іншим, батьку, хай піклуються,&lt;br /&gt;</w:t>
        <w:br/>
        <w:t>А щодо мого цвіту — ти спокійний будь!&lt;br /&gt;</w:t>
        <w:br/>
        <w:t>Допоки доля не снує стежок нових, —&lt;br /&gt;</w:t>
        <w:br/>
        <w:t>Не сумнівайся: я стару топтатиму.</w:t>
      </w:r>
    </w:p>
    <w:p>
      <w:r>
        <w:br/>
        <w:t>ЕКСОД</w:t>
      </w:r>
    </w:p>
    <w:p>
      <w:r>
        <w:br/>
        <w:t>Данаїди у супроводі прислужниць ідуть до міста.</w:t>
      </w:r>
    </w:p>
    <w:p>
      <w:r>
        <w:br/>
        <w:t>Х О Р</w:t>
      </w:r>
    </w:p>
    <w:p>
      <w:r>
        <w:br/>
        <w:t>С т р о ф а І</w:t>
      </w:r>
    </w:p>
    <w:p>
      <w:r>
        <w:br/>
        <w:t>Час рушать нам. Вихваляйте ж&lt;br /&gt;</w:t>
        <w:br/>
        <w:t>Тих, що в ласці край цей мають, —&lt;br /&gt;</w:t>
        <w:br/>
        <w:t>Усевишніх, — що прадавнє&lt;br /&gt;</w:t>
        <w:br/>
        <w:t>1020 Побережжя Ерісінське,&lt;br /&gt;</w:t>
        <w:br/>
        <w:t>Всеблаженні, заселили!&lt;br /&gt;</w:t>
        <w:br/>
        <w:t>Одгукніться й ви, служниці, —&lt;br /&gt;</w:t>
        <w:br/>
        <w:t>Возвеличмо край пеласгів!&lt;br /&gt;</w:t>
        <w:br/>
        <w:t>Спів гучний наш — не для Нілу:&lt;br /&gt;</w:t>
        <w:br/>
        <w:t>Неосяжне, тихоплинне&lt;br /&gt;</w:t>
        <w:br/>
        <w:t>Гирло славить більш не будем!</w:t>
      </w:r>
    </w:p>
    <w:p>
      <w:r>
        <w:br/>
        <w:t>А н т и с т р о ф а І</w:t>
      </w:r>
    </w:p>
    <w:p>
      <w:r>
        <w:br/>
        <w:t>Їм уклін наш — цим потокам,&lt;br /&gt;</w:t>
        <w:br/>
        <w:t>Що пливуть тут, живодайні,&lt;br /&gt;</w:t>
        <w:br/>
        <w:t>Й поять ниви цього краю,&lt;br /&gt;</w:t>
        <w:br/>
        <w:t>1030 Розбігаються струмками,&lt;br /&gt;</w:t>
        <w:br/>
        <w:t>Блискотливі, щоб і луг весь&lt;br /&gt;</w:t>
        <w:br/>
        <w:t>Перейнявся медоцвітом.&lt;br /&gt;</w:t>
        <w:br/>
        <w:t>Артемідо, згляньсь над нами,&lt;br /&gt;</w:t>
        <w:br/>
        <w:t>О пречиста! Хай Кіпріда&lt;br /&gt;</w:t>
        <w:br/>
        <w:t>Не впровадить під ярмо нас!&lt;br /&gt;</w:t>
        <w:br/>
        <w:t>Ворогів хай це спіткає!</w:t>
      </w:r>
    </w:p>
    <w:p>
      <w:r>
        <w:br/>
        <w:t>Х О Р П Р И С Л У Ж Н И Ц Ь</w:t>
      </w:r>
    </w:p>
    <w:p>
      <w:r>
        <w:br/>
        <w:t>С т р о ф а ІІ</w:t>
      </w:r>
    </w:p>
    <w:p>
      <w:r>
        <w:br/>
        <w:t>В пісні щирій як Кіпріди не згадать нам?&lt;br /&gt;</w:t>
        <w:br/>
        <w:t>Її влада — побіч Зевса, як і в Гери.&lt;br /&gt;</w:t>
        <w:br/>
        <w:t>Їй пошана, хитромудрій,&lt;br /&gt;</w:t>
        <w:br/>
        <w:t>1040 За діла всі пречудовні!&lt;br /&gt;</w:t>
        <w:br/>
        <w:t>Завжди вслід їй, невідступні, йдуть, мов діти:&lt;br /&gt;</w:t>
        <w:br/>
        <w:t>Владна Пристрасть і Намова,&lt;br /&gt;</w:t>
        <w:br/>
        <w:t>Що поразки ще не знала;&lt;br /&gt;</w:t>
        <w:br/>
        <w:t>І Гармонія — постійно там, де матір,&lt;br /&gt;</w:t>
        <w:br/>
        <w:t>Де й Ероти щебетливі.</w:t>
      </w:r>
    </w:p>
    <w:p>
      <w:r>
        <w:br/>
        <w:t>А н т и с т р о ф а ІІ</w:t>
      </w:r>
    </w:p>
    <w:p>
      <w:r>
        <w:br/>
        <w:t>Жах бере нас перед вітром супротивним,&lt;br /&gt;</w:t>
        <w:br/>
        <w:t>Боїмось ми гуку битви, ран і крові.&lt;br /&gt;</w:t>
        <w:br/>
        <w:t>Гей, чому ж то вітер буйний&lt;br /&gt;</w:t>
        <w:br/>
        <w:t>Вслід за нами гнав погоню?&lt;br /&gt;</w:t>
        <w:br/>
        <w:t>1050 Що судилось, — те, одначе, статись мусить.&lt;br /&gt;</w:t>
        <w:br/>
        <w:t>Поза Зевса мисль високу&lt;br /&gt;</w:t>
        <w:br/>
        <w:t>Не сягти нам, не прозріти.&lt;br /&gt;</w:t>
        <w:br/>
        <w:t>Скільки ж доль тих, доль дівочих споконвіку&lt;br /&gt;</w:t>
        <w:br/>
        <w:t>Шлюб, зламавши, під ярмо брав!</w:t>
      </w:r>
    </w:p>
    <w:p>
      <w:r>
        <w:br/>
        <w:t>Х О Р Д А Н А Ї Д</w:t>
      </w:r>
    </w:p>
    <w:p>
      <w:r>
        <w:br/>
        <w:t>Хай же Зевс обереже нас&lt;br /&gt;</w:t>
        <w:br/>
        <w:t>Од руки синів Єгипта!</w:t>
      </w:r>
    </w:p>
    <w:p>
      <w:r>
        <w:br/>
        <w:t>Х О Р С Л У Ж Н И Ц Ь</w:t>
      </w:r>
    </w:p>
    <w:p>
      <w:r>
        <w:br/>
        <w:t>Це найвище було б щастя!</w:t>
      </w:r>
    </w:p>
    <w:p>
      <w:r>
        <w:br/>
        <w:t>Х О Р Д А Н А Ї Д</w:t>
      </w:r>
    </w:p>
    <w:p>
      <w:r>
        <w:br/>
        <w:t>Що судилось, — невідхильне.</w:t>
      </w:r>
    </w:p>
    <w:p>
      <w:r>
        <w:br/>
        <w:t>Х О Р С Л У Ж Н И Ц Ь</w:t>
      </w:r>
    </w:p>
    <w:p>
      <w:r>
        <w:br/>
        <w:t>Майбуття ж ти не вгадаєш.</w:t>
      </w:r>
    </w:p>
    <w:p>
      <w:r>
        <w:br/>
        <w:t>Х О Р Д А Н А Ї Д</w:t>
      </w:r>
    </w:p>
    <w:p>
      <w:r>
        <w:br/>
        <w:t>1060 Як же зором охопила б&lt;br /&gt;</w:t>
        <w:br/>
        <w:t>Задум Зевса — млу бездонну?</w:t>
      </w:r>
    </w:p>
    <w:p>
      <w:r>
        <w:br/>
        <w:t>Х О Р С Л У Ж Н И Ц Ь</w:t>
      </w:r>
    </w:p>
    <w:p>
      <w:r>
        <w:br/>
        <w:t>Будь помірна і в благаннях.</w:t>
      </w:r>
    </w:p>
    <w:p>
      <w:r>
        <w:br/>
        <w:t>Х О Р Д А Н А Ї Д</w:t>
      </w:r>
    </w:p>
    <w:p>
      <w:r>
        <w:br/>
        <w:t>Про яку ж тут мовиш міру?</w:t>
      </w:r>
    </w:p>
    <w:p>
      <w:r>
        <w:br/>
        <w:t>Х О Р С Л У Ж Н И Ц Ь</w:t>
      </w:r>
    </w:p>
    <w:p>
      <w:r>
        <w:br/>
        <w:t>Вдовольняйсь тим, що боги шлють.</w:t>
      </w:r>
    </w:p>
    <w:p>
      <w:r>
        <w:br/>
        <w:t>Х О Р Д А Н А Ї Д І С Л У Ж Н И Ц Ь</w:t>
      </w:r>
    </w:p>
    <w:p>
      <w:r>
        <w:br/>
        <w:t>С т р о ф а ІІІ</w:t>
      </w:r>
    </w:p>
    <w:p>
      <w:r>
        <w:br/>
        <w:t>Зевсе владний, відверни&lt;br /&gt;</w:t>
        <w:br/>
        <w:t>Шлюб ненависний од нас!&lt;br /&gt;</w:t>
        <w:br/>
        <w:t>Біль Іо-вигнанки&lt;br /&gt;</w:t>
        <w:br/>
        <w:t>Ти цілющим дотиком&lt;br /&gt;</w:t>
        <w:br/>
        <w:t>Одігнав, пригасив,&lt;br /&gt;</w:t>
        <w:br/>
        <w:t>1070 Одчуть їй дав&lt;br /&gt;</w:t>
        <w:br/>
        <w:t>Благодатну міць свою.</w:t>
      </w:r>
    </w:p>
    <w:p>
      <w:r>
        <w:br/>
        <w:t>А н т и с т р о ф а ІІІ</w:t>
      </w:r>
    </w:p>
    <w:p>
      <w:r>
        <w:br/>
        <w:t>Дай і нам узяти верх:&lt;br /&gt;</w:t>
        <w:br/>
        <w:t>Горя — крихту лиш одмір,&lt;br /&gt;</w:t>
        <w:br/>
        <w:t>Щастя — скромну частку.&lt;br /&gt;</w:t>
        <w:br/>
        <w:t>Й ще одне благання: хай&lt;br /&gt;</w:t>
        <w:br/>
        <w:t>Правда йде Правді вслід,&lt;br /&gt;</w:t>
        <w:br/>
        <w:t>По стежці тій,&lt;br /&gt;</w:t>
        <w:br/>
        <w:t>Що вказало божество.</w:t>
      </w:r>
    </w:p>
    <w:p>
      <w:r>
        <w:br/>
        <w:t>1. Зевс — батько всіх олімпійських богів, син Кроноса і Реї.&lt;br /&gt;</w:t>
        <w:br/>
        <w:t>2. Ніл — велика ріка країни Єгипту.&lt;br /&gt;</w:t>
        <w:br/>
        <w:t>10. Єгипет — син єгипетського царя Бела. Епонім країни Єгипту.&lt;br /&gt;</w:t>
        <w:br/>
        <w:t>11. Данай — син Бела, брат Єгипта.&lt;br /&gt;</w:t>
        <w:br/>
        <w:t>15. Аргос — столичне місто Арголіди в Пелопоннесі.&lt;br /&gt;</w:t>
        <w:br/>
        <w:t>15-16. ...Почався наш рід од корови... — Під коровою треба розуміти Іо — дочку царя Аргосу, коханку Зевса. Ревнива дружина Зевса — Гера обернула Іо в корову й наказала багатоокому велетню Аргосу стерегти її. Коли Гермес убив Аргоса, Гера наслала на Іо жахливого ґедзя, який всюди переслідував її.&lt;br /&gt;</w:t>
        <w:br/>
        <w:t>21-22. Оливні гілки, Що їх вовною ми обмотали. — Такі гілки означають прохання захисту.&lt;br /&gt;</w:t>
        <w:br/>
        <w:t>30. Із Єгипту юрба чоловіча... — Мова йде про 50 синів Єгипта.&lt;br /&gt;</w:t>
        <w:br/>
        <w:t>38. Своїх сестер двоюрідних... — Йдеться про 50 дочок Даная.&lt;br /&gt;</w:t>
        <w:br/>
        <w:t>41-43. Зевсовий пагін-бичок... син Іо-корови. — Мається на увазі син Іо-корови — Епаф.&lt;br /&gt;</w:t>
        <w:br/>
        <w:t>46. Ймення про Зевсів нагадує доторк. — "Епаф" означає по-грецькому — "дотик". За міфом, Епаф народився від дотику Зевсової руки.&lt;br /&gt;</w:t>
        <w:br/>
        <w:t>58. Гнана яструбом хижим жона Терея. — Терей — фракійський цар. Його дружина — афінська царівна Прокна, аби помститися чоловікові за зраду, вбила свого сина Ітіса. Зевс перетворив її на соловейка. З того часу вона оплакує своє дитя жалібним стогоном — "Ітіс, Ітіс..."&lt;br /&gt;</w:t>
        <w:br/>
        <w:t>64. ...на ладу іонійському... — Йдеться про особливий вид голосіння, що супроводжувався биттям у груди, заламуванням рук тощо.&lt;br /&gt;</w:t>
        <w:br/>
        <w:t>109. Ата — богиня, що втілювала засліплення, яке вело до злочину, а тому й до загину. У трагіків Ата — суддя і месниця за злочини, подібно до Немезіди й Еріній.&lt;br /&gt;</w:t>
        <w:br/>
        <w:t>115. Апія — давня назва Аргоської рівнини, пойменована на честь Аполлонового сина й провісника Апія.&lt;br /&gt;</w:t>
        <w:br/>
        <w:t>119. Одяг сідонський — одяг з тонкого полотна, що вироблявся у фінікійському місті Сідон.&lt;br /&gt;</w:t>
        <w:br/>
        <w:t>142. Цнотлива дочко Зевса... — Мова йде про богиню Артеміду, захисницю дівочості.&lt;br /&gt;</w:t>
        <w:br/>
        <w:t>216. Ясного Феба, що з небес тікав колись. — Згідно з міфом, варіант якого зустрічаємо і в Гомера, Аполлон (Феб) був вигнаний з неба Зевсом і мусив спокутувати провину тяжкою фізичною працею.&lt;br /&gt;</w:t>
        <w:br/>
        <w:t>220. Тризубець бачу, можновладця-бога знак. — Мається на увазі атрибут морського бога Посейдона.&lt;br /&gt;</w:t>
        <w:br/>
        <w:t>222. Гермес — син Зевса і Майї, вісник богів, відводив також душі померлих до Аїду.&lt;br /&gt;</w:t>
        <w:br/>
        <w:t>252. Палехтон — цар пеласгів.&lt;br /&gt;</w:t>
        <w:br/>
        <w:t>254. Пеласги — народ, який жив на території Давньої Греції ще до приходу туди греків.&lt;br /&gt;</w:t>
        <w:br/>
        <w:t>256. Стримон — річка у Фессалії.&lt;br /&gt;</w:t>
        <w:br/>
        <w:t>258. ...перребів край. — Перреби — войовниче плем'я у Фессалії.&lt;br /&gt;</w:t>
        <w:br/>
        <w:t>259. Пінд — гориста місцевість у Фессалії.&lt;br /&gt;</w:t>
        <w:br/>
        <w:t>Пеонія — місцевість у північно-західній Греції.&lt;br /&gt;</w:t>
        <w:br/>
        <w:t>260. Додонські гори — гори в Епірі.&lt;br /&gt;</w:t>
        <w:br/>
        <w:t>262. Апіс — первісно був, напевно, демоном води.&lt;br /&gt;</w:t>
        <w:br/>
        <w:t>311. Каноб — на думку Есхіла, місто на краю єгипетської землі.&lt;br /&gt;</w:t>
        <w:br/>
        <w:t>Мемфіс — давня столиця Єгипту.&lt;br /&gt;</w:t>
        <w:br/>
        <w:t>314. Епаф — див. прим. до рр. 41-43.&lt;br /&gt;</w:t>
        <w:br/>
        <w:t>318. Бел — син Посейдона й німфи Лівії, батько Єгипта і Даная.&lt;br /&gt;</w:t>
        <w:br/>
        <w:t>359. Феміда — друга законна дружина Зевса, дочка Урана й Геї.&lt;br /&gt;</w:t>
        <w:br/>
        <w:t>416. Аїд — царство померлих.&lt;br /&gt;</w:t>
        <w:br/>
        <w:t>433. Арес — у давньогрецькій міфології бог війни.&lt;br /&gt;</w:t>
        <w:br/>
        <w:t>495. Інах — батько Іо, син Океана й Тетії, бог однойменної річки, перший цар Аргосу. Тут, очевидно, йдеться про Аргоську рівнину.&lt;br /&gt;</w:t>
        <w:br/>
        <w:t>542. ...вузину — пінявий вир... — Мається на увазі протока Босфор.&lt;br /&gt;</w:t>
        <w:br/>
        <w:t>548. Тевтрант — міфічний цар Мідії, країни, що займала частину Малої Азії та сучасного Ірану.&lt;br /&gt;</w:t>
        <w:br/>
        <w:t>547-551. Мідія, Лідія, Кілікія, Памфілія — країни в Малій Азії.&lt;br /&gt;</w:t>
        <w:br/>
        <w:t>555. Афродіта — богиня краси й кохання.&lt;br /&gt;</w:t>
        <w:br/>
        <w:t>560. Тіфон — велетень, уособлення вогняних, руйнівних сил землі. Тут: спекотний південний вітер.&lt;br /&gt;</w:t>
        <w:br/>
        <w:t>677. Артеміда-Геката. — Артеміда часто ототожнювалася з Гекатою — богинею Місяця та чаклунства.&lt;br /&gt;</w:t>
        <w:br/>
        <w:t>686. Лікейський Феб — Аполлон.&lt;br /&gt;</w:t>
        <w:br/>
        <w:t>761. Поживи більше в житі — не в папірусі. — Давні греки харчувалися переважно хлібом, а єгиптяни — папірусною тростиною. У зв'язку з цим греки, на думку Есхіла, переважають єгиптян.&lt;br /&gt;</w:t>
        <w:br/>
        <w:t>870. Сарпедон — цар Лікії, міфічний герой Троянської війни.&lt;br /&gt;</w:t>
        <w:br/>
        <w:t>952. ...питвом ячмінним не розслаблені. — Улюбленим напоєм давніх єгиптян було ячмінне пиво.&lt;br /&gt;</w:t>
        <w:br/>
        <w:t>1000. Кіпріда — одне з імен Афродіти походить від острова Кіпру, де народилась Афродіта.&lt;br /&gt;</w:t>
        <w:br/>
        <w:t>1020. Побережжя Ерісінське. — Ерісін — річка в Арголіді.&lt;br /&gt;</w:t>
        <w:br/>
        <w:t>1042. Пейто — богиня, яка уособлювала мистецтво переконання.&lt;br /&gt;</w:t>
        <w:br/>
        <w:t>1044. Гармонія — богиня згоди й ладу, дочка Ареса й Афродіти.&lt;br /&gt;</w:t>
        <w:br/>
        <w:t>1045. Ерот — бог кохання. Існувало також уявлення про багатьох Еротів.</w:t>
      </w:r>
    </w:p>
    <w:p>
      <w:r>
        <w:br/>
        <w:t>--— КІНЕЦЬ —--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Благальниці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