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Б'ють літаври гучні</w:t>
      </w:r>
    </w:p>
    <w:p>
      <w:r>
        <w:br/>
        <w:t xml:space="preserve"> Б'ють літаври гучні&lt;br /&gt;</w:t>
        <w:br/>
        <w:t>Стрілецька пісня</w:t>
      </w:r>
    </w:p>
    <w:p>
      <w:r>
        <w:br/>
        <w:t>Б'ють літаври гучні, ясні сурми гремлять,&lt;br /&gt;</w:t>
        <w:br/>
        <w:t>Іде Січ, грають полки, як море,&lt;br /&gt;</w:t>
        <w:br/>
        <w:t>Бунчуки піднялись, хоругви шамотять&lt;br /&gt;</w:t>
        <w:br/>
        <w:t>Через гори і доли, і бори!</w:t>
      </w:r>
    </w:p>
    <w:p>
      <w:r>
        <w:br/>
        <w:t>Приспів:&lt;br /&gt;</w:t>
        <w:br/>
        <w:t>Січ іде! Січ іде! Січ іде, стяг несе,&lt;br /&gt;</w:t>
        <w:br/>
        <w:t>Україна встає, Україна гуде,&lt;br /&gt;</w:t>
        <w:br/>
        <w:t>Україна клекоче, як море!</w:t>
      </w:r>
    </w:p>
    <w:p>
      <w:r>
        <w:br/>
        <w:t>Січ іде! Січ іде! Січ іде, стяг несе,&lt;br /&gt;</w:t>
        <w:br/>
        <w:t>Україна встає, Україна гуде,&lt;br /&gt;</w:t>
        <w:br/>
        <w:t>Україна клекоче, як море!</w:t>
      </w:r>
    </w:p>
    <w:p>
      <w:r>
        <w:br/>
        <w:t>Довбуш трубить з верхів: зруйнував цар нам Січ,&lt;br /&gt;</w:t>
        <w:br/>
        <w:t>Ми втекли в сині гори з трубою...&lt;br /&gt;</w:t>
        <w:br/>
        <w:t>Двіста літ спали ми, — стрепенулася ніч,&lt;br /&gt;</w:t>
        <w:br/>
        <w:t>Ми зірвались і трубим: до бою!</w:t>
      </w:r>
    </w:p>
    <w:p>
      <w:r>
        <w:br/>
        <w:t>Приспів.</w:t>
      </w:r>
    </w:p>
    <w:p>
      <w:r>
        <w:br/>
        <w:t>В нашій Січи давні Запорожці встають,&lt;br /&gt;</w:t>
        <w:br/>
        <w:t>Голос труб кличе: в лави ставати!&lt;br /&gt;</w:t>
        <w:br/>
        <w:t>Ми стаєм, в бій ідем, перші стріли гудуть,&lt;br /&gt;</w:t>
        <w:br/>
        <w:t>Заревуть в Україні гармати!</w:t>
      </w:r>
    </w:p>
    <w:p>
      <w:r>
        <w:br/>
        <w:t>Приспів.</w:t>
      </w:r>
    </w:p>
    <w:p>
      <w:r>
        <w:br/>
        <w:t>На нас дивляться всі: наш Хмельницький Богдан,&lt;br /&gt;</w:t>
        <w:br/>
        <w:t>Дорошенко, Мазепа, Виговський,&lt;br /&gt;</w:t>
        <w:br/>
        <w:t>Всі гетьмани за нас, всі кріваві від ран,&lt;br /&gt;</w:t>
        <w:br/>
        <w:t>Гей, Ляхи, і ти, царю московський!</w:t>
      </w:r>
    </w:p>
    <w:p>
      <w:r>
        <w:br/>
        <w:t>Приспів.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Б'ють літаври гучні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