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Бюро знахідок</w:t>
      </w:r>
    </w:p>
    <w:p>
      <w:r>
        <w:br/>
        <w:t xml:space="preserve"> 1</w:t>
      </w:r>
    </w:p>
    <w:p>
      <w:r>
        <w:br/>
        <w:t>Будь ласка,&lt;br /&gt;</w:t>
        <w:br/>
        <w:t>заходьте!&lt;br /&gt;</w:t>
        <w:br/>
        <w:t>Скоріше заходьте!&lt;br /&gt;</w:t>
        <w:br/>
        <w:t>Усе,&lt;br /&gt;</w:t>
        <w:br/>
        <w:t>що згубили,—&lt;br /&gt;</w:t>
        <w:br/>
        <w:t>шукайте й знаходьте!&lt;br /&gt;</w:t>
        <w:br/>
        <w:t>Я все покажу вам,&lt;br /&gt;</w:t>
        <w:br/>
        <w:t>що є на полицях.&lt;br /&gt;</w:t>
        <w:br/>
        <w:t>Ви тільки, будь ласка,&lt;br /&gt;</w:t>
        <w:br/>
        <w:t>уважно дивіться.&lt;br /&gt;</w:t>
        <w:br/>
        <w:t>Можливо,&lt;br /&gt;</w:t>
        <w:br/>
        <w:t>на котрійсь&lt;br /&gt;</w:t>
        <w:br/>
        <w:t>із наших полиць&lt;br /&gt;</w:t>
        <w:br/>
        <w:t>ви знайдете те,&lt;br /&gt;</w:t>
        <w:br/>
        <w:t>що згубили колись!</w:t>
      </w:r>
    </w:p>
    <w:p>
      <w:r>
        <w:br/>
        <w:t>2</w:t>
      </w:r>
    </w:p>
    <w:p>
      <w:r>
        <w:br/>
        <w:t>Отут перед вами —&lt;br /&gt;</w:t>
        <w:br/>
        <w:t>загублена совість.&lt;br /&gt;</w:t>
        <w:br/>
        <w:t>Гадаю,&lt;br /&gt;</w:t>
        <w:br/>
        <w:t>вона в нас&lt;br /&gt;</w:t>
        <w:br/>
        <w:t>лише тимчасово:&lt;br /&gt;</w:t>
        <w:br/>
        <w:t>без неї ж не можуть&lt;br /&gt;</w:t>
        <w:br/>
        <w:t>дорослі та діти&lt;br /&gt;</w:t>
        <w:br/>
        <w:t>і тижня прожити&lt;br /&gt;</w:t>
        <w:br/>
        <w:t>на білому світі...&lt;br /&gt;</w:t>
        <w:br/>
        <w:t>Згубив її хлопець,&lt;br /&gt;</w:t>
        <w:br/>
        <w:t>який тишком-нишком&lt;br /&gt;</w:t>
        <w:br/>
        <w:t>надворі&lt;br /&gt;</w:t>
        <w:br/>
        <w:t>малому підставив підніжку,&lt;br /&gt;</w:t>
        <w:br/>
        <w:t>у іншого хлопця&lt;br /&gt;</w:t>
        <w:br/>
        <w:t>м'яча одібрав,&lt;br /&gt;</w:t>
        <w:br/>
        <w:t>сусідці по парті&lt;br /&gt;</w:t>
        <w:br/>
        <w:t>малюнок порвав.</w:t>
      </w:r>
    </w:p>
    <w:p>
      <w:r>
        <w:br/>
        <w:t>А тільки&lt;br /&gt;</w:t>
        <w:br/>
        <w:t>спитають у нього:&lt;br /&gt;</w:t>
        <w:br/>
        <w:t>— Навіщо? —&lt;br /&gt;</w:t>
        <w:br/>
        <w:t>Провину&lt;br /&gt;</w:t>
        <w:br/>
        <w:t>він звалить одразу&lt;br /&gt;</w:t>
        <w:br/>
        <w:t>на інших,&lt;br /&gt;</w:t>
        <w:br/>
        <w:t>тому&lt;br /&gt;</w:t>
        <w:br/>
        <w:t>ні в дворі з ним,&lt;br /&gt;</w:t>
        <w:br/>
        <w:t>ні в класі не грають.&lt;br /&gt;</w:t>
        <w:br/>
        <w:t>Гадаю,&lt;br /&gt;</w:t>
        <w:br/>
        <w:t>він скоро&lt;br /&gt;</w:t>
        <w:br/>
        <w:t>до нас завітає...</w:t>
      </w:r>
    </w:p>
    <w:p>
      <w:r>
        <w:br/>
        <w:t>Ну от, подивіться,&lt;br /&gt;</w:t>
        <w:br/>
        <w:t>а що вам казав я!&lt;br /&gt;</w:t>
        <w:br/>
        <w:t>Уже поспішає по совість&lt;br /&gt;</w:t>
        <w:br/>
        <w:t>хазяїн!&lt;br /&gt;</w:t>
        <w:br/>
        <w:t>— Ця совість,&lt;br /&gt;</w:t>
        <w:br/>
        <w:t>я бачу,&lt;br /&gt;</w:t>
        <w:br/>
        <w:t>належить тобі?&lt;br /&gt;</w:t>
        <w:br/>
        <w:t>Будь ласка, бери,&lt;br /&gt;</w:t>
        <w:br/>
        <w:t>але більш не губи!</w:t>
      </w:r>
    </w:p>
    <w:p>
      <w:r>
        <w:br/>
        <w:t>3</w:t>
      </w:r>
    </w:p>
    <w:p>
      <w:r>
        <w:br/>
        <w:t>А тут на полиці —&lt;br /&gt;</w:t>
        <w:br/>
        <w:t>роззява з роззяв,&lt;br /&gt;</w:t>
        <w:br/>
        <w:t>найкращий ловець&lt;br /&gt;</w:t>
        <w:br/>
        <w:t>і винищувач гав.</w:t>
      </w:r>
    </w:p>
    <w:p>
      <w:r>
        <w:br/>
        <w:t>Давно вже&lt;br /&gt;</w:t>
        <w:br/>
        <w:t>усе він забув і прогавив:&lt;br /&gt;</w:t>
        <w:br/>
        <w:t>забув&lt;br /&gt;</w:t>
        <w:br/>
        <w:t>жовтенятські обов'язки&lt;br /&gt;</w:t>
        <w:br/>
        <w:t>й справи,&lt;br /&gt;</w:t>
        <w:br/>
        <w:t>забув десь портфель,&lt;br /&gt;</w:t>
        <w:br/>
        <w:t>рукавички красиві,&lt;br /&gt;</w:t>
        <w:br/>
        <w:t>забув і про те він,&lt;br /&gt;</w:t>
        <w:br/>
        <w:t>що мама просила.</w:t>
      </w:r>
    </w:p>
    <w:p>
      <w:r>
        <w:br/>
        <w:t>А якось на гаву&lt;br /&gt;</w:t>
        <w:br/>
        <w:t>так рота роззявив,&lt;br /&gt;</w:t>
        <w:br/>
        <w:t>що сам загубив себе,&lt;br /&gt;</w:t>
        <w:br/>
        <w:t>бідний роззява!</w:t>
      </w:r>
    </w:p>
    <w:p>
      <w:r>
        <w:br/>
        <w:t>Ще й досі&lt;br /&gt;</w:t>
        <w:br/>
        <w:t>дивується всюди народ:&lt;br /&gt;</w:t>
        <w:br/>
        <w:t>од хлопця зоставсь&lt;br /&gt;</w:t>
        <w:br/>
        <w:t>лиш роззявлений рот...</w:t>
      </w:r>
    </w:p>
    <w:p>
      <w:r>
        <w:br/>
        <w:t>Як тільки зустріне його&lt;br /&gt;</w:t>
        <w:br/>
        <w:t>хтось із вас,&lt;br /&gt;</w:t>
        <w:br/>
        <w:t>скажіть,&lt;br /&gt;</w:t>
        <w:br/>
        <w:t>щоб зайшов за собою&lt;br /&gt;</w:t>
        <w:br/>
        <w:t>до нас.</w:t>
      </w:r>
    </w:p>
    <w:p>
      <w:r>
        <w:br/>
        <w:t>4</w:t>
      </w:r>
    </w:p>
    <w:p>
      <w:r>
        <w:br/>
        <w:t>Ця купа велика —&lt;br /&gt;</w:t>
        <w:br/>
        <w:t>загублений час.&lt;br /&gt;</w:t>
        <w:br/>
        <w:t>Боюся, що й місця&lt;br /&gt;</w:t>
        <w:br/>
        <w:t>не вистачить в нас...</w:t>
      </w:r>
    </w:p>
    <w:p>
      <w:r>
        <w:br/>
        <w:t>Ось — час для навчання,&lt;br /&gt;</w:t>
        <w:br/>
        <w:t>загублений в школі,—&lt;br /&gt;</w:t>
        <w:br/>
        <w:t>його вже, напевно,&lt;br /&gt;</w:t>
        <w:br/>
        <w:t>не вернеш ніколи!</w:t>
      </w:r>
    </w:p>
    <w:p>
      <w:r>
        <w:br/>
        <w:t>Тут — час допомоги&lt;br /&gt;</w:t>
        <w:br/>
        <w:t>і мамам, і татам,&lt;br /&gt;</w:t>
        <w:br/>
        <w:t>який у розвагах&lt;br /&gt;</w:t>
        <w:br/>
        <w:t>втрачали завзято.</w:t>
      </w:r>
    </w:p>
    <w:p>
      <w:r>
        <w:br/>
        <w:t>Там — час для зарядки,&lt;br /&gt;</w:t>
        <w:br/>
        <w:t>що в ліжках згубили&lt;br /&gt;</w:t>
        <w:br/>
        <w:t>і разом зі спортом&lt;br /&gt;</w:t>
        <w:br/>
        <w:t>у ліні втопили...</w:t>
      </w:r>
    </w:p>
    <w:p>
      <w:r>
        <w:br/>
        <w:t>Тут стільки часу&lt;br /&gt;</w:t>
        <w:br/>
        <w:t>погубили невчасно,&lt;br /&gt;</w:t>
        <w:br/>
        <w:t>що я вже й не знаю,&lt;br /&gt;</w:t>
        <w:br/>
        <w:t>куди його класти!</w:t>
      </w:r>
    </w:p>
    <w:p>
      <w:r>
        <w:br/>
        <w:t>Напевно,&lt;br /&gt;</w:t>
        <w:br/>
        <w:t>мені доведеться&lt;br /&gt;</w:t>
        <w:br/>
        <w:t>на дверях&lt;br /&gt;</w:t>
        <w:br/>
        <w:t>скоріше прибити&lt;br /&gt;</w:t>
        <w:br/>
        <w:t>табличку фанерну,&lt;br /&gt;</w:t>
        <w:br/>
        <w:t>щоб з неї&lt;br /&gt;</w:t>
        <w:br/>
        <w:t>нарешті довідався кожний:</w:t>
      </w:r>
    </w:p>
    <w:p>
      <w:r>
        <w:br/>
        <w:t>"Загублений час&lt;br /&gt;</w:t>
        <w:br/>
        <w:t>повернути не можна!"</w:t>
      </w:r>
    </w:p>
    <w:p>
      <w:r>
        <w:br/>
        <w:t>5</w:t>
      </w:r>
    </w:p>
    <w:p>
      <w:r>
        <w:br/>
        <w:t>А онде в куточку,&lt;br /&gt;</w:t>
        <w:br/>
        <w:t>далекім і темнім,&lt;br /&gt;</w:t>
        <w:br/>
        <w:t>лежить і страждає&lt;br /&gt;</w:t>
        <w:br/>
        <w:t>загублена чемність.&lt;br /&gt;</w:t>
        <w:br/>
        <w:t>Страждає&lt;br /&gt;</w:t>
        <w:br/>
        <w:t>за хлопця якогось&lt;br /&gt;</w:t>
        <w:br/>
        <w:t>страшенно!..</w:t>
      </w:r>
    </w:p>
    <w:p>
      <w:r>
        <w:br/>
        <w:t>Він лізе в тролейбус,&lt;br /&gt;</w:t>
        <w:br/>
        <w:t>немов навіжений,&lt;br /&gt;</w:t>
        <w:br/>
        <w:t>всідається й дума:&lt;br /&gt;</w:t>
        <w:br/>
        <w:t>"Усі ви хоч трісніть,—&lt;br /&gt;</w:t>
        <w:br/>
        <w:t>нізащо у світі&lt;br /&gt;</w:t>
        <w:br/>
        <w:t>не встану я з місця!"</w:t>
      </w:r>
    </w:p>
    <w:p>
      <w:r>
        <w:br/>
        <w:t>Він запросто&lt;br /&gt;</w:t>
        <w:br/>
        <w:t>дівчинку може принизить.&lt;br /&gt;</w:t>
        <w:br/>
        <w:t>Для нього&lt;br /&gt;</w:t>
        <w:br/>
        <w:t>повага до старших —&lt;br /&gt;</w:t>
        <w:br/>
        <w:t>дурниці...</w:t>
      </w:r>
    </w:p>
    <w:p>
      <w:r>
        <w:br/>
        <w:t>Тому-то й страждає&lt;br /&gt;</w:t>
        <w:br/>
        <w:t>так гірко та вперто&lt;br /&gt;</w:t>
        <w:br/>
        <w:t>загублена чемність,&lt;br /&gt;</w:t>
        <w:br/>
        <w:t>що може й померти.&lt;br /&gt;</w:t>
        <w:br/>
        <w:t>Шепоче про себе:&lt;br /&gt;</w:t>
        <w:br/>
        <w:t>"Спасибі!", "Будь ласка!" —&lt;br /&gt;</w:t>
        <w:br/>
        <w:t>таким голосочком,&lt;br /&gt;</w:t>
        <w:br/>
        <w:t>що й слухати важко.&lt;br /&gt;</w:t>
        <w:br/>
        <w:t>Привітно&lt;br /&gt;</w:t>
        <w:br/>
        <w:t>киває голівкою всім&lt;br /&gt;</w:t>
        <w:br/>
        <w:t>і всім поступається&lt;br /&gt;</w:t>
        <w:br/>
        <w:t>місцем своїм.</w:t>
      </w:r>
    </w:p>
    <w:p>
      <w:r>
        <w:br/>
        <w:t>Візьміть її швидше,&lt;br /&gt;</w:t>
        <w:br/>
        <w:t>я дуже вас прошу,&lt;br /&gt;</w:t>
        <w:br/>
        <w:t>бо може, бідаха,&lt;br /&gt;</w:t>
        <w:br/>
        <w:t>загинути просто!</w:t>
      </w:r>
    </w:p>
    <w:p>
      <w:r>
        <w:br/>
        <w:t>6</w:t>
      </w:r>
    </w:p>
    <w:p>
      <w:r>
        <w:br/>
        <w:t>Ось — дружба,&lt;br /&gt;</w:t>
        <w:br/>
        <w:t>забута під партою&lt;br /&gt;</w:t>
        <w:br/>
        <w:t>в школі.&lt;br /&gt;</w:t>
        <w:br/>
        <w:t>Такого&lt;br /&gt;</w:t>
        <w:br/>
        <w:t>не бачив я досі ніколи!</w:t>
      </w:r>
    </w:p>
    <w:p>
      <w:r>
        <w:br/>
        <w:t>Ну як —&lt;br /&gt;</w:t>
        <w:br/>
        <w:t>поясніть мені! —&lt;br /&gt;</w:t>
        <w:br/>
        <w:t>може це бути,&lt;br /&gt;</w:t>
        <w:br/>
        <w:t>щоб дружбу,&lt;br /&gt;</w:t>
        <w:br/>
        <w:t>як зошит чи ручку,&lt;br /&gt;</w:t>
        <w:br/>
        <w:t>забути?!</w:t>
      </w:r>
    </w:p>
    <w:p>
      <w:r>
        <w:br/>
        <w:t>Два хлопці&lt;br /&gt;</w:t>
        <w:br/>
        <w:t>у класі її загубили —&lt;br /&gt;</w:t>
        <w:br/>
        <w:t>вони на перерві&lt;br /&gt;</w:t>
        <w:br/>
        <w:t>ні за що побились.</w:t>
      </w:r>
    </w:p>
    <w:p>
      <w:r>
        <w:br/>
        <w:t>А друзі ж були —&lt;br /&gt;</w:t>
        <w:br/>
        <w:t>можна заздрити тільки!&lt;br /&gt;</w:t>
        <w:br/>
        <w:t>Довіку дружили б,&lt;br /&gt;</w:t>
        <w:br/>
        <w:t>якби ж то не бійка.&lt;br /&gt;</w:t>
        <w:br/>
        <w:t>А з чого вона —&lt;br /&gt;</w:t>
        <w:br/>
        <w:t>невідомо нікому...</w:t>
      </w:r>
    </w:p>
    <w:p>
      <w:r>
        <w:br/>
        <w:t>Тож порізно&lt;br /&gt;</w:t>
        <w:br/>
        <w:t>ходять віднині&lt;br /&gt;</w:t>
        <w:br/>
        <w:t>додому,&lt;br /&gt;</w:t>
        <w:br/>
        <w:t>насуплені&lt;br /&gt;</w:t>
        <w:br/>
        <w:t>в класі сидять&lt;br /&gt;</w:t>
        <w:br/>
        <w:t>на уроках,&lt;br /&gt;</w:t>
        <w:br/>
        <w:t>і жоден&lt;br /&gt;</w:t>
        <w:br/>
        <w:t>не зробить до друга&lt;br /&gt;</w:t>
        <w:br/>
        <w:t>ні кроку.&lt;br /&gt;</w:t>
        <w:br/>
        <w:t>А вдома сумують,&lt;br /&gt;</w:t>
        <w:br/>
        <w:t>зітхаючи тужно,&lt;br /&gt;</w:t>
        <w:br/>
        <w:t>і згадують часто&lt;br /&gt;</w:t>
        <w:br/>
        <w:t>загублену дружбу...</w:t>
      </w:r>
    </w:p>
    <w:p>
      <w:r>
        <w:br/>
        <w:t>Я певен:&lt;br /&gt;</w:t>
        <w:br/>
        <w:t>недовго пролежить вона —&lt;br /&gt;</w:t>
        <w:br/>
        <w:t>її заберуть неодмінно&lt;br /&gt;</w:t>
        <w:br/>
        <w:t>від нас!</w:t>
      </w:r>
    </w:p>
    <w:p>
      <w:r>
        <w:br/>
        <w:t>7</w:t>
      </w:r>
    </w:p>
    <w:p>
      <w:r>
        <w:br/>
        <w:t>Це — сміх розвеселяй&lt;br /&gt;</w:t>
        <w:br/>
        <w:t>сидить і регоче,&lt;br /&gt;</w:t>
        <w:br/>
        <w:t>неначе його&lt;br /&gt;</w:t>
        <w:br/>
        <w:t>безперервно лоскочуть.&lt;br /&gt;</w:t>
        <w:br/>
        <w:t>І всі,&lt;br /&gt;</w:t>
        <w:br/>
        <w:t>хто погляне&lt;br /&gt;</w:t>
        <w:br/>
        <w:t>на згублений сміх,&lt;br /&gt;</w:t>
        <w:br/>
        <w:t>так сильно сміються,&lt;br /&gt;</w:t>
        <w:br/>
        <w:t>що валяться з ніг!&lt;br /&gt;</w:t>
        <w:br/>
        <w:t>Лежать і регочуть,&lt;br /&gt;</w:t>
        <w:br/>
        <w:t>забувши про тишу,&lt;br /&gt;</w:t>
        <w:br/>
        <w:t>а сміху од того&lt;br /&gt;</w:t>
        <w:br/>
        <w:t>утричі смішніше.</w:t>
      </w:r>
    </w:p>
    <w:p>
      <w:r>
        <w:br/>
        <w:t>От тільки хазяїн його —&lt;br /&gt;</w:t>
        <w:br/>
        <w:t>у зажурі...&lt;br /&gt;</w:t>
        <w:br/>
        <w:t>Од ранку й до вечора&lt;br /&gt;</w:t>
        <w:br/>
        <w:t>ходить похмурий,&lt;br /&gt;</w:t>
        <w:br/>
        <w:t>не біга, не гра,&lt;br /&gt;</w:t>
        <w:br/>
        <w:t>не співа і не скаче,&lt;br /&gt;</w:t>
        <w:br/>
        <w:t>а сяде&lt;br /&gt;</w:t>
        <w:br/>
        <w:t>в якомусь куточку —&lt;br /&gt;</w:t>
        <w:br/>
        <w:t>і плаче...</w:t>
      </w:r>
    </w:p>
    <w:p>
      <w:r>
        <w:br/>
        <w:t>Хай швидше до нас&lt;br /&gt;</w:t>
        <w:br/>
        <w:t>завітає за ним.&lt;br /&gt;</w:t>
        <w:br/>
        <w:t>Невже йому весело&lt;br /&gt;</w:t>
        <w:br/>
        <w:t>жити сумним?..</w:t>
      </w:r>
    </w:p>
    <w:p>
      <w:r>
        <w:br/>
        <w:t>8</w:t>
      </w:r>
    </w:p>
    <w:p>
      <w:r>
        <w:br/>
        <w:t>Як бачите,&lt;br /&gt;</w:t>
        <w:br/>
        <w:t>є в нас&lt;br /&gt;</w:t>
        <w:br/>
        <w:t>на що подивитись,&lt;br /&gt;</w:t>
        <w:br/>
        <w:t>тому не соромтесь,&lt;br /&gt;</w:t>
        <w:br/>
        <w:t>дорослі та діти,&lt;br /&gt;</w:t>
        <w:br/>
        <w:t>будь ласка, заходьте,&lt;br /&gt;</w:t>
        <w:br/>
        <w:t>скоріше заходьте,&lt;br /&gt;</w:t>
        <w:br/>
        <w:t>усе,&lt;br /&gt;</w:t>
        <w:br/>
        <w:t>що згубили,—&lt;br /&gt;</w:t>
        <w:br/>
        <w:t>шукайте й знаходьте!&lt;br /&gt;</w:t>
        <w:br/>
        <w:t>І все,&lt;br /&gt;</w:t>
        <w:br/>
        <w:t>що вам треба,—&lt;br /&gt;</w:t>
        <w:br/>
        <w:t>скоріше беріть.&lt;br /&gt;</w:t>
        <w:br/>
        <w:t>Та більше&lt;br /&gt;</w:t>
        <w:br/>
        <w:t>ніколи в житті&lt;br /&gt;</w:t>
        <w:br/>
        <w:t>не губіть!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Бюро знахідок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