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Біси</w:t>
      </w:r>
    </w:p>
    <w:p>
      <w:r>
        <w:br/>
        <w:t xml:space="preserve"> Хмари мчаться, хмари линуть;&lt;br /&gt;</w:t>
        <w:br/>
        <w:t>Місяць, в хмарах снуючись,&lt;br /&gt;</w:t>
        <w:br/>
        <w:t>Тьмяно світить в хуртовину;&lt;br /&gt;</w:t>
        <w:br/>
        <w:t>Мутно в небі, мутно скрізь.&lt;br /&gt;</w:t>
        <w:br/>
        <w:t>Їду, їду в чистім полі:&lt;br /&gt;</w:t>
        <w:br/>
        <w:t>Тільки дзвоник дзінь-дзінь-дзінь...&lt;br /&gt;</w:t>
        <w:br/>
        <w:t>Страшно, страшно мимоволі&lt;br /&gt;</w:t>
        <w:br/>
        <w:t>У полях під цю крутінь!</w:t>
      </w:r>
    </w:p>
    <w:p>
      <w:r>
        <w:br/>
        <w:t>"Поганяй!.." — "Вже сил немає:&lt;br /&gt;</w:t>
        <w:br/>
        <w:t>Коням, пане, не пройти,&lt;br /&gt;</w:t>
        <w:br/>
        <w:t>Буря очі забиває,&lt;br /&gt;</w:t>
        <w:br/>
        <w:t>Вже й слідів нам не знайти.&lt;br /&gt;</w:t>
        <w:br/>
        <w:t>Вже ні стежки, ні доріжки;&lt;br /&gt;</w:t>
        <w:br/>
        <w:t>Збились ми у тьмі густій.&lt;br /&gt;</w:t>
        <w:br/>
        <w:t>Видно, бісові на смішки&lt;br /&gt;</w:t>
        <w:br/>
        <w:t>Ми попалися як стій.</w:t>
      </w:r>
    </w:p>
    <w:p>
      <w:r>
        <w:br/>
        <w:t>Глянь — це він плює, і грає,&lt;br /&gt;</w:t>
        <w:br/>
        <w:t>I простує навмання;&lt;br /&gt;</w:t>
        <w:br/>
        <w:t>Ось — тепер у яр штовхає&lt;br /&gt;</w:t>
        <w:br/>
        <w:t>Здичавілого коня.&lt;br /&gt;</w:t>
        <w:br/>
        <w:t>Там примарною верствою&lt;br /&gt;</w:t>
        <w:br/>
        <w:t>Він постав мені в снігу,&lt;br /&gt;</w:t>
        <w:br/>
        <w:t>Блиснув іскрою малою&lt;br /&gt;</w:t>
        <w:br/>
        <w:t>I сховався у пургу".</w:t>
      </w:r>
    </w:p>
    <w:p>
      <w:r>
        <w:br/>
        <w:t>Хмари мчаться, хмари линуть;&lt;br /&gt;</w:t>
        <w:br/>
        <w:t>Місяць, в хмарах снуючись,&lt;br /&gt;</w:t>
        <w:br/>
        <w:t>Тьмяно світить в хуртовину;&lt;br /&gt;</w:t>
        <w:br/>
        <w:t>Мутно в небі, мутно скрізь.&lt;br /&gt;</w:t>
        <w:br/>
        <w:t>Сил немає вже кружляти;&lt;br /&gt;</w:t>
        <w:br/>
        <w:t>Дзвоник дзенькнув раз і змовк;&lt;br /&gt;</w:t>
        <w:br/>
        <w:t>Коні стали... "Що там знати?"&lt;br /&gt;</w:t>
        <w:br/>
        <w:t>"Невідомо: пень чи вовк".</w:t>
      </w:r>
    </w:p>
    <w:p>
      <w:r>
        <w:br/>
        <w:t>Буря зліє, буря плаче;&lt;br /&gt;</w:t>
        <w:br/>
        <w:t>Коні чуйнії хриплять;&lt;br /&gt;</w:t>
        <w:br/>
        <w:t>Онде він поодаль скаче;&lt;br /&gt;</w:t>
        <w:br/>
        <w:t>Тільки очі в млі горять;&lt;br /&gt;</w:t>
        <w:br/>
        <w:t>Коні знову вдаль помчались;&lt;br /&gt;</w:t>
        <w:br/>
        <w:t>Знову дзвоник дзінь-дзінь-дзінь...&lt;br /&gt;</w:t>
        <w:br/>
        <w:t>Бачу: привиди зібрались&lt;br /&gt;</w:t>
        <w:br/>
        <w:t>У полях під цю крутінь.</w:t>
      </w:r>
    </w:p>
    <w:p>
      <w:r>
        <w:br/>
        <w:t>Одворотні, перебіжні&lt;br /&gt;</w:t>
        <w:br/>
        <w:t>В білій грі височини&lt;br /&gt;</w:t>
        <w:br/>
        <w:t>Закружляли біси різні,&lt;br /&gt;</w:t>
        <w:br/>
        <w:t>Наче листя восени...&lt;br /&gt;</w:t>
        <w:br/>
        <w:t>Скільки їх! Куди тікають?&lt;br /&gt;</w:t>
        <w:br/>
        <w:t>Чом ячать, ридають чом?&lt;br /&gt;</w:t>
        <w:br/>
        <w:t>Чи домовика ховають,&lt;br /&gt;</w:t>
        <w:br/>
        <w:t>Чи одружують відьом?</w:t>
      </w:r>
    </w:p>
    <w:p>
      <w:r>
        <w:br/>
        <w:t>Хмари мчаться, хмари линуть;&lt;br /&gt;</w:t>
        <w:br/>
        <w:t>Місяць, в хмарах снуючись,&lt;br /&gt;</w:t>
        <w:br/>
        <w:t>Тьмяно світить в хуртовину;&lt;br /&gt;</w:t>
        <w:br/>
        <w:t>Мутно в небі, мутно скрізь.&lt;br /&gt;</w:t>
        <w:br/>
        <w:t>Линуть біси, мчаться тиском&lt;br /&gt;</w:t>
        <w:br/>
        <w:t>У безмежній вишині,&lt;br /&gt;</w:t>
        <w:br/>
        <w:t>Зойком жалібним і виском&lt;br /&gt;</w:t>
        <w:br/>
        <w:t>Серце краючи мені...</w:t>
      </w:r>
    </w:p>
    <w:p>
      <w:r>
        <w:br/>
        <w:t>Переклад В. Мисик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Біси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