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Білими волічками...</w:t>
      </w:r>
    </w:p>
    <w:p>
      <w:r>
        <w:br/>
        <w:t xml:space="preserve"> Білими волічками&lt;br /&gt;</w:t>
        <w:br/>
        <w:t>ноги твої обів'ю,&lt;br /&gt;</w:t>
        <w:br/>
        <w:t>чорними волічками&lt;br /&gt;</w:t>
        <w:br/>
        <w:t>волосся твоє зав'ю,&lt;br /&gt;</w:t>
        <w:br/>
        <w:t>червоними волічками&lt;br /&gt;</w:t>
        <w:br/>
        <w:t>обів'ю твій стан,&lt;br /&gt;</w:t>
        <w:br/>
        <w:t>а зелені покладу на брови,&lt;br /&gt;</w:t>
        <w:br/>
        <w:t>а сині покладу на вії,&lt;br /&gt;</w:t>
        <w:br/>
        <w:t>а груди твої і руки&lt;br /&gt;</w:t>
        <w:br/>
        <w:t>знову білими обів'ю,&lt;br /&gt;</w:t>
        <w:br/>
        <w:t>найбілішими волічками.</w:t>
      </w:r>
    </w:p>
    <w:p>
      <w:r>
        <w:br/>
        <w:t>А потім із горищ усіх&lt;br /&gt;</w:t>
        <w:br/>
        <w:t>позношу усі волічки&lt;br /&gt;</w:t>
        <w:br/>
        <w:t>і тебе обвивати буду,&lt;br /&gt;</w:t>
        <w:br/>
        <w:t>щоб ти була в кожному килимі,&lt;br /&gt;</w:t>
        <w:br/>
        <w:t>на кожній вереті&lt;br /&gt;</w:t>
        <w:br/>
        <w:t>щоб ти була.</w:t>
      </w:r>
    </w:p>
    <w:p>
      <w:r>
        <w:br/>
        <w:t>Ти знаєш?</w:t>
      </w:r>
    </w:p>
    <w:p>
      <w:r>
        <w:br/>
        <w:t>Колись давно мені приснилося,&lt;br /&gt;</w:t>
        <w:br/>
        <w:t>що зіткали мене, мов килим,&lt;br /&gt;</w:t>
        <w:br/>
        <w:t>але ті волічки,&lt;br /&gt;</w:t>
        <w:br/>
        <w:t>з яких той килим ткали,&lt;br /&gt;</w:t>
        <w:br/>
        <w:t>не обвивали тебе в ту пору,&lt;br /&gt;</w:t>
        <w:br/>
        <w:t>коли проступає смола.</w:t>
      </w:r>
    </w:p>
    <w:p>
      <w:r>
        <w:br/>
        <w:t>На цій холодній землі&lt;br /&gt;</w:t>
        <w:br/>
        <w:t>обів'ю тебе волічками&lt;br /&gt;</w:t>
        <w:br/>
        <w:t>із найпершої вовни — міцки,&lt;br /&gt;</w:t>
        <w:br/>
        <w:t>із другої вовни — натинини,&lt;br /&gt;</w:t>
        <w:br/>
        <w:t>із третьої вовни, яка не має&lt;br /&gt;</w:t>
        <w:br/>
        <w:t>імені…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Білими волічками...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