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Білявий день втомився і притих...</w:t>
      </w:r>
    </w:p>
    <w:p>
      <w:r>
        <w:br/>
        <w:t xml:space="preserve"> Білявий день втомився і притих,&lt;br /&gt;</w:t>
        <w:br/>
        <w:t>І з глибини блакитного спокою&lt;br /&gt;</w:t>
        <w:br/>
        <w:t>Прямує сонце тихою ходою&lt;br /&gt;</w:t>
        <w:br/>
        <w:t>До роздоріжжя вечорів смутних.</w:t>
      </w:r>
    </w:p>
    <w:p>
      <w:r>
        <w:br/>
        <w:t>Не довгий час спиняється у них,&lt;br /&gt;</w:t>
        <w:br/>
        <w:t>Поломеніє пізньою красою,&lt;br /&gt;</w:t>
        <w:br/>
        <w:t>Немов на обрій зводить за собою&lt;br /&gt;</w:t>
        <w:br/>
        <w:t>Примари мрій криваво-золотих.</w:t>
      </w:r>
    </w:p>
    <w:p>
      <w:r>
        <w:br/>
        <w:t>І дня нема. Та променисто-ніжний&lt;br /&gt;</w:t>
        <w:br/>
        <w:t>На ясне небо, на простір надсніжний&lt;br /&gt;</w:t>
        <w:br/>
        <w:t>Розлився світ і не пускає тьми;</w:t>
      </w:r>
    </w:p>
    <w:p>
      <w:r>
        <w:br/>
        <w:t>Лиш місяць срібний тихше і смутніше&lt;br /&gt;</w:t>
        <w:br/>
        <w:t>Ті ж візерунки темно-сині пише&lt;br /&gt;</w:t>
        <w:br/>
        <w:t>На білих шатах пишної зими.</w:t>
      </w:r>
    </w:p>
    <w:p>
      <w:r>
        <w:br/>
        <w:t>ЗЕМЛЯ І ВІТЕР. Київ, 1922.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Білявий день втомився і притих...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