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воріт</w:t>
      </w:r>
    </w:p>
    <w:p>
      <w:r>
        <w:br/>
        <w:t xml:space="preserve"> &lt;p&gt;Їх гурток: стали під дверми класу, розмовляють бадьорим півголосом.</w:t>
      </w:r>
    </w:p>
    <w:p>
      <w:r>
        <w:br/>
        <w:t>— Вам чого, діти?</w:t>
      </w:r>
    </w:p>
    <w:p>
      <w:r>
        <w:br/>
        <w:t>Ми, пані, хочемо до школи,— говорить одно, найбільше певне себе, та дряпає в заклопотанні замурзане лице.</w:t>
      </w:r>
    </w:p>
    <w:p>
      <w:r>
        <w:br/>
        <w:t>Повздержливо, низьким голосом, який проглочує сентимент, говорю:</w:t>
      </w:r>
    </w:p>
    <w:p>
      <w:r>
        <w:br/>
        <w:t>— Ходімте, запишу вас.</w:t>
      </w:r>
    </w:p>
    <w:p>
      <w:r>
        <w:br/>
        <w:t>Поставали кругом стола, зорять за бистрими рухами пера. А коли котре почує на собі мій погляд, спалахне слабкою тінню і стулиться в купку, ніби той мертвий жучок.</w:t>
      </w:r>
    </w:p>
    <w:p>
      <w:r>
        <w:br/>
        <w:t>— Як пишешся?</w:t>
      </w:r>
    </w:p>
    <w:p>
      <w:r>
        <w:br/>
        <w:t>— Оленка Шугенюк.</w:t>
      </w:r>
    </w:p>
    <w:p>
      <w:r>
        <w:br/>
        <w:t>— Село, повіт?</w:t>
      </w:r>
    </w:p>
    <w:p>
      <w:r>
        <w:br/>
        <w:t>— Кийданів, Бучач.</w:t>
      </w:r>
    </w:p>
    <w:p>
      <w:r>
        <w:br/>
        <w:t>— Родичі де?</w:t>
      </w:r>
    </w:p>
    <w:p>
      <w:r>
        <w:br/>
        <w:t>— Тато у Канаді. Перш за все були у Фортвілю, тепер переїхали, але не пишуть, де. Вже п'ять літ як з дому.</w:t>
      </w:r>
    </w:p>
    <w:p>
      <w:r>
        <w:br/>
        <w:t>— Багато вас дітей?</w:t>
      </w:r>
    </w:p>
    <w:p>
      <w:r>
        <w:br/>
        <w:t>— Одно в шпиталю на "реперації", а я з мамою осьдечки.</w:t>
      </w:r>
    </w:p>
    <w:p>
      <w:r>
        <w:br/>
        <w:t>— Померло котре?</w:t>
      </w:r>
    </w:p>
    <w:p>
      <w:r>
        <w:br/>
        <w:t>— Та всюди, в Грядищі, у Вінкельсдорфі і в Цветлю... Скрізь по одному.</w:t>
      </w:r>
    </w:p>
    <w:p>
      <w:r>
        <w:br/>
        <w:t>— Як се ти попала у сей Гмінд, небого?</w:t>
      </w:r>
    </w:p>
    <w:p>
      <w:r>
        <w:br/>
        <w:t>Підняла худенькі рамена, мов птах, що он-он пурхне від землі.</w:t>
      </w:r>
    </w:p>
    <w:p>
      <w:r>
        <w:br/>
        <w:t>— То, прошу пані, нас заладували на колій. На Зелені Свята стали дуже кулі летіти, і наші війська нас вигнали, бо вже була битка під лісом. Дівчата повиносили шмаття на городи, позакопували. Зі скорострілів так москалі стріляли, що раз! Забили свиню на ланах, рух зробився, та й ми пішли на ксьондзове поле за водою, а потім до Вольфсбергу, а з Вольфсбергу на Гмінд...</w:t>
      </w:r>
    </w:p>
    <w:p>
      <w:r>
        <w:br/>
        <w:t>Кількома стрічками невидних слів які поміряно простори! Скільки білих кілометрових стовпів, піль, розгойданих вітрами, глибоких, як ніч, лісів, ще й рік, розлитих зловороже!..</w:t>
      </w:r>
    </w:p>
    <w:p>
      <w:r>
        <w:br/>
        <w:t>— А на Чехії діти дуже мерли?</w:t>
      </w:r>
    </w:p>
    <w:p>
      <w:r>
        <w:br/>
        <w:t>— Там не мерли. Не було шпиталів. Тут, на Гмінді, покладено наших у ями багацько... Дуже много шпиталів побудували.</w:t>
      </w:r>
    </w:p>
    <w:p>
      <w:r>
        <w:br/>
        <w:t>Стоїть переді мною така поважна в рухах, бистра у висновках, зв'язка в словах! Спідничка на ній з сірої дерги, кабатина з сінника, низка зелених "перлів" на шиї, руки порепані, кривавлять.</w:t>
      </w:r>
    </w:p>
    <w:p>
      <w:r>
        <w:br/>
        <w:t>— А ти, маленька, як пишешся?</w:t>
      </w:r>
    </w:p>
    <w:p>
      <w:r>
        <w:br/>
        <w:t>— Пишуся Доця Косик, село Незвиска, повіт Городенка,— виголошує за одним віддихом, як привчена сорока. Сю формулу Доця знає напам'ять — вона її метрика, паспорт, свідоцтво приналежності до нації.</w:t>
      </w:r>
    </w:p>
    <w:p>
      <w:r>
        <w:br/>
        <w:t>— Ти давно вийшла з карантани?</w:t>
      </w:r>
    </w:p>
    <w:p>
      <w:r>
        <w:br/>
        <w:t>— Буде три неділі.</w:t>
      </w:r>
    </w:p>
    <w:p>
      <w:r>
        <w:br/>
        <w:t>— А де ліпше: там чи тут?</w:t>
      </w:r>
    </w:p>
    <w:p>
      <w:r>
        <w:br/>
        <w:t>— Госпідку, та на вольних бараках ліпше!</w:t>
      </w:r>
    </w:p>
    <w:p>
      <w:r>
        <w:br/>
        <w:t>— Мама де?</w:t>
      </w:r>
    </w:p>
    <w:p>
      <w:r>
        <w:br/>
        <w:t>— "Злапана" до Росії. Я з бабою приїхала.</w:t>
      </w:r>
    </w:p>
    <w:p>
      <w:r>
        <w:br/>
        <w:t>— Зі шпиталю вертаєш?</w:t>
      </w:r>
    </w:p>
    <w:p>
      <w:r>
        <w:br/>
        <w:t>— Ні,— сміється мило,— йно баба не мають мене чим погодувати.</w:t>
      </w:r>
    </w:p>
    <w:p>
      <w:r>
        <w:br/>
        <w:t>— Багато вас дітей?</w:t>
      </w:r>
    </w:p>
    <w:p>
      <w:r>
        <w:br/>
        <w:t>— Дуже небагато.</w:t>
      </w:r>
    </w:p>
    <w:p>
      <w:r>
        <w:br/>
        <w:t>— Ну кілько?</w:t>
      </w:r>
    </w:p>
    <w:p>
      <w:r>
        <w:br/>
        <w:t>— А п'ятеро...</w:t>
      </w:r>
    </w:p>
    <w:p>
      <w:r>
        <w:br/>
        <w:t>Виджу я тебе, українська бабусю! Колись кріпка, весела й потрібна всьому родові, мов сонічко боже, а тепер зажурена, аж чорна, грієш півнагі тільця дітей, як крізь усі щілки мече водою і вітром, дуєш на рани від блощиць, що жалять до нестями, і посеред нічних прокльонів та ломоту дверей молиш небесні сили, щоб помогли донести отсей дріб синові, цісарському стрільцеві...</w:t>
      </w:r>
    </w:p>
    <w:p>
      <w:r>
        <w:br/>
        <w:t>— А ти як пишешся?</w:t>
      </w:r>
    </w:p>
    <w:p>
      <w:r>
        <w:br/>
        <w:t>— Катерина Равлюк.</w:t>
      </w:r>
    </w:p>
    <w:p>
      <w:r>
        <w:br/>
        <w:t>— З ким тут?</w:t>
      </w:r>
    </w:p>
    <w:p>
      <w:r>
        <w:br/>
        <w:t>— Дядина є.</w:t>
      </w:r>
    </w:p>
    <w:p>
      <w:r>
        <w:br/>
        <w:t>Підносить рам'я, щоби загорнути волосся з-понад брів, і тільки тоді бачу, як з темної основи уставок виступає незнаний мені мотив високо артистичним обрисом.</w:t>
      </w:r>
    </w:p>
    <w:p>
      <w:r>
        <w:br/>
        <w:t>— Хто се вишивав?</w:t>
      </w:r>
    </w:p>
    <w:p>
      <w:r>
        <w:br/>
        <w:t>— Хто ж би, сама!</w:t>
      </w:r>
    </w:p>
    <w:p>
      <w:r>
        <w:br/>
        <w:t>Знизує легко плечима: їй трохи смішно.</w:t>
      </w:r>
    </w:p>
    <w:p>
      <w:r>
        <w:br/>
        <w:t>— Тепер не шиєш хіба? Коцика нема!</w:t>
      </w:r>
    </w:p>
    <w:p>
      <w:r>
        <w:br/>
        <w:t>Усміх заволікся турботою:</w:t>
      </w:r>
    </w:p>
    <w:p>
      <w:r>
        <w:br/>
        <w:t>— Я ще маю двадцять мотошечків, тоненьких, по грайцару, але нездалих... Добрий коцик, чим переться, тим красший стає. Ми наш закопали у ямі, а як москалі втікали, то вже був зогнилий... (До шитки, проше, треба сукати!) . Ще як розводжу — нічого, але як прийдеться заповняти, що потягну за ниточку, троха не плачу...</w:t>
      </w:r>
    </w:p>
    <w:p>
      <w:r>
        <w:br/>
        <w:t>Хотіла ще щось сказати, але надавили її з боків, діточа юрба розходилася ходором:</w:t>
      </w:r>
    </w:p>
    <w:p>
      <w:r>
        <w:br/>
        <w:t>— Ай... пустіть мене, пустіть!—лепетіло засмалене дівчатко понад голови других. У мові зусилля, ліве рам'я томить судорога, очі блудять високо, повні сліз.</w:t>
      </w:r>
    </w:p>
    <w:p>
      <w:r>
        <w:br/>
        <w:t>— В нашім селі була цілий рік... швармлінія... Мама пішли до Данії... на контракти...</w:t>
      </w:r>
    </w:p>
    <w:p>
      <w:r>
        <w:br/>
        <w:t>— Слідуюча!</w:t>
      </w:r>
    </w:p>
    <w:p>
      <w:r>
        <w:br/>
        <w:t>— Щепківська Тацька з Космирина.</w:t>
      </w:r>
    </w:p>
    <w:p>
      <w:r>
        <w:br/>
        <w:t>Вона проста, чистенька, як смерічка, виросла на зеленій обочі.</w:t>
      </w:r>
    </w:p>
    <w:p>
      <w:r>
        <w:br/>
        <w:t>— Я не маю нікого. Тато убиті під Галичем, а маму й обі сестри в Космирині граната розірвала.</w:t>
      </w:r>
    </w:p>
    <w:p>
      <w:r>
        <w:br/>
        <w:t>Загортаюся в свій шаль, дарма що тут і там снується ще полиняле, осіннє сонце. Воно світить на таблички, заставлені військом кривульок, на дочку фараона, що он на образку виймає з кошика маленького Мойсея,— на худенькі, байдужі обличчя, схилені над лавками, і не роздає радості нікому. День довгий, як рік, голодний обід далеченько! Тільки весела Доця Косик веретениться, аж кіски скачуть.</w:t>
      </w:r>
    </w:p>
    <w:p>
      <w:r>
        <w:br/>
        <w:t>Кажуть про неї, що коли пороздають на кухнях харчі, вона біжить туди і за ложку каші виспівує кому треба її не треба:</w:t>
      </w:r>
    </w:p>
    <w:p>
      <w:r>
        <w:br/>
        <w:t>Ой червоний бурачок,</w:t>
      </w:r>
    </w:p>
    <w:p>
      <w:r>
        <w:br/>
        <w:t>Зеленая гичка,</w:t>
      </w:r>
    </w:p>
    <w:p>
      <w:r>
        <w:br/>
        <w:t>Любив мене козачок,</w:t>
      </w:r>
    </w:p>
    <w:p>
      <w:r>
        <w:br/>
        <w:t>Хоч я невеличка...</w:t>
      </w:r>
    </w:p>
    <w:p>
      <w:r>
        <w:br/>
        <w:t>Одна тільки за всіх Доця підскакує на місці і трохи тяжким від застуди голосом з усіх маленьких сил тішиться своїм існуванням:</w:t>
      </w:r>
    </w:p>
    <w:p>
      <w:r>
        <w:br/>
        <w:t>— Сонце, о сонце!</w:t>
      </w:r>
    </w:p>
    <w:p>
      <w:r>
        <w:br/>
        <w:t>Діти, мов приворожені, дивляться вслід за її рукою, простягненою в світло.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воріт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