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річки</w:t>
      </w:r>
    </w:p>
    <w:p>
      <w:r>
        <w:br/>
        <w:t xml:space="preserve"> &lt;p&gt;Текла собі річка, річка невеличка, а хоч і невеличка була та річка, та, проте, глибоченька.</w:t>
      </w:r>
    </w:p>
    <w:p>
      <w:r>
        <w:br/>
        <w:t>Над річкою село, а в селі жив білявенький Микола із своєю мамою, і хата їхня стояла над річкою. Миколина бабуня, як іще жива була, казала:</w:t>
      </w:r>
    </w:p>
    <w:p>
      <w:r>
        <w:br/>
        <w:t>— Наш город у річці полощеться.</w:t>
      </w:r>
    </w:p>
    <w:p>
      <w:r>
        <w:br/>
        <w:t>Справді, город їхній спускався аж до самісінької річки, понад річкою щороку садовили капусту, і як треба було Миколці збігати до кооперації чи по гас, чи по сірники, мати казала:</w:t>
      </w:r>
    </w:p>
    <w:p>
      <w:r>
        <w:br/>
        <w:t>— Ти, Миколко, біжи капустами — так ближче!</w:t>
      </w:r>
    </w:p>
    <w:p>
      <w:r>
        <w:br/>
        <w:t>А ще ближче було до кооперації, як перепливти річку, а потім, пробігши навпростець лугом, перебрести через річку, бо там був брід,— там річку і перебродили і возами переїздили...</w:t>
      </w:r>
    </w:p>
    <w:p>
      <w:r>
        <w:br/>
        <w:t>Миколці було там води попідруки, не більше, іноді хіба, як трохи вбік ступнеш, ну тоді булькнеш з головою.</w:t>
      </w:r>
    </w:p>
    <w:p>
      <w:r>
        <w:br/>
        <w:t>— Я, мамо, не капустами побіжу, а пропливу, а потім лугом, а там перебреду, так ближче,— каже було матері Миколка.</w:t>
      </w:r>
    </w:p>
    <w:p>
      <w:r>
        <w:br/>
        <w:t>— А я тобі кажу — біжи капустами, бо ще втопишся,— сердиться мати.</w:t>
      </w:r>
    </w:p>
    <w:p>
      <w:r>
        <w:br/>
        <w:t>— Щоб я та втопився?! Я плавати вмію!</w:t>
      </w:r>
    </w:p>
    <w:p>
      <w:r>
        <w:br/>
        <w:t>— А як ти з бляшанкою та з сірниками пливтимеш? Ось не вигадуй мені, біжи, кажу, капустами!</w:t>
      </w:r>
    </w:p>
    <w:p>
      <w:r>
        <w:br/>
        <w:t>— Вертатимусь з сірниками капустами, а туди перепливу! — сперечався Миколка.</w:t>
      </w:r>
    </w:p>
    <w:p>
      <w:r>
        <w:br/>
        <w:t>Мати знала, що Миколка плавати вмів, річку перепливав вільно.</w:t>
      </w:r>
    </w:p>
    <w:p>
      <w:r>
        <w:br/>
        <w:t>— Та біжи вже,— махала мати рукою,— хіба тебе переспориш?..</w:t>
      </w:r>
    </w:p>
    <w:p>
      <w:r>
        <w:br/>
        <w:t>Миколка підстрибцем у берег, труси на голову, як картуз, бляшанку чіпляв на шию, та в річку,— і на тім березі.</w:t>
      </w:r>
    </w:p>
    <w:p>
      <w:r>
        <w:br/>
        <w:t>А з крамнички вже вертався або вулицею, або капустами, пливти не можна, сірники замочиш...</w:t>
      </w:r>
    </w:p>
    <w:p>
      <w:r>
        <w:br/>
        <w:t>Річки Миколка не боявся аж ніяк: улітку цілими днями купався, печерував раки з хлопцями, а взимку, як річка замерзне, скільки було для Миколки та його товаришів радощів, скільки веселощів: і на ковзанах по льоду бігати, і на ковзанках,— як розженешся з берега, так аж до того берега перелітаєш — і на двох ногах, і на одній, і навприсядки.</w:t>
      </w:r>
    </w:p>
    <w:p>
      <w:r>
        <w:br/>
        <w:t>А як парубки з дівчатами крутилку було зроблять!</w:t>
      </w:r>
    </w:p>
    <w:p>
      <w:r>
        <w:br/>
        <w:t>Серед річки в кригу вбивається кілок, на кілок надівається старе колесо, між спицями встромлюються довгі дрючки, а до них на кінцях прив'язуються санчата.</w:t>
      </w:r>
    </w:p>
    <w:p>
      <w:r>
        <w:br/>
        <w:t>Хлопці кілками крутять колесо, а санчата по колу вихором літають.</w:t>
      </w:r>
    </w:p>
    <w:p>
      <w:r>
        <w:br/>
        <w:t>Держись тільки!</w:t>
      </w:r>
    </w:p>
    <w:p>
      <w:r>
        <w:br/>
        <w:t>Сприснули руки, не вдержався,— грудкою вилітаєш із санчат і летиш перекидом по кризі та об берег тільки — грюк!</w:t>
      </w:r>
    </w:p>
    <w:p>
      <w:r>
        <w:br/>
        <w:t>І нічого не болить! Тільки ж весело як!</w:t>
      </w:r>
    </w:p>
    <w:p>
      <w:r>
        <w:br/>
        <w:t>А то ще пізньої осені, коли тільки-но річка починає кригою братися, лід іще тоненький, і як на нього ступнеш, він тільки — рип! — і виляски з того рипу так по всій річці і покотяться.</w:t>
      </w:r>
    </w:p>
    <w:p>
      <w:r>
        <w:br/>
        <w:t>Тоді бійся далі ступати — так і шугнеш під лід з головою!</w:t>
      </w:r>
    </w:p>
    <w:p>
      <w:r>
        <w:br/>
        <w:t>От як лід дужче вже замерзне і хоч рипить-тріщить, та не провалюється, а тільки вгинається, крижана перина на річці робиться, тоді можна розігнатись по тій перині, посковзнутися... і страшно, і радісно: ти летиш, а крига перед тобою хвилями...</w:t>
      </w:r>
    </w:p>
    <w:p>
      <w:r>
        <w:br/>
        <w:t>Тільки так, щоб мати не бачила, бо за такі крижані перини перепадало від матері віником, а то ще було мати й у хаті замкне, доки з роботи прийде.</w:t>
      </w:r>
    </w:p>
    <w:p>
      <w:r>
        <w:br/>
        <w:t>— Я тобі дам крижаної перини! Шугнеш під лід, де я тебе тоді шукатиму?! Сиди вдома!</w:t>
      </w:r>
    </w:p>
    <w:p>
      <w:r>
        <w:br/>
        <w:t>Тоді дуже сумно в хаті сидіти і плакати хочеться...</w:t>
      </w:r>
    </w:p>
    <w:p>
      <w:r>
        <w:br/>
        <w:t>Хоч і сумно в хаті замкнутому сидіти, хоч і невдоволений Миколка із своєї матері, та, проте, краще все-таки матері слухатися.</w:t>
      </w:r>
    </w:p>
    <w:p>
      <w:r>
        <w:br/>
        <w:t>Одного разу треба було Микол ці збігати до кооперації по сірники.</w:t>
      </w:r>
    </w:p>
    <w:p>
      <w:r>
        <w:br/>
        <w:t>Діло було пізної осені, річка замерзла і вже взялася тоненькою кригою.</w:t>
      </w:r>
    </w:p>
    <w:p>
      <w:r>
        <w:br/>
        <w:t>— Біжи ж вулицею, не здумай через річку пересковзуватися,— наказувала Миколці мати.— Крига ще тонка, не витримає, провалишся...</w:t>
      </w:r>
    </w:p>
    <w:p>
      <w:r>
        <w:br/>
        <w:t>— Та...— такнув у відповідь Миколка...</w:t>
      </w:r>
    </w:p>
    <w:p>
      <w:r>
        <w:br/>
        <w:t>Вибіг Миколка з хати, озирнувся, чи не дивиться мати,— та не на вулицю вибіг, а подався у берег.</w:t>
      </w:r>
    </w:p>
    <w:p>
      <w:r>
        <w:br/>
        <w:t>Річка вже стала. Лід на ній молоденький та блискучий-блискучий.</w:t>
      </w:r>
    </w:p>
    <w:p>
      <w:r>
        <w:br/>
        <w:t>— Перескочу! Пересковзнусь! — подумав Миколка, розігнався і на лід.</w:t>
      </w:r>
    </w:p>
    <w:p>
      <w:r>
        <w:br/>
        <w:t>Лід затріщав, угнувся і на всі боки пішли виляски й тріщини.</w:t>
      </w:r>
    </w:p>
    <w:p>
      <w:r>
        <w:br/>
        <w:t>І до середини ще не досковзнувся Микола, раптом — трісь! — лід зламався, і Миколка пірнув з головою у крижану воду.</w:t>
      </w:r>
    </w:p>
    <w:p>
      <w:r>
        <w:br/>
        <w:t>Він виринув, не розгубився та замість того, щоб пливти назад до свого берега, вирішив вилізти на кригу, щоб перебігти на той бік.</w:t>
      </w:r>
    </w:p>
    <w:p>
      <w:r>
        <w:br/>
        <w:t>Що візьметься за лід рукою, він — трісь! — і вламався,— трісь! — і вламався.</w:t>
      </w:r>
    </w:p>
    <w:p>
      <w:r>
        <w:br/>
        <w:t>Сусіда, дядько Мусій, якраз витягав на берег човна на зиму.</w:t>
      </w:r>
    </w:p>
    <w:p>
      <w:r>
        <w:br/>
        <w:t>Він побачив, як Микола провалився, й крикнув:</w:t>
      </w:r>
    </w:p>
    <w:p>
      <w:r>
        <w:br/>
        <w:t>— Пливи назад! Сюди ближче!</w:t>
      </w:r>
    </w:p>
    <w:p>
      <w:r>
        <w:br/>
        <w:t>А Микола своєї: пнеться туди, до того берега, і пірнає.</w:t>
      </w:r>
    </w:p>
    <w:p>
      <w:r>
        <w:br/>
        <w:t>Бачить дядько Мусій, що хлопець із сил уже вибивається, вхопив багра, підбіг,— а багор був довгенький,— і зачепив гаком Миколу за штанчата й витяг на берег.</w:t>
      </w:r>
    </w:p>
    <w:p>
      <w:r>
        <w:br/>
        <w:t>— Ну чого тебе туди понесло? Не бачиш хіба, що лід іще тонкий? Біжи швидше додому та на піч, а то застудишся!</w:t>
      </w:r>
    </w:p>
    <w:p>
      <w:r>
        <w:br/>
        <w:t>Було Миколі від матері. Було й на печі, було й тоді, як і з печі вже зліз.</w:t>
      </w:r>
    </w:p>
    <w:p>
      <w:r>
        <w:br/>
        <w:t>Хоч і горілкою мати витерла, і чаєм з липовим цвітом напоїла, та, проте, довелося і віника скуштувати, і в кутку постояти.</w:t>
      </w:r>
    </w:p>
    <w:p>
      <w:r>
        <w:br/>
        <w:t>А найболячіше було те, що, мабуть, із тиждень замикала мати Миколу в хаті, як ішла на роботу.</w:t>
      </w:r>
    </w:p>
    <w:p>
      <w:r>
        <w:br/>
        <w:t>Чи боявся після цього випадку Микола річки?</w:t>
      </w:r>
    </w:p>
    <w:p>
      <w:r>
        <w:br/>
        <w:t>Не дуже! Щоправда з крижаними перинами він був обережніший, а як добре замерзала річка, увесь час він на річці — і на сковзанках, і на ковзанах, і на крутилках.</w:t>
      </w:r>
    </w:p>
    <w:p>
      <w:r>
        <w:br/>
        <w:t>А влітку — і раки печерував, як завжди, і вже плавав, плавав, без кінця купався та плавав.</w:t>
      </w:r>
    </w:p>
    <w:p>
      <w:r>
        <w:br/>
        <w:t>А як було хтось нагадає:</w:t>
      </w:r>
    </w:p>
    <w:p>
      <w:r>
        <w:br/>
        <w:t>— Ану розкажи, Миколо, як ти під кригою восени плавав?</w:t>
      </w:r>
    </w:p>
    <w:p>
      <w:r>
        <w:br/>
        <w:t>— Ну то й що? — сердився Микола.— Ну й виплив! Не втопився ж!</w:t>
      </w:r>
    </w:p>
    <w:p>
      <w:r>
        <w:br/>
        <w:t>— Та то ж не ти сам виплив,— сміялися хлопці,— то тебе дядьків Мусіїв гак за штани "виплив"!</w:t>
      </w:r>
    </w:p>
    <w:p>
      <w:r>
        <w:br/>
        <w:t>Микола махав рукою:</w:t>
      </w:r>
    </w:p>
    <w:p>
      <w:r>
        <w:br/>
        <w:t>— Побачимо, як із вами таке трапиться!</w:t>
      </w:r>
    </w:p>
    <w:p>
      <w:r>
        <w:br/>
        <w:t>Коли Микола підріс і ходив уже до школи, він так плавав, що ніхто з товаришів його випередити не міг і ніхто довше, як він, не міг пробути під водою.</w:t>
      </w:r>
    </w:p>
    <w:p>
      <w:r>
        <w:br/>
        <w:t>Як призвали Миколу до Радянської Армії, призначили його до Чорноморського військового флоту.</w:t>
      </w:r>
    </w:p>
    <w:p>
      <w:r>
        <w:br/>
        <w:t>Там він пройшов школу плавби, і тепер Микола майстер спорту і чемпіон Радянського Союзу з плавання.</w:t>
      </w:r>
    </w:p>
    <w:p>
      <w:r>
        <w:br/>
        <w:t>Тепер :він тільки весело посміхається, як приїздить додому, а йому дядько Мусій гака показує:</w:t>
      </w:r>
    </w:p>
    <w:p>
      <w:r>
        <w:br/>
        <w:t>— Оце, Миколо, той гак, що допоміг тобі чемпіоном стати!</w:t>
      </w:r>
    </w:p>
    <w:p>
      <w:r>
        <w:br/>
        <w:t>. . . . . . . . . . . . . . . . . . . . . . . . . .</w:t>
      </w:r>
    </w:p>
    <w:p>
      <w:r>
        <w:br/>
        <w:t>Коли розпитують Миколу, де він так добре навчився плавати, він замислюється і мрійно говорить:</w:t>
      </w:r>
    </w:p>
    <w:p>
      <w:r>
        <w:br/>
        <w:t>— Добре жити над річкою!</w:t>
      </w:r>
    </w:p>
    <w:p>
      <w:r>
        <w:br/>
        <w:t>— А як річки нема, тоді як?</w:t>
      </w:r>
    </w:p>
    <w:p>
      <w:r>
        <w:br/>
        <w:t>— Ставки треба копати,— говорить Микола.— Нема такого колгоспу, де б не можна запрудити чи викопати ставок. А в ставку так само можна навчитися плавати, як і в річці... Та ще до того коропів розводити... Он що треба робити!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річки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