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озера у лісі</w:t>
      </w:r>
    </w:p>
    <w:p>
      <w:r>
        <w:br/>
        <w:t xml:space="preserve"> БІЛЯ ОЗЕРА У ЛІСІ</w:t>
      </w:r>
    </w:p>
    <w:p>
      <w:r>
        <w:br/>
        <w:t>Темний ліс, стежина біла:&lt;br /&gt;</w:t>
        <w:br/>
        <w:t>чудно так, немовби сниться...&lt;br /&gt;</w:t>
        <w:br/>
        <w:t>— Причаїлась то лисиця?&lt;br /&gt;</w:t>
        <w:br/>
        <w:t>— Ні, гілляка поруділа:&lt;br /&gt;</w:t>
        <w:br/>
        <w:t>хтось її зламав і кинув.&lt;br /&gt;</w:t>
        <w:br/>
        <w:t>— За яку ж таку провину?&lt;br /&gt;</w:t>
        <w:br/>
        <w:t>Я мовчу — і ти мовчиш.&lt;br /&gt;</w:t>
        <w:br/>
        <w:t>День стає все гарячіш.&lt;br /&gt;</w:t>
        <w:br/>
        <w:t>Залишились батько й мати&lt;br /&gt;</w:t>
        <w:br/>
        <w:t>на узліссі на траві,-&lt;br /&gt;</w:t>
        <w:br/>
        <w:t>нам обід приготувати.&lt;br /&gt;</w:t>
        <w:br/>
        <w:t>...Що це в тебе на брові?&lt;br /&gt;</w:t>
        <w:br/>
        <w:t>Глиця? Дай зніму руками.&lt;br /&gt;</w:t>
        <w:br/>
        <w:t>Ну, та стій же... дереза!&lt;br /&gt;</w:t>
        <w:br/>
        <w:t>Глянь он: на сосні над нами&lt;br /&gt;</w:t>
        <w:br/>
        <w:t>білка шишку обгриза...&lt;br /&gt;</w:t>
        <w:br/>
        <w:t>Та маленька Наталюка&lt;br /&gt;</w:t>
        <w:br/>
        <w:t>раптом крикнула: — Гадюка!&lt;br /&gt;</w:t>
        <w:br/>
        <w:t>— Ні,— кажу,— звичайний вуж,&lt;br /&gt;</w:t>
        <w:br/>
        <w:t>сам тікав він чимдуж.&lt;br /&gt;</w:t>
        <w:br/>
        <w:t>Де його, питаєш, хата,&lt;br /&gt;</w:t>
        <w:br/>
        <w:t>і чого ушивсь прожогом? —&lt;br /&gt;</w:t>
        <w:br/>
        <w:t>Ой дівчаточко-небого,&lt;br /&gt;</w:t>
        <w:br/>
        <w:t>ти — широкі оченята!.&lt;br /&gt;</w:t>
        <w:br/>
        <w:t>Ти до всього ж бо цікава,&lt;br /&gt;</w:t>
        <w:br/>
        <w:t>квітонько ласкава.&lt;br /&gt;</w:t>
        <w:br/>
        <w:t>Шум кругом, немов хто бродить...&lt;br /&gt;</w:t>
        <w:br/>
        <w:t>Грушка стежку загородить,&lt;br /&gt;</w:t>
        <w:br/>
        <w:t>вільха руку подає —&lt;br /&gt;</w:t>
        <w:br/>
        <w:t>і не знаєш, де тиіє...&lt;br /&gt;</w:t>
        <w:br/>
        <w:t>Гриб найшла ось Наталюся.&lt;br /&gt;</w:t>
        <w:br/>
        <w:t>Дай сюди — я подивлюся!&lt;br /&gt;</w:t>
        <w:br/>
        <w:t>Від такого — тільки мор.&lt;br /&gt;</w:t>
        <w:br/>
        <w:t>Кинь його, це мухомор.&lt;br /&gt;</w:t>
        <w:br/>
        <w:t>Зараз на гриби ще бідно:&lt;br /&gt;</w:t>
        <w:br/>
        <w:t>без дощів же їх не видно,&lt;br /&gt;</w:t>
        <w:br/>
        <w:t>підем іншої доби&lt;br /&gt;</w:t>
        <w:br/>
        <w:t>по опеньки й по гриби.&lt;br /&gt;</w:t>
        <w:br/>
        <w:t>Ось пеньочки, трухлі, прілі;&lt;br /&gt;</w:t>
        <w:br/>
        <w:t>три берізки білі-білі,&lt;br /&gt;</w:t>
        <w:br/>
        <w:t>всі у фартушках, в наряді,&lt;br /&gt;</w:t>
        <w:br/>
        <w:t>аж тремтять — такі нам раді...&lt;br /&gt;</w:t>
        <w:br/>
        <w:t>Папороть тебе забавить:&lt;br /&gt;</w:t>
        <w:br/>
        <w:t>гостре листя розпушавить,&lt;br /&gt;</w:t>
        <w:br/>
        <w:t>руку враз твою шершавить,&lt;br /&gt;</w:t>
        <w:br/>
        <w:t>кличе все: — Жу-жу, жу-жу,&lt;br /&gt;</w:t>
        <w:br/>
        <w:t>підійди — щось іскажу!&lt;br /&gt;</w:t>
        <w:br/>
        <w:t>— Ні, ти краще нас зірви! —&lt;br /&gt;</w:t>
        <w:br/>
        <w:t>збоку чулось од трави.&lt;br /&gt;</w:t>
        <w:br/>
        <w:t>Оглянулись: там, де тіні,&lt;br /&gt;</w:t>
        <w:br/>
        <w:t>лісові дзвіночки сині...&lt;br /&gt;</w:t>
        <w:br/>
        <w:t>Тут Наталя танцювать:&lt;br /&gt;</w:t>
        <w:br/>
        <w:t>— Осьде три... чотири, п'ять!&lt;br /&gt;</w:t>
        <w:br/>
        <w:t>Рву для мами, рву для тата,-&lt;br /&gt;</w:t>
        <w:br/>
        <w:t>чуєте, як дзвонять дзвінко? —&lt;br /&gt;</w:t>
        <w:br/>
        <w:t>Ой русявенька дитинко,&lt;br /&gt;</w:t>
        <w:br/>
        <w:t>ти — широкі оченята!&lt;br /&gt;</w:t>
        <w:br/>
        <w:t>Павутиння між дерев;&lt;br /&gt;</w:t>
        <w:br/>
        <w:t>думає на нім павук...&lt;br /&gt;</w:t>
        <w:br/>
        <w:t>Чути десь і грюк, і рев.&lt;br /&gt;</w:t>
        <w:br/>
        <w:t>То лісник рубає дрова,&lt;br /&gt;</w:t>
        <w:br/>
        <w:t>мукає в дворі корова...&lt;br /&gt;</w:t>
        <w:br/>
        <w:t>А з сосни пташина: чирк!&lt;br /&gt;</w:t>
        <w:br/>
        <w:t>Гляне вниз — і нічичирк...&lt;br /&gt;</w:t>
        <w:br/>
        <w:t>Ти це, дятлоньку рябенький,&lt;br /&gt;</w:t>
        <w:br/>
        <w:t>на голівці червоненький?&lt;br /&gt;</w:t>
        <w:br/>
        <w:t>Цілий день ото клопочеш —&lt;br /&gt;</w:t>
        <w:br/>
        <w:t>їстоньки, голодний, хочеш?&lt;br /&gt;</w:t>
        <w:br/>
        <w:t>Сонце в листі прозира,-&lt;br /&gt;</w:t>
        <w:br/>
        <w:t>лискотить сосни кора...&lt;br /&gt;</w:t>
        <w:br/>
        <w:t>Ми з тобою ідемо.&lt;br /&gt;</w:t>
        <w:br/>
        <w:t>Стежка в — то знову щезне.&lt;br /&gt;</w:t>
        <w:br/>
        <w:t>Озеро — немов трюмо,&lt;br /&gt;</w:t>
        <w:br/>
        <w:t>та таке ж бо величезне,-&lt;br /&gt;</w:t>
        <w:br/>
        <w:t>тихо в берегах лежить.&lt;br /&gt;</w:t>
        <w:br/>
        <w:t>Пташка писне: хочу жить!&lt;br /&gt;</w:t>
        <w:br/>
        <w:t>Крильцем об трюмо черкає,&lt;br /&gt;</w:t>
        <w:br/>
        <w:t>вмент знімається й зникає...&lt;br /&gt;</w:t>
        <w:br/>
        <w:t>Ліс шумить та все гуде —&lt;br /&gt;</w:t>
        <w:br/>
        <w:t>голова кругом іде...&lt;br /&gt;</w:t>
        <w:br/>
        <w:t>Враз шепоче Наталюся:&lt;br /&gt;</w:t>
        <w:br/>
        <w:t>— Я ж боюся, я боюся,-&lt;br /&gt;</w:t>
        <w:br/>
        <w:t>зуби скалить он ведмідь...&lt;br /&gt;</w:t>
        <w:br/>
        <w:t>— Ні, виблискує то мідь.&lt;br /&gt;</w:t>
        <w:br/>
        <w:t>— Звідкіля ж узятись міді&lt;br /&gt;</w:t>
        <w:br/>
        <w:t>в стовбурі старого дуба?&lt;br /&gt;</w:t>
        <w:br/>
        <w:t>— Ох, дитинонька ти люба,&lt;br /&gt;</w:t>
        <w:br/>
        <w:t>скільки побувало гиді&lt;br /&gt;</w:t>
        <w:br/>
        <w:t>в наших селах і лісах!..&lt;br /&gt;</w:t>
        <w:br/>
        <w:t>Ми той день запам'ятали&lt;br /&gt;</w:t>
        <w:br/>
        <w:t>в час фашистської навали.&lt;br /&gt;</w:t>
        <w:br/>
        <w:t>Що тут діялось — це ж жах!&lt;br /&gt;</w:t>
        <w:br/>
        <w:t>Вороги прийшли в село,&lt;br /&gt;</w:t>
        <w:br/>
        <w:t>кожен з них — немов той звір,&lt;br /&gt;</w:t>
        <w:br/>
        <w:t>забігають просто в двір.&lt;br /&gt;</w:t>
        <w:br/>
        <w:t>Ой, як страшно то було!&lt;br /&gt;</w:t>
        <w:br/>
        <w:t>В них на касках — наче роги.&lt;br /&gt;</w:t>
        <w:br/>
        <w:t>— Падай,— гелгають,— у ноги!&lt;br /&gt;</w:t>
        <w:br/>
        <w:t>Вся земля ця вже не ваша:&lt;br /&gt;</w:t>
        <w:br/>
        <w:t>люди, й хліб, і коні, й наша.&lt;br /&gt;</w:t>
        <w:br/>
        <w:t>Ви ж віднині в нас раби —&lt;br /&gt;</w:t>
        <w:br/>
        <w:t>що не скажем, те й роби.&lt;br /&gt;</w:t>
        <w:br/>
        <w:t>Нашу мову переймайте,&lt;br /&gt;</w:t>
        <w:br/>
        <w:t>а свою геть забувайте;&lt;br /&gt;</w:t>
        <w:br/>
        <w:t>те, що їсти і що пить,-&lt;br /&gt;</w:t>
        <w:br/>
        <w:t>за кордон до нас везіть!&lt;br /&gt;</w:t>
        <w:br/>
        <w:t>В мене ж думка: треба битись,&lt;br /&gt;</w:t>
        <w:br/>
        <w:t>а не тільки боронитись!&lt;br /&gt;</w:t>
        <w:br/>
        <w:t>Влада нас попереджала:&lt;br /&gt;</w:t>
        <w:br/>
        <w:t>вирвати гадючі жала!&lt;br /&gt;</w:t>
        <w:br/>
        <w:t>Сили збройнії готові&lt;br /&gt;</w:t>
        <w:br/>
        <w:t>в нас були напоготові,&lt;br /&gt;</w:t>
        <w:br/>
        <w:t>проти ворога щоб стати.&lt;br /&gt;</w:t>
        <w:br/>
        <w:t>Ти, Радянськая країно,&lt;br /&gt;</w:t>
        <w:br/>
        <w:t>всіх сипів скликай, як мати,-&lt;br /&gt;</w:t>
        <w:br/>
        <w:t>хай же встануть воєдино&lt;br /&gt;</w:t>
        <w:br/>
        <w:t>росіяни й українці,&lt;br /&gt;</w:t>
        <w:br/>
        <w:t>білоруси й молдавани.&lt;br /&gt;</w:t>
        <w:br/>
        <w:t>Вдарить Армія Радянська —&lt;br /&gt;</w:t>
        <w:br/>
        <w:t>сила знітиться поганська.&lt;br /&gt;</w:t>
        <w:br/>
        <w:t>Ми ж ідем у партизани.&lt;br /&gt;</w:t>
        <w:br/>
        <w:t>Не збороть нам поодинці&lt;br /&gt;</w:t>
        <w:br/>
        <w:t>цих загарбників, заброд,&lt;br /&gt;</w:t>
        <w:br/>
        <w:t>що розпалюють війну...&lt;br /&gt;</w:t>
        <w:br/>
        <w:t>...Дай на мить передихну.&lt;br /&gt;</w:t>
        <w:br/>
        <w:t>Наталюню, що ти! що ти!&lt;br /&gt;</w:t>
        <w:br/>
        <w:t>в тебе сльози...&lt;br /&gt;</w:t>
        <w:br/>
        <w:t>Наш народ&lt;br /&gt;</w:t>
        <w:br/>
        <w:t>цих заброд змітав аж доти,&lt;br /&gt;</w:t>
        <w:br/>
        <w:t>поки з них не залишилось&lt;br /&gt;</w:t>
        <w:br/>
        <w:t>ні одного палія!&lt;br /&gt;</w:t>
        <w:br/>
        <w:t>З ними в нас давно скінчилось.&lt;br /&gt;</w:t>
        <w:br/>
        <w:t>...От і розповідь моя.&lt;br /&gt;</w:t>
        <w:br/>
        <w:t>Ні, чекай... іще... згадаю:&lt;br /&gt;</w:t>
        <w:br/>
        <w:t>ми зібрались там, у гаю,-&lt;br /&gt;</w:t>
        <w:br/>
        <w:t>партизани. Нас багато&lt;br /&gt;</w:t>
        <w:br/>
        <w:t>(хто в чім вирвавсь од... собак)&lt;br /&gt;</w:t>
        <w:br/>
        <w:t>і улюблений твій тато —&lt;br /&gt;</w:t>
        <w:br/>
        <w:t>молодий тоді юнак.&lt;br /&gt;</w:t>
        <w:br/>
        <w:t>Чуємо: доби нічної&lt;br /&gt;</w:t>
        <w:br/>
        <w:t>бухають з гармат сюди.&lt;br /&gt;</w:t>
        <w:br/>
        <w:t>Розриваються набої&lt;br /&gt;</w:t>
        <w:br/>
        <w:t>на узліссі... й близ води...&lt;br /&gt;</w:t>
        <w:br/>
        <w:t>І один із тих набоїв&lt;br /&gt;</w:t>
        <w:br/>
        <w:t>в дуб попав...&lt;br /&gt;</w:t>
        <w:br/>
        <w:t>Далекі дні!&lt;br /&gt;</w:t>
        <w:br/>
        <w:t>Рану дуб свою загоїв,&lt;br /&gt;</w:t>
        <w:br/>
        <w:t>а народ — не зразу, ні.&lt;br /&gt;</w:t>
        <w:br/>
        <w:t>Ленін нам вказав дорогу&lt;br /&gt;</w:t>
        <w:br/>
        <w:t>в ті трудні, страшнії дні.&lt;br /&gt;</w:t>
        <w:br/>
        <w:t>Перемогу, перемогу&lt;br /&gt;</w:t>
        <w:br/>
        <w:t>ми одержали в війні!&lt;br /&gt;</w:t>
        <w:br/>
        <w:t>Будемо ж співать з тобою:&lt;br /&gt;</w:t>
        <w:br/>
        <w:t>паш народ за мир стоїть.&lt;br /&gt;</w:t>
        <w:br/>
        <w:t>Проти воєн ми й розбою,&lt;br /&gt;</w:t>
        <w:br/>
        <w:t>ми за те, щоб в дружбі жить.&lt;br /&gt;</w:t>
        <w:br/>
        <w:t>...Я замовк. А Наталюся&lt;br /&gt;</w:t>
        <w:br/>
        <w:t>повторила: — "Наш народ..."&lt;br /&gt;</w:t>
        <w:br/>
        <w:t>Я ведмедя не боюся,&lt;br /&gt;</w:t>
        <w:br/>
        <w:t>я боюся тих заброд.&lt;br /&gt;</w:t>
        <w:br/>
        <w:t>Все сиділа та журилась.&lt;br /&gt;</w:t>
        <w:br/>
        <w:t>Щось спитать її кортить?&lt;br /&gt;</w:t>
        <w:br/>
        <w:t>То на озеро дивилась,&lt;br /&gt;</w:t>
        <w:br/>
        <w:t>то на дуб, що блискотить...&lt;br /&gt;</w:t>
        <w:br/>
        <w:t>О! вже чути голос тата.&lt;br /&gt;</w:t>
        <w:br/>
        <w:t>Ну ходімо ж, Наталюнь!&lt;br /&gt;</w:t>
        <w:br/>
        <w:t>Ти — широкі оченята,&lt;br /&gt;</w:t>
        <w:br/>
        <w:t>ти — не юнь, а ще під'юнь.&lt;br /&gt;</w:t>
        <w:br/>
        <w:t>Я підвівсь. Вона устала&lt;br /&gt;</w:t>
        <w:br/>
        <w:t>і задумана іде...&lt;br /&gt;</w:t>
        <w:br/>
        <w:t>— "Наш народ..." — все повторяла.&lt;br /&gt;</w:t>
        <w:br/>
        <w:t>...Ліс шумить кругом, гуде.&lt;br /&gt;</w:t>
        <w:br/>
        <w:t>Лиш берізоньки мережка&lt;br /&gt;</w:t>
        <w:br/>
        <w:t>радо-радісно дрижить...&lt;br /&gt;</w:t>
        <w:br/>
        <w:t>А із лісу біла стежка&lt;br /&gt;</w:t>
        <w:br/>
        <w:t>щезне враз — то знов біжить,&lt;br /&gt;</w:t>
        <w:br/>
        <w:t>уперед біжить, біжить...&lt;br /&gt;</w:t>
        <w:br/>
        <w:t>[1961]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озера у лісі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