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мисливського дому</w:t>
      </w:r>
    </w:p>
    <w:p>
      <w:r>
        <w:br/>
        <w:t xml:space="preserve"> Стою бентежний на високій кручі,&lt;br /&gt;</w:t>
        <w:br/>
        <w:t>Де Хорті збудував Мисливський дім.&lt;br /&gt;</w:t>
        <w:br/>
        <w:t>І чую звуки ловів, рев могучий,&lt;br /&gt;</w:t>
        <w:br/>
        <w:t>І голоси, котрі лунали в нім.</w:t>
      </w:r>
    </w:p>
    <w:p>
      <w:r>
        <w:br/>
        <w:t>А ген старий Дунай розкривсь, як брама,&lt;br /&gt;</w:t>
        <w:br/>
        <w:t>Блискуча стрічка пролягла у даль,&lt;br /&gt;</w:t>
        <w:br/>
        <w:t>Немов якась вельможна світська дама&lt;br /&gt;</w:t>
        <w:br/>
        <w:t>Навскрізь віки розкинула вуаль.</w:t>
      </w:r>
    </w:p>
    <w:p>
      <w:r>
        <w:br/>
        <w:t>Стрункі графині, юні баронеси&lt;br /&gt;</w:t>
        <w:br/>
        <w:t>Колись в цей дім вливались, як вино.&lt;br /&gt;</w:t>
        <w:br/>
        <w:t>Говорять люди, що сама принцеса&lt;br /&gt;</w:t>
        <w:br/>
        <w:t>Тут грала з адміралом в доміно.</w:t>
      </w:r>
    </w:p>
    <w:p>
      <w:r>
        <w:br/>
        <w:t>Блищали скрізь оправи щирозлоті,&lt;br /&gt;</w:t>
        <w:br/>
        <w:t>Сміявся чардаш, лився полонез,&lt;br /&gt;</w:t>
        <w:br/>
        <w:t>Снували слуги, стомлені до поту,&lt;br /&gt;</w:t>
        <w:br/>
        <w:t>І музика здіймалась до небес.</w:t>
      </w:r>
    </w:p>
    <w:p>
      <w:r>
        <w:br/>
        <w:t>Любовні клятви навдокіль лунали,&lt;br /&gt;</w:t>
        <w:br/>
        <w:t>Сходили п'яні Музи та Парнас,&lt;br /&gt;</w:t>
        <w:br/>
        <w:t>Коли гучні святкові карнавали&lt;br /&gt;</w:t>
        <w:br/>
        <w:t>Зорю стрічали вранішню щораз.</w:t>
      </w:r>
    </w:p>
    <w:p>
      <w:r>
        <w:br/>
        <w:t>...Тепер тут тихо. Янголи злітають&lt;br /&gt;</w:t>
        <w:br/>
        <w:t>Сюди спочити в дивній тишині —&lt;br /&gt;</w:t>
        <w:br/>
        <w:t>Все відійшло з безжальними літами,&lt;br /&gt;</w:t>
        <w:br/>
        <w:t>Розтануло, згубилось, наче сніг.</w:t>
      </w:r>
    </w:p>
    <w:p>
      <w:r>
        <w:br/>
        <w:t>Не допусти, о Господи безцінний,&lt;br /&gt;</w:t>
        <w:br/>
        <w:t>Щоб в небуття, як цей мисливський дім,&lt;br /&gt;</w:t>
        <w:br/>
        <w:t>Упала велич рідної Вкраїни&lt;br /&gt;</w:t>
        <w:br/>
        <w:t>Серед віків в зачассі грозовім!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мисливського дому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