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Білі гуси летять над лугами...</w:t>
      </w:r>
    </w:p>
    <w:p>
      <w:r>
        <w:br/>
        <w:t xml:space="preserve"> Білі гуси летять над лугами,&lt;br /&gt;</w:t>
        <w:br/>
        <w:t>в синім небі біліють снігами,&lt;br /&gt;</w:t>
        <w:br/>
        <w:t>в синім небі хмарками зникають,&lt;br /&gt;</w:t>
        <w:br/>
        <w:t>довго-довго їх очі шукають.</w:t>
      </w:r>
    </w:p>
    <w:p>
      <w:r>
        <w:br/>
        <w:t>Білі гуси на озеро впали,&lt;br /&gt;</w:t>
        <w:br/>
        <w:t>тихі води кругом розгойдали...&lt;br /&gt;</w:t>
        <w:br/>
        <w:t>Розцвіли, як купави великі...&lt;br /&gt;</w:t>
        <w:br/>
        <w:t>Довго-довго їх чуються крики.</w:t>
      </w:r>
    </w:p>
    <w:p>
      <w:r>
        <w:br/>
        <w:t>Навмивалися, накупалися,&lt;br /&gt;</w:t>
        <w:br/>
        <w:t>нагойдалися, нагулялися.&lt;br /&gt;</w:t>
        <w:br/>
        <w:t>Закричали, знялись і полинули,&lt;br /&gt;</w:t>
        <w:br/>
        <w:t>тільки пір'я на спогад покинули.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Білі гуси летять над лугами...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