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Бій за гніздо</w:t>
      </w:r>
    </w:p>
    <w:p>
      <w:r>
        <w:br/>
        <w:t xml:space="preserve"> &lt;p&gt;Побудував Катрусин тато на своєму дворищі невеликий сарай. А в тому сараї під дахом змостили собі горобці гніздо. Гороб'яче гніздо всеньке літо не порожніє. Тільки-но одна сім'я збереться вилетіти, як друга вже сидить поблизу, чекає, коли те гніздо звільниться. І часом їм так не терпиться, що аж підганяти починають:</w:t>
      </w:r>
    </w:p>
    <w:p>
      <w:r>
        <w:br/>
        <w:t>— Та чого ви так довго? Ану, не баріться! Мерщій вилітайте!</w:t>
      </w:r>
    </w:p>
    <w:p>
      <w:r>
        <w:br/>
        <w:t>Так було й цього разу. Усівся неподалік від гнізда чужий горобець, якому хотілося швидше видворити з нього гороб'ят, і заходився цвірінчати.</w:t>
      </w:r>
    </w:p>
    <w:p>
      <w:r>
        <w:br/>
        <w:t>— Ось ти, здоровий уже хлопчисько, а все боїшся розправити крильця і вилетіти з гнізда,— накинувся він на крайнє горобеня.— Ти не бійся! Розправляй їх і тоді — раз униз головою! Думаєш, упадеш на землю? Ніколи не впадеш!</w:t>
      </w:r>
    </w:p>
    <w:p>
      <w:r>
        <w:br/>
        <w:t>А матері-горобчисі за цього "здорового уже хлопчиська" страшно, щоб якось не зірвався він та не впав, бо ще й розбитися може. Та найстрашніше їй сусідського рябого кота. Той кіт пильно стежить за тим, коли почнуть вилітати гороб'ята з гнізда, і неодмінно тоді десь поблизу в кущах сховається. Тільки пташеня сяде на землю або на якийсь кущик низенький, він його — хап!— і нема. Тому бідна горобчиха так уже видивляється, так роззирається довкола, та ще й горобцеві своєму наказує:</w:t>
      </w:r>
    </w:p>
    <w:p>
      <w:r>
        <w:br/>
        <w:t>— Ану, мерщій ще раз оглянь оту грядочку, чи не сховався де рябий котяра!</w:t>
      </w:r>
    </w:p>
    <w:p>
      <w:r>
        <w:br/>
        <w:t>— Та що там дивитися?! Нічого там дивитися! Ніякого кота там немає! — сердито зацвірінькав чужий горобець.</w:t>
      </w:r>
    </w:p>
    <w:p>
      <w:r>
        <w:br/>
        <w:t>Але горобець-батько не послухав його, спурхнув з даху, полетів низенько над картоплею і мало не зомлів від жаху. Під одним кущем сидів-таки здоровенний кіт: тінь від картопляного куща ряба і він рябий, то й заховався там.</w:t>
      </w:r>
    </w:p>
    <w:p>
      <w:r>
        <w:br/>
        <w:t>Кинувся горобець-батько з того місця назад, на покрівлю.</w:t>
      </w:r>
    </w:p>
    <w:p>
      <w:r>
        <w:br/>
        <w:t>— Біда! Біда!—закричав що є сили.— Кіт у картоплі сховався! Он бачите, бачите?!</w:t>
      </w:r>
    </w:p>
    <w:p>
      <w:r>
        <w:br/>
        <w:t>Витягла шийку горобчиха-мати. І справді: за кущем причаївся кіт. Ех, вона тоді як підлетить до того чужого горобця, як ухопить його за чуба, крилами духопелить, кричить:</w:t>
      </w:r>
    </w:p>
    <w:p>
      <w:r>
        <w:br/>
        <w:t>— Так це тобі так не терпиться, що ти моїх діток хотів котові повіддавати? Так на ж тобі за це! Знай, знай, знай! — і знову за чубок його смиче,&amp;#8232;І знову крилами його лупцює.</w:t>
      </w:r>
    </w:p>
    <w:p>
      <w:r>
        <w:br/>
        <w:t>Катруся з татом стояли у дворі, бачили все це і тішилися, що в них такі обачні, такі розумні горобці.</w:t>
      </w:r>
    </w:p>
    <w:p>
      <w:r>
        <w:br/>
        <w:t>Тоді тато сказав Катрусі:</w:t>
      </w:r>
    </w:p>
    <w:p>
      <w:r>
        <w:br/>
        <w:t>— Поклич, доню, Василька, нехай забере свого кота.</w:t>
      </w:r>
    </w:p>
    <w:p>
      <w:r>
        <w:br/>
        <w:t>Катруся покликала сусідського хлопчика, він підкрався до картопляного куща, зловив рябого, відніс додому і замкнув у хижці. Нехай тепер спокійно вилітають з гнізда молоденькі горобчики.</w:t>
      </w:r>
    </w:p>
    <w:p>
      <w:r>
        <w:br/>
        <w:t>А чужий битий горобець аж на дальню яблуню втік. Сидів там на гілці і покректував:</w:t>
      </w:r>
    </w:p>
    <w:p>
      <w:r>
        <w:br/>
        <w:t>— Ох, і побила ж, клята горобчиха!.. Ох, і на скубла ж!..</w:t>
      </w:r>
    </w:p>
    <w:p>
      <w:r>
        <w:br/>
        <w:t>"Так тобі й треба, нечемо! — подумала Катруся.— Щоб не був такий настирливий і недобрий..."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Бій за гніздо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