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Бідний Петруньо</w:t>
      </w:r>
    </w:p>
    <w:p>
      <w:r>
        <w:br/>
        <w:t xml:space="preserve"> БІДНИЙ ПЕТРУНЬО</w:t>
      </w:r>
    </w:p>
    <w:p>
      <w:r>
        <w:br/>
        <w:t>Івась і Катруся гуляють аж гей,&lt;br /&gt;</w:t>
        <w:br/>
        <w:t>І хата весіллям лунає;&lt;br /&gt;</w:t>
        <w:br/>
        <w:t>Петро стоїть мовчки в фрамузі дверей&lt;br /&gt;</w:t>
        <w:br/>
        <w:t>І сумно на них поглядає…</w:t>
      </w:r>
    </w:p>
    <w:p>
      <w:r>
        <w:br/>
        <w:t>Йвасеві й Катрусі промінний цей день:&lt;br /&gt;</w:t>
        <w:br/>
        <w:t>Справляють заручини нині,&lt;br /&gt;</w:t>
        <w:br/>
        <w:t>А бідний Петруньо стоїть, наче пень,&lt;br /&gt;</w:t>
        <w:br/>
        <w:t>В обідраній сірій свитині…</w:t>
      </w:r>
    </w:p>
    <w:p>
      <w:r>
        <w:br/>
        <w:t>І водить за ними свій погляд журний,&lt;br /&gt;</w:t>
        <w:br/>
        <w:t>І нишком стає бурботіти:&lt;br /&gt;</w:t>
        <w:br/>
        <w:t>"Гей, гей, яке щастя, що я не дурний:&lt;br /&gt;</w:t>
        <w:br/>
        <w:t>Прийшлось би життям наложити".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Бідний Петруньо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