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Безум</w:t>
      </w:r>
    </w:p>
    <w:p>
      <w:r>
        <w:br/>
        <w:t xml:space="preserve"> Еміль Верхарн&lt;br /&gt;</w:t>
        <w:br/>
        <w:t>Безум</w:t>
      </w:r>
    </w:p>
    <w:p>
      <w:r>
        <w:br/>
        <w:t>Перекладач: М.Терещенко&lt;br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Хоч ти єси слабий, і бідний, і похмурий,&lt;br /&gt;</w:t>
        <w:br/>
        <w:t>І стомлений — устань: себе ти подолав.&lt;br /&gt;</w:t>
        <w:br/>
        <w:t>Бажанням сміливим знеси свої тортури&lt;br /&gt;</w:t>
        <w:br/>
        <w:t>І горде серце кинь проти земних неслав!</w:t>
      </w:r>
    </w:p>
    <w:p>
      <w:r>
        <w:br/>
        <w:t>Катуй знекровлений, хисткий кістяк жахливий,&lt;br /&gt;</w:t>
        <w:br/>
        <w:t>Скеруй свою ходу через багрець стежок;&lt;br /&gt;</w:t>
        <w:br/>
        <w:t>І язиком лижи, мов вітер лиже ниви,&lt;br /&gt;</w:t>
        <w:br/>
        <w:t>Свій біль, — впади і встань, — хай твій лунає крок!</w:t>
      </w:r>
    </w:p>
    <w:p>
      <w:r>
        <w:br/>
        <w:t>Не маєш ти бажань і сподівань, — даремно!&lt;br /&gt;</w:t>
        <w:br/>
        <w:t>Безмежна зненависть ще тугою ячить,&lt;br /&gt;</w:t>
        <w:br/>
        <w:t>Ще над тобою скрізь лютує доля темна&lt;br /&gt;</w:t>
        <w:br/>
        <w:t>І, поки ти живий, зло гордовито мчить.</w:t>
      </w:r>
    </w:p>
    <w:p>
      <w:r>
        <w:br/>
        <w:t>Та хай кохання знов, і хай тортури знову!&lt;br /&gt;</w:t>
        <w:br/>
        <w:t>Прекрасний і п'янкий цей божевільний шал —&lt;br /&gt;</w:t>
        <w:br/>
        <w:t>В нестриманій жазі знов пити клекіт крові&lt;br /&gt;</w:t>
        <w:br/>
        <w:t>І відчувати жах і насолоди пал...</w:t>
      </w:r>
    </w:p>
    <w:p>
      <w:r>
        <w:br/>
        <w:t>О шкапо з кістяка і нервів слабосила,&lt;br /&gt;</w:t>
        <w:br/>
        <w:t>Що я навік загнав! — так у Полярних снах&lt;br /&gt;</w:t>
        <w:br/>
        <w:t>На конях вершники ебенових летіли&lt;br /&gt;</w:t>
        <w:br/>
        <w:t>І чули смерть свою у крижаних краях.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