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Безталанне закохання</w:t>
      </w:r>
    </w:p>
    <w:p>
      <w:r>
        <w:br/>
        <w:t xml:space="preserve"> &lt;p&gt;Повістка</w:t>
      </w:r>
    </w:p>
    <w:p>
      <w:r>
        <w:br/>
        <w:t>І</w:t>
      </w:r>
    </w:p>
    <w:p>
      <w:r>
        <w:br/>
        <w:t>Не то що на наше село, а на цілу славну Буковину коли найшовся такий хороший парубок, як той Тодір Дугай, або краща дівчина, як тої старої удови Гребенихи дочка Олена, то я вже не хочу називатись своїм іменем, але брехачем. А що Тодірко з Оленочкою собі кохались — то своєю дорогою йде. Да як же їм і не кохатись, коли сусіди собі да ще й близькі були. А то сусідам лиш кохатись, бо так панотчик наш православний у церкві навчають. Чи як кажете?</w:t>
      </w:r>
    </w:p>
    <w:p>
      <w:r>
        <w:br/>
        <w:t>Зрештою, як вони там кохалися,— чи дуже, чи так лиш,— не мені се розбирати. Але то знаю ретельно, що Тодірко з Оленою не могли якось удатись. Тодір був парубок тихонький, звичайний, щирий, ув одно лиш б думках да в гадках. Олена знов — дівчина жартовлива, обмівна, нестановита, як той метеличок вліті. Задуману зроду-віку ніхто її не бачив. Отакі се були коханки — Тодірко з Оленою.</w:t>
      </w:r>
    </w:p>
    <w:p>
      <w:r>
        <w:br/>
        <w:t>* * *</w:t>
      </w:r>
    </w:p>
    <w:p>
      <w:r>
        <w:br/>
        <w:t>А стара Гребениха багачка була: фудульна, обрахована, з масним язиком, як-то кажуть. Свічку до церкови не понесла, часточку не дала, мисочку не поклала, а проте лице своє перед людьми так знала обмити, що то! Вона все була "бідниця": у неї бджоли не роїли, ні корівки скороми не давали, ні з овечок вовниці не встригла,— вона зовсім "безталанна" була. А тут нищечком так і сміється з дурних людей, що її, було, жалують.</w:t>
      </w:r>
    </w:p>
    <w:p>
      <w:r>
        <w:br/>
        <w:t>Лиш одна душа на світі мала у неї і ласку, й пошанівок: стара баба Ція, що зерном ворожила да в звіздах смотрила. І днюють, і ночують, було, вкупі, да по цілих ночах вистоять, порозплітані, в садку, лічачи да викликаючи ясні зорі. Ще й не вечоріло гаразд, а Ція сидить собі вже при каганці на печі да зерном розсуває; Гребениха коло неї.</w:t>
      </w:r>
    </w:p>
    <w:p>
      <w:r>
        <w:br/>
        <w:t>— А що там паде, любко?</w:t>
      </w:r>
    </w:p>
    <w:p>
      <w:r>
        <w:br/>
        <w:t>— Хіба я вам коли правду не сказала, зазулько? — каже ворожка.— У серці колач, на порозі колач, в хаті гість, а се у мене — старости, любко. Лиш осьде, з лівої руки,— трохи, жаль, але то нічого — минеться. А отсе — зять багатий, з-під сонця: і колач, і радость,— і борзо, бо плоту нема. Як не буде сеї осені весілля, то в лице мені наплюй!</w:t>
      </w:r>
    </w:p>
    <w:p>
      <w:r>
        <w:br/>
        <w:t>— Се ж у мене ще дівчина молода,— каже Гребениха,— а мушу віддати, щоби вже того Дугаїшиного раз позбутись... Учепився, тітко, дівчини, як реп’ях кожуха,— ні суди боже!</w:t>
      </w:r>
    </w:p>
    <w:p>
      <w:r>
        <w:br/>
        <w:t>— А дівчина ж? — питає ворожка.</w:t>
      </w:r>
    </w:p>
    <w:p>
      <w:r>
        <w:br/>
        <w:t>— Дівчина й гадки не має. Я кажу до неї: "Коли хоч, то йди за Тодора,— я тобі не спираю". А вона: "Мамо,— каже,— коли ж бо він такий тихий! Я б, за ним бувши, знудилась".</w:t>
      </w:r>
    </w:p>
    <w:p>
      <w:r>
        <w:br/>
        <w:t>— Любка моя! — рекла ворожка.</w:t>
      </w:r>
    </w:p>
    <w:p>
      <w:r>
        <w:br/>
        <w:t>— А тут бесід по селу вже повно! — журиться Гребениха.— Знаєш, жоно добра, що я гадаю учинити?</w:t>
      </w:r>
    </w:p>
    <w:p>
      <w:r>
        <w:br/>
        <w:t>— Кажіть, ластівочко!</w:t>
      </w:r>
    </w:p>
    <w:p>
      <w:r>
        <w:br/>
        <w:t>— Хочу віддати свою Олену за Угринчукового Митра. Я вже й з старою зговорила...</w:t>
      </w:r>
    </w:p>
    <w:p>
      <w:r>
        <w:br/>
        <w:t>— А відтак же?</w:t>
      </w:r>
    </w:p>
    <w:p>
      <w:r>
        <w:br/>
        <w:t>— Завтра свататиме.</w:t>
      </w:r>
    </w:p>
    <w:p>
      <w:r>
        <w:br/>
        <w:t>Се ворожці — вода на лотоки.</w:t>
      </w:r>
    </w:p>
    <w:p>
      <w:r>
        <w:br/>
        <w:t>— Дай, боже, таке чути! — каже.— Я вже вам давно хотіла те казати, та не сміла. Я, любко, дуже несмілива зроду!..</w:t>
      </w:r>
    </w:p>
    <w:p>
      <w:r>
        <w:br/>
        <w:t>— А що отсе тутки паде? — питає Гребениха, справивши пальцем на купочку зерна.</w:t>
      </w:r>
    </w:p>
    <w:p>
      <w:r>
        <w:br/>
        <w:t>— Та отсе, кришечко... се — гріб. Але з лівої руки — то чужий... Да ще до того й бідний — ні мисочки коло него!</w:t>
      </w:r>
    </w:p>
    <w:p>
      <w:r>
        <w:br/>
        <w:t>* * *</w:t>
      </w:r>
    </w:p>
    <w:p>
      <w:r>
        <w:br/>
        <w:t>Доки ворожка ворожила — а надворі зорешливо да тихо. Нічого не чути, тілько Дністер гуде та соловейко свище. А в садку, під вишнею, що білим цвітом так і припала, стоїть Тодір з Оленою. Тодір плаче. Олена скубе вишневу квіточку в шматочки.</w:t>
      </w:r>
    </w:p>
    <w:p>
      <w:r>
        <w:br/>
        <w:t>— Я згублюся,— каже Тодір.</w:t>
      </w:r>
    </w:p>
    <w:p>
      <w:r>
        <w:br/>
        <w:t>— Який-бо ти незвичайний, Тодоре! — каже Олена,— Нащо собі такі гадки до серця приводити, коли я тебе люблю!</w:t>
      </w:r>
    </w:p>
    <w:p>
      <w:r>
        <w:br/>
        <w:t>— Ув одно каже, що любить, а за другого йде! — дорік парубок гірко.</w:t>
      </w:r>
    </w:p>
    <w:p>
      <w:r>
        <w:br/>
        <w:t>— Або так не буває,— каже Олена сміючись,— що хоч повінчані, а з другими кохаються?..</w:t>
      </w:r>
    </w:p>
    <w:p>
      <w:r>
        <w:br/>
        <w:t>Тодір подивився пильно, покрутив головою та й пішов. Дівчині й "добраніч" не сказав.</w:t>
      </w:r>
    </w:p>
    <w:p>
      <w:r>
        <w:br/>
        <w:t>— Іди, коли нерозумний! — промовила вдовина дочка згорда.</w:t>
      </w:r>
    </w:p>
    <w:p>
      <w:r>
        <w:br/>
        <w:t>Махнула рукою та й пішла в хату.</w:t>
      </w:r>
    </w:p>
    <w:p>
      <w:r>
        <w:br/>
        <w:t>II</w:t>
      </w:r>
    </w:p>
    <w:p>
      <w:r>
        <w:br/>
        <w:t>У старої Гребенихи в хаті вінок плетуть да бояр збирають. А Тодор ходить собі понад Дністер та в сопілку грає. Грає, а дрібні сльози так ного й обливають! Заток сопілку за пояс та й заспівав:</w:t>
      </w:r>
    </w:p>
    <w:p>
      <w:r>
        <w:br/>
        <w:t>Ой засвіти, місяченьку,</w:t>
      </w:r>
    </w:p>
    <w:p>
      <w:r>
        <w:br/>
        <w:t>Да й ти, зоре ясна!</w:t>
      </w:r>
    </w:p>
    <w:p>
      <w:r>
        <w:br/>
        <w:t>Ой в лузі, в лузі,</w:t>
      </w:r>
    </w:p>
    <w:p>
      <w:r>
        <w:br/>
        <w:t>У лузі пшениця —</w:t>
      </w:r>
    </w:p>
    <w:p>
      <w:r>
        <w:br/>
        <w:t>Там дівчина прекрасна!</w:t>
      </w:r>
    </w:p>
    <w:p>
      <w:r>
        <w:br/>
        <w:t>Пшениченьку дожинає,</w:t>
      </w:r>
    </w:p>
    <w:p>
      <w:r>
        <w:br/>
        <w:t>Все вгору та поглядає:</w:t>
      </w:r>
    </w:p>
    <w:p>
      <w:r>
        <w:br/>
        <w:t>Ой чи високо,</w:t>
      </w:r>
    </w:p>
    <w:p>
      <w:r>
        <w:br/>
        <w:t>Ой чи далеко</w:t>
      </w:r>
    </w:p>
    <w:p>
      <w:r>
        <w:br/>
        <w:t>Сивий сокіл підлітає?</w:t>
      </w:r>
    </w:p>
    <w:p>
      <w:r>
        <w:br/>
        <w:t>Літає ж він да літає,</w:t>
      </w:r>
    </w:p>
    <w:p>
      <w:r>
        <w:br/>
        <w:t>В кватирочку зазирає:</w:t>
      </w:r>
    </w:p>
    <w:p>
      <w:r>
        <w:br/>
        <w:t>"Ой сію руту,</w:t>
      </w:r>
    </w:p>
    <w:p>
      <w:r>
        <w:br/>
        <w:t>Ой сію руту,-</w:t>
      </w:r>
    </w:p>
    <w:p>
      <w:r>
        <w:br/>
        <w:t>Ой подай, душко, руку!"</w:t>
      </w:r>
    </w:p>
    <w:p>
      <w:r>
        <w:br/>
        <w:t>"Рада ж би я ручку дати —</w:t>
      </w:r>
    </w:p>
    <w:p>
      <w:r>
        <w:br/>
        <w:t>Не зволяє стара мати.</w:t>
      </w:r>
    </w:p>
    <w:p>
      <w:r>
        <w:br/>
        <w:t>Ой взяла мати</w:t>
      </w:r>
    </w:p>
    <w:p>
      <w:r>
        <w:br/>
        <w:t>Нелюба до хати —</w:t>
      </w:r>
    </w:p>
    <w:p>
      <w:r>
        <w:br/>
        <w:t>Годі рученьку дати!"</w:t>
      </w:r>
    </w:p>
    <w:p>
      <w:r>
        <w:br/>
        <w:t>"Ой відсунься, дівча любе,</w:t>
      </w:r>
    </w:p>
    <w:p>
      <w:r>
        <w:br/>
        <w:t>Да відсунься від нелюба:</w:t>
      </w:r>
    </w:p>
    <w:p>
      <w:r>
        <w:br/>
        <w:t>Зайду я з луга</w:t>
      </w:r>
    </w:p>
    <w:p>
      <w:r>
        <w:br/>
        <w:t>Да заб'ю нелюба —</w:t>
      </w:r>
    </w:p>
    <w:p>
      <w:r>
        <w:br/>
        <w:t>Да як того голуба!"</w:t>
      </w:r>
    </w:p>
    <w:p>
      <w:r>
        <w:br/>
        <w:t>"Ой чи заб’єш, чи не заб'єш,</w:t>
      </w:r>
    </w:p>
    <w:p>
      <w:r>
        <w:br/>
        <w:t>А серденьку тугу завдаш.</w:t>
      </w:r>
    </w:p>
    <w:p>
      <w:r>
        <w:br/>
        <w:t>Сідай на коня,</w:t>
      </w:r>
    </w:p>
    <w:p>
      <w:r>
        <w:br/>
        <w:t>Виїжджай із двора —</w:t>
      </w:r>
    </w:p>
    <w:p>
      <w:r>
        <w:br/>
        <w:t>Ти не мій, я не твоя!"</w:t>
      </w:r>
    </w:p>
    <w:p>
      <w:r>
        <w:br/>
        <w:t>...Ой їду ж я до Дунаю —</w:t>
      </w:r>
    </w:p>
    <w:p>
      <w:r>
        <w:br/>
        <w:t>Да став же я да гадаю:</w:t>
      </w:r>
    </w:p>
    <w:p>
      <w:r>
        <w:br/>
        <w:t>Ой гаю, гаю,</w:t>
      </w:r>
    </w:p>
    <w:p>
      <w:r>
        <w:br/>
        <w:t>Ти, тихий Дунаю,-</w:t>
      </w:r>
    </w:p>
    <w:p>
      <w:r>
        <w:br/>
        <w:t>Я тонути в тобі маю!</w:t>
      </w:r>
    </w:p>
    <w:p>
      <w:r>
        <w:br/>
        <w:t>Да за марну причину —</w:t>
      </w:r>
    </w:p>
    <w:p>
      <w:r>
        <w:br/>
        <w:t>За невірну дівчину!</w:t>
      </w:r>
    </w:p>
    <w:p>
      <w:r>
        <w:br/>
        <w:t>Ой гаю, гаю,</w:t>
      </w:r>
    </w:p>
    <w:p>
      <w:r>
        <w:br/>
        <w:t>Ти, тихий Дунаю,</w:t>
      </w:r>
    </w:p>
    <w:p>
      <w:r>
        <w:br/>
        <w:t>Що я в тобі потопаю!..</w:t>
      </w:r>
    </w:p>
    <w:p>
      <w:r>
        <w:br/>
        <w:t>Пішов домів. А дома молодший брат уже дожидає.</w:t>
      </w:r>
    </w:p>
    <w:p>
      <w:r>
        <w:br/>
        <w:t>— А ви де були, бадічку?</w:t>
      </w:r>
    </w:p>
    <w:p>
      <w:r>
        <w:br/>
        <w:t>— Проходжався; або що таке?</w:t>
      </w:r>
    </w:p>
    <w:p>
      <w:r>
        <w:br/>
        <w:t>— Да нічо, бадічку; Олена приходила кликати вас у бояри.</w:t>
      </w:r>
    </w:p>
    <w:p>
      <w:r>
        <w:br/>
        <w:t>Тодір нічого на се не відповів,— пішов у хату.</w:t>
      </w:r>
    </w:p>
    <w:p>
      <w:r>
        <w:br/>
        <w:t>Стара Дугаїха сиділа за кроснами, ткала сукно. Да як поглянула на Тодора — аж човник з рук упав.</w:t>
      </w:r>
    </w:p>
    <w:p>
      <w:r>
        <w:br/>
        <w:t>— Синку мій, а тобі що?</w:t>
      </w:r>
    </w:p>
    <w:p>
      <w:r>
        <w:br/>
        <w:t>— А що ж би? — каже.— Нічого.</w:t>
      </w:r>
    </w:p>
    <w:p>
      <w:r>
        <w:br/>
        <w:t>— Таже ти почорнів, як та головня!</w:t>
      </w:r>
    </w:p>
    <w:p>
      <w:r>
        <w:br/>
        <w:t>— Так вам видиться, мамо,— я однакий.</w:t>
      </w:r>
    </w:p>
    <w:p>
      <w:r>
        <w:br/>
        <w:t>Стара далі ткала, а син пішов у комору на весілля збиратись. Ще й братика молодшого покликав, щоб йому поміг.</w:t>
      </w:r>
    </w:p>
    <w:p>
      <w:r>
        <w:br/>
        <w:t>* * *</w:t>
      </w:r>
    </w:p>
    <w:p>
      <w:r>
        <w:br/>
        <w:t>За дві години Тодір був убраний, готовий. Черевики на нім брижовані, волоські; ногавиці білі; сорочка рантухова, золотим хірем да мирсою вишивана; пояс браний, боянський; за поясом ширинка; на шиї хустка шовкова; на голові кресаня — в самих павах да в Йорданах волоських, що на цілій Буковині такої, мабуть, не було.</w:t>
      </w:r>
    </w:p>
    <w:p>
      <w:r>
        <w:br/>
        <w:t>Вийшов з комори. Кучерики русо-золоті, пишно зачесані, повились по головці, засіяли, мов золото. Він підійшов до ненечки своєї старої, став, дивився на неї довго, відтак поцілував її в долонь та й уклонився низенько.</w:t>
      </w:r>
    </w:p>
    <w:p>
      <w:r>
        <w:br/>
        <w:t>— Ненько,— каже,— благословіть!</w:t>
      </w:r>
    </w:p>
    <w:p>
      <w:r>
        <w:br/>
        <w:t>— А куди, синку,— питає стара,— на весілля?</w:t>
      </w:r>
    </w:p>
    <w:p>
      <w:r>
        <w:br/>
        <w:t>— На весілля,— каже.</w:t>
      </w:r>
    </w:p>
    <w:p>
      <w:r>
        <w:br/>
        <w:t>— Божа тебе мати благослови, душко! Да не барися дуже — я сама в хаті.</w:t>
      </w:r>
    </w:p>
    <w:p>
      <w:r>
        <w:br/>
        <w:t>— Ба я, може, й забарюся, ненечко...</w:t>
      </w:r>
    </w:p>
    <w:p>
      <w:r>
        <w:br/>
        <w:t>— Нічого, синку, нічого. Лиш не тужи так дуже. Не судилося, душко,— що ж робити?</w:t>
      </w:r>
    </w:p>
    <w:p>
      <w:r>
        <w:br/>
        <w:t>Він тогді сплакав. А братик молодший, Василько, як не кинеться йому поза шию!</w:t>
      </w:r>
    </w:p>
    <w:p>
      <w:r>
        <w:br/>
        <w:t>— Бадічку,— каже,— братику мій дорогий! Куди ви отсе йдете?</w:t>
      </w:r>
    </w:p>
    <w:p>
      <w:r>
        <w:br/>
        <w:t>— На весілля, Васильку.</w:t>
      </w:r>
    </w:p>
    <w:p>
      <w:r>
        <w:br/>
        <w:t>— А мені все здається, що я вас більше не побачу! Тодірку, бадічку, братчику мій рідний!..</w:t>
      </w:r>
    </w:p>
    <w:p>
      <w:r>
        <w:br/>
        <w:t>Тодір поцілував хлопця в чоло, перехрестив, пригорнув до серця.</w:t>
      </w:r>
    </w:p>
    <w:p>
      <w:r>
        <w:br/>
        <w:t>— Васильку,— каже,— я забарюсь — не лишай неньку!</w:t>
      </w:r>
    </w:p>
    <w:p>
      <w:r>
        <w:br/>
        <w:t>Уклонився та й пішов.</w:t>
      </w:r>
    </w:p>
    <w:p>
      <w:r>
        <w:br/>
        <w:t>* * *</w:t>
      </w:r>
    </w:p>
    <w:p>
      <w:r>
        <w:br/>
        <w:t>Пливе Дністер — тихий, як той руський народ, широкий, як його думка, глибокий, як його рани. По тім боці Галичина — по сім Буковина.</w:t>
      </w:r>
    </w:p>
    <w:p>
      <w:r>
        <w:br/>
        <w:t>Вечір був тихий. В Хрешатицькім монастирі дзвонили на вечірню. Місяць сходив поволі; зійшов, засвітив, засіяв — цілу Буковину золотом поволік. Соловейко співав у лузі.</w:t>
      </w:r>
    </w:p>
    <w:p>
      <w:r>
        <w:br/>
        <w:t>А в лузі стоїть зелений явір; обняв молоду калину, пригорнув до себе. Стара верба нахилилась над ними, знай, та ненька рідна над своїми діточками. Дівина здоймила золоті та пахучі свої кити д горі; коло неї постелився зелений барвінок — пригорнувсь-притулився, задумався. Пишна черемшина вимахує білими своїми вітами, знай, та багацька донька писаними рукавами, а кучерявий дуб стоїть да сміється,— мабуть, до тої фіялочки, що йому на корені зацвіла. Високими да широкими дністровими берегами постелились шовкові трави молоденькі, а по них ходить парубок хороший-прехороший,— ходить да в сопілку грає. Се був Тодір.</w:t>
      </w:r>
    </w:p>
    <w:p>
      <w:r>
        <w:br/>
        <w:t>Грав він довго: раз весело, що аж серце тріскало, а відтак знов сумно, тужливо. На березі стояв білий камінь. Він сів собі на тім камені, поклав кресак да сопілку біля себе на мураву, склонив голову на руки, задумався. А з села чути було музику, що грала у Олени на весіллі.</w:t>
      </w:r>
    </w:p>
    <w:p>
      <w:r>
        <w:br/>
        <w:t>"Що сей світ, що його віра, що його любов, що його доля? Світ — дністрова хвиля, віра — отой шум, що на камені сперся, любов..."</w:t>
      </w:r>
    </w:p>
    <w:p>
      <w:r>
        <w:br/>
        <w:t>Не доказав...</w:t>
      </w:r>
    </w:p>
    <w:p>
      <w:r>
        <w:br/>
        <w:t>Другої днини найшли тільки кресаню на березі да сопілку.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Безталанне закохання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