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Безпритульна течія (вибрані поезії)</w:t>
      </w:r>
    </w:p>
    <w:p>
      <w:r>
        <w:br/>
        <w:t xml:space="preserve"> Леонід Талалай</w:t>
      </w:r>
    </w:p>
    <w:p>
      <w:r>
        <w:br/>
        <w:t>БЕЗПРИТУЛЬНА ТЕЧІЯ</w:t>
      </w:r>
    </w:p>
    <w:p>
      <w:r>
        <w:br/>
        <w:t>(Вибрані поезії)</w:t>
      </w:r>
    </w:p>
    <w:p>
      <w:r>
        <w:br/>
        <w:t>СТАРИЙ СКРИПАЛЬ</w:t>
      </w:r>
    </w:p>
    <w:p>
      <w:r>
        <w:br/>
        <w:t>Скрипка аж заходиться плачем,&lt;br /&gt;</w:t>
        <w:br/>
        <w:t>До плеча притиснулась і грає.&lt;br /&gt;</w:t>
        <w:br/>
        <w:t>Хто кому з нас підставля плече?&lt;br /&gt;</w:t>
        <w:br/>
        <w:t>Я не знаю, скрипко, я не знаю,&lt;br /&gt;</w:t>
        <w:br/>
        <w:t>Хто до кого під вечірній дзвін&lt;br /&gt;</w:t>
        <w:br/>
        <w:t>З листопадом серця і колін&lt;br /&gt;</w:t>
        <w:br/>
        <w:t>Підійшов із відчуттям вини.&lt;br /&gt;</w:t>
        <w:br/>
        <w:t>Ми з тобою нерозлучна пара, —&lt;br /&gt;</w:t>
        <w:br/>
        <w:t>Порожнеча чорного футляра&lt;br /&gt;</w:t>
        <w:br/>
        <w:t>Дивиться на нас, як дві труни.</w:t>
      </w:r>
    </w:p>
    <w:p>
      <w:r>
        <w:br/>
        <w:t>* * *</w:t>
      </w:r>
    </w:p>
    <w:p>
      <w:r>
        <w:br/>
        <w:t>Нічого вже не виб’єш клином,&lt;br /&gt;</w:t>
        <w:br/>
        <w:t>Тим більше, клином журавлиним,&lt;br /&gt;</w:t>
        <w:br/>
        <w:t>Коли в роси осіння дрож.&lt;br /&gt;</w:t>
        <w:br/>
        <w:t>Не воруши старого сіна&lt;br /&gt;</w:t>
        <w:br/>
        <w:t>І вічну пам'ять не тривож.</w:t>
      </w:r>
    </w:p>
    <w:p>
      <w:r>
        <w:br/>
        <w:t>Не долетіти навіть маркою,&lt;br /&gt;</w:t>
        <w:br/>
        <w:t>У ті часи, до того раю,&lt;br /&gt;</w:t>
        <w:br/>
        <w:t>Із того раю ворон каркає&lt;br /&gt;</w:t>
        <w:br/>
        <w:t>Так, ніби Леніна читає.</w:t>
      </w:r>
    </w:p>
    <w:p>
      <w:r>
        <w:br/>
        <w:t>Відзеленіло місто-сад,&lt;br /&gt;</w:t>
        <w:br/>
        <w:t>І там, де ми ходили парами,&lt;br /&gt;</w:t>
        <w:br/>
        <w:t>Стоїть червоний листопад&lt;br /&gt;</w:t>
        <w:br/>
        <w:t>Більшовиком із мемуарами.</w:t>
      </w:r>
    </w:p>
    <w:p>
      <w:r>
        <w:br/>
        <w:t>Стоїть, шепоче: — Є, моє,&lt;br /&gt;</w:t>
        <w:br/>
        <w:t>Хіба ж гадав, хіба ж очікував,&lt;br /&gt;</w:t>
        <w:br/>
        <w:t>Що вже й за душу, котра ж є?!&lt;br /&gt;</w:t>
        <w:br/>
        <w:t>Нічого дідько не дає&lt;br /&gt;</w:t>
        <w:br/>
        <w:t>І забарився Чічіков, —</w:t>
      </w:r>
    </w:p>
    <w:p>
      <w:r>
        <w:br/>
        <w:t>І тільки сниться хатка в Відні.&lt;br /&gt;</w:t>
        <w:br/>
        <w:t>Ще й солов’ї усі на півдні&lt;br /&gt;</w:t>
        <w:br/>
        <w:t>Буржуїв, певне, веселять, —&lt;br /&gt;</w:t>
        <w:br/>
        <w:t>Нема кого і розстрілять…</w:t>
      </w:r>
    </w:p>
    <w:p>
      <w:r>
        <w:br/>
        <w:t>Я теж дитина листопада,&lt;br /&gt;</w:t>
        <w:br/>
        <w:t>Я низько жив, ще нижче падав,&lt;br /&gt;</w:t>
        <w:br/>
        <w:t>І хоч за мною не хрести,&lt;br /&gt;</w:t>
        <w:br/>
        <w:t>Але прости мене, прости,</w:t>
      </w:r>
    </w:p>
    <w:p>
      <w:r>
        <w:br/>
        <w:t>О Господе, як я прощаю&lt;br /&gt;</w:t>
        <w:br/>
        <w:t>Будівникам отого раю&lt;br /&gt;</w:t>
        <w:br/>
        <w:t>І разом з ними, навіть в ногу,&lt;br /&gt;</w:t>
        <w:br/>
        <w:t>Перемагаючи знемогу&lt;br /&gt;</w:t>
        <w:br/>
        <w:t>І проклинаючи епоху,&lt;br /&gt;</w:t>
        <w:br/>
        <w:t>Як недотоптаний поет,&lt;br /&gt;</w:t>
        <w:br/>
        <w:t>Несу, згинаючи хребет,&lt;br /&gt;</w:t>
        <w:br/>
        <w:t>На Суд високий, на Голгофу&lt;br /&gt;</w:t>
        <w:br/>
        <w:t>І спільний гріх, і спільний хрест.</w:t>
      </w:r>
    </w:p>
    <w:p>
      <w:r>
        <w:br/>
        <w:t>* * *</w:t>
      </w:r>
    </w:p>
    <w:p>
      <w:r>
        <w:br/>
        <w:t>На подвір’ї кінь ірже.&lt;br /&gt;</w:t>
        <w:br/>
        <w:t>— Хто це? Хто на мій поріг?&lt;br /&gt;</w:t>
        <w:br/>
        <w:t>— З пирогом? Чи на пиріг?&lt;br /&gt;</w:t>
        <w:br/>
        <w:t>— Князь, здається…Та невже?&lt;br /&gt;</w:t>
        <w:br/>
        <w:t>— В двері сунеться плечем&lt;br /&gt;</w:t>
        <w:br/>
        <w:t>Напідпитку… і з мечем.</w:t>
      </w:r>
    </w:p>
    <w:p>
      <w:r>
        <w:br/>
        <w:t>Срібні вуса, сині губи.&lt;br /&gt;</w:t>
        <w:br/>
        <w:t>Почорнів, як та примара.&lt;br /&gt;</w:t>
        <w:br/>
        <w:t>— Це чого ти, княже любий,&lt;br /&gt;</w:t>
        <w:br/>
        <w:t>мов зайшов за хмару?</w:t>
      </w:r>
    </w:p>
    <w:p>
      <w:r>
        <w:br/>
        <w:t>— Я з полону, я з неволі…&lt;br /&gt;</w:t>
        <w:br/>
        <w:t>Загубив я в Дикім полі&lt;br /&gt;</w:t>
        <w:br/>
        <w:t>Честь і славу, і дружину,&lt;br /&gt;</w:t>
        <w:br/>
        <w:t>І тепер від страму гину.</w:t>
      </w:r>
    </w:p>
    <w:p>
      <w:r>
        <w:br/>
        <w:t>— Співчуваю, мій варяже,&lt;br /&gt;</w:t>
        <w:br/>
        <w:t>Буде ранок – все розкажеш,&lt;br /&gt;</w:t>
        <w:br/>
        <w:t>Зараз пізно. Годі нити,&lt;br /&gt;</w:t>
        <w:br/>
        <w:t>Нашу ніч мечем ділити,&lt;br /&gt;</w:t>
        <w:br/>
        <w:t>Ось тобі кухонний ніж, –&lt;br /&gt;</w:t>
        <w:br/>
        <w:t>Краще яблуко розріж…</w:t>
      </w:r>
    </w:p>
    <w:p>
      <w:r>
        <w:br/>
        <w:t>Ні – так ні. Просить не стану.&lt;br /&gt;</w:t>
        <w:br/>
        <w:t>Раз сказала – і доволі!&lt;br /&gt;</w:t>
        <w:br/>
        <w:t>Я тобі не Ярославна&lt;br /&gt;</w:t>
        <w:br/>
        <w:t>Та і ти не в Дикім полі.</w:t>
      </w:r>
    </w:p>
    <w:p>
      <w:r>
        <w:br/>
        <w:t>Повернути славу хочеш?&lt;br /&gt;</w:t>
        <w:br/>
        <w:t>Напускай туману в очі&lt;br /&gt;</w:t>
        <w:br/>
        <w:t>І такого, щоб усі&lt;br /&gt;</w:t>
        <w:br/>
        <w:t>Просльозились на Русі,&lt;br /&gt;</w:t>
        <w:br/>
        <w:t>Говори, що навіть небо&lt;br /&gt;</w:t>
        <w:br/>
        <w:t>Ополчилось проти тебе,&lt;br /&gt;</w:t>
        <w:br/>
        <w:t>Що від вечора й до рану&lt;br /&gt;</w:t>
        <w:br/>
        <w:t>На дружину падав грім…&lt;br /&gt;</w:t>
        <w:br/>
        <w:t>І постанеш із туману&lt;br /&gt;</w:t>
        <w:br/>
        <w:t>І героєм, і святим!</w:t>
      </w:r>
    </w:p>
    <w:p>
      <w:r>
        <w:br/>
        <w:t>Ось тобі до рани сіль,&lt;br /&gt;</w:t>
        <w:br/>
        <w:t>І…Котися ти в Путивль!</w:t>
      </w:r>
    </w:p>
    <w:p>
      <w:r>
        <w:br/>
        <w:t>* * *</w:t>
      </w:r>
    </w:p>
    <w:p>
      <w:r>
        <w:br/>
        <w:t>Ще глиці запах зберігає час&lt;br /&gt;</w:t>
        <w:br/>
        <w:t>Та новорічну винесли ялинку.&lt;br /&gt;</w:t>
        <w:br/>
        <w:t>І, де стояло з персиком дівча,&lt;br /&gt;</w:t>
        <w:br/>
        <w:t>Із яблуком стоїть в чеканні жінка.</w:t>
      </w:r>
    </w:p>
    <w:p>
      <w:r>
        <w:br/>
        <w:t>За жінкою із яблуком на таці&lt;br /&gt;</w:t>
        <w:br/>
        <w:t>Бабуся біля заводі на лавці,&lt;br /&gt;</w:t>
        <w:br/>
        <w:t>Куняючи, у спогади гребе,&lt;br /&gt;</w:t>
        <w:br/>
        <w:t>Пригадуючи з персиком себе.</w:t>
      </w:r>
    </w:p>
    <w:p>
      <w:r>
        <w:br/>
        <w:t>А їй минуле дихає у спину,&lt;br /&gt;</w:t>
        <w:br/>
        <w:t>І, як тоді, в бабусиному сні&lt;br /&gt;</w:t>
        <w:br/>
        <w:t>Ясмин цвіте на чорнім піаніно&lt;br /&gt;</w:t>
        <w:br/>
        <w:t>І світиться із люстра на стіні.</w:t>
      </w:r>
    </w:p>
    <w:p>
      <w:r>
        <w:br/>
        <w:t>А за вікном гроза синьо-імлиста&lt;br /&gt;</w:t>
        <w:br/>
        <w:t>І дівчинка, освітлена на мить,&lt;br /&gt;</w:t>
        <w:br/>
        <w:t>Біжить, біжить, і музикою Ліста&lt;br /&gt;</w:t>
        <w:br/>
        <w:t>Травневий дощ алеєю біжить.</w:t>
      </w:r>
    </w:p>
    <w:p>
      <w:r>
        <w:br/>
        <w:t>Ясмин цвіте. А ніч так швидко тане.&lt;br /&gt;</w:t>
        <w:br/>
        <w:t>І, причинивши хвіртку за коханим,&lt;br /&gt;</w:t>
        <w:br/>
        <w:t>Вже через хвіртку&lt;br /&gt;</w:t>
        <w:br/>
        <w:t>Спрагло палахку&lt;br /&gt;</w:t>
        <w:br/>
        <w:t>Для поцілунку підставля щоку…</w:t>
      </w:r>
    </w:p>
    <w:p>
      <w:r>
        <w:br/>
        <w:t>І знову наростаючи звучить&lt;br /&gt;</w:t>
        <w:br/>
        <w:t>Все той же Ліст. І краплі по воді&lt;br /&gt;</w:t>
        <w:br/>
        <w:t>Біжать, біжать…&lt;br /&gt;</w:t>
        <w:br/>
        <w:t>І дівчинка біжить&lt;br /&gt;</w:t>
        <w:br/>
        <w:t>Із сна у сон біжить, як і тоді,</w:t>
      </w:r>
    </w:p>
    <w:p>
      <w:r>
        <w:br/>
        <w:t>Біжить у сад, в ясминову цвітінь,&lt;br /&gt;</w:t>
        <w:br/>
        <w:t>І завмирає, Ліста перегнавши,&lt;br /&gt;</w:t>
        <w:br/>
        <w:t>І розтає в тумані сновидінь,&lt;br /&gt;</w:t>
        <w:br/>
        <w:t>З яких і ми й життя маленьке наше.</w:t>
      </w:r>
    </w:p>
    <w:p>
      <w:r>
        <w:br/>
        <w:t>* * *</w:t>
      </w:r>
    </w:p>
    <w:p>
      <w:r>
        <w:br/>
        <w:t>Залопотів білизною балкон&lt;br /&gt;</w:t>
        <w:br/>
        <w:t>І обірвався сон про Вавилон,&lt;br /&gt;</w:t>
        <w:br/>
        <w:t>Лишились тільки метушня і сміх&lt;br /&gt;</w:t>
        <w:br/>
        <w:t>І давні суперечки на майдані&lt;br /&gt;</w:t>
        <w:br/>
        <w:t>Про вежу, що й сьогодні в риштуванні, —&lt;br /&gt;</w:t>
        <w:br/>
        <w:t>І щоб її довершити, Сізіф&lt;br /&gt;</w:t>
        <w:br/>
        <w:t>Уже останній, ніби, котить камінь.</w:t>
      </w:r>
    </w:p>
    <w:p>
      <w:r>
        <w:br/>
        <w:t>За вікнами вирують рівчаки,&lt;br /&gt;</w:t>
        <w:br/>
        <w:t>І ручаї аж піняться від клекоту,&lt;br /&gt;</w:t>
        <w:br/>
        <w:t>І проводжають криком хлопчаки&lt;br /&gt;</w:t>
        <w:br/>
        <w:t>Свої хиткі кораблики "у греки".&lt;br /&gt;</w:t>
        <w:br/>
        <w:t>А я свого такого ж із паперу&lt;br /&gt;</w:t>
        <w:br/>
        <w:t>Чекаю, ніби звістки від Гомера,&lt;br /&gt;</w:t>
        <w:br/>
        <w:t>І надихаюсь міфами старими&lt;br /&gt;</w:t>
        <w:br/>
        <w:t>І вірю знову Музі і словам,&lt;br /&gt;</w:t>
        <w:br/>
        <w:t>Як у дитинстві подвигам, якими&lt;br /&gt;</w:t>
        <w:br/>
        <w:t>В сусіда обростав з роками шрам.</w:t>
      </w:r>
    </w:p>
    <w:p>
      <w:r>
        <w:br/>
        <w:t>І цілий день в чеканні, як навшпиньках,&lt;br /&gt;</w:t>
        <w:br/>
        <w:t>І вуликом гуде поштова скринька,&lt;br /&gt;</w:t>
        <w:br/>
        <w:t>Хоч порожньо у скриньці, як і в чарці,&lt;br /&gt;</w:t>
        <w:br/>
        <w:t>Яку допив за мертвих і живих&lt;br /&gt;</w:t>
        <w:br/>
        <w:t>Під поглядами крука на акації,&lt;br /&gt;</w:t>
        <w:br/>
        <w:t>Що мов офіціант у чорнім фраці&lt;br /&gt;</w:t>
        <w:br/>
        <w:t>При виході чекає чайових.</w:t>
      </w:r>
    </w:p>
    <w:p>
      <w:r>
        <w:br/>
        <w:t>* * *</w:t>
      </w:r>
    </w:p>
    <w:p>
      <w:r>
        <w:br/>
        <w:t>Із циклу "У трепеті і вогні"</w:t>
      </w:r>
    </w:p>
    <w:p>
      <w:r>
        <w:br/>
        <w:t>Тетяні Винник</w:t>
      </w:r>
    </w:p>
    <w:p>
      <w:r>
        <w:br/>
        <w:t>І</w:t>
      </w:r>
    </w:p>
    <w:p>
      <w:r>
        <w:br/>
        <w:t>Ну вистачить, не плач, доволі,&lt;br /&gt;</w:t>
        <w:br/>
        <w:t>Не треба сліз, не мруж чоло.&lt;br /&gt;</w:t>
        <w:br/>
        <w:t>Можливо, іншого у долі&lt;br /&gt;</w:t>
        <w:br/>
        <w:t>Для нас нічого й не було.</w:t>
      </w:r>
    </w:p>
    <w:p>
      <w:r>
        <w:br/>
        <w:t>Тож почекаємо – ще буде,&lt;br /&gt;</w:t>
        <w:br/>
        <w:t>І скреснуть ріки і човни, —&lt;br /&gt;</w:t>
        <w:br/>
        <w:t>Але кватирку причини&lt;br /&gt;</w:t>
        <w:br/>
        <w:t>І вкутай душу від простуди.</w:t>
      </w:r>
    </w:p>
    <w:p>
      <w:r>
        <w:br/>
        <w:t>І не маяч, як тінь над тінню,&lt;br /&gt;</w:t>
        <w:br/>
        <w:t>Залиш для осені осіннє,&lt;br /&gt;</w:t>
        <w:br/>
        <w:t>Скажи "бувай" своїй печалі,&lt;br /&gt;</w:t>
        <w:br/>
        <w:t>Нехай іде під три дощі,&lt;br /&gt;</w:t>
        <w:br/>
        <w:t>Або стоїть, як на причалі,&lt;br /&gt;</w:t>
        <w:br/>
        <w:t>Одна у сірому плащі.</w:t>
      </w:r>
    </w:p>
    <w:p>
      <w:r>
        <w:br/>
        <w:t>Повір, нас доля не забула,&lt;br /&gt;</w:t>
        <w:br/>
        <w:t>І недалеко вже "курли"&lt;br /&gt;</w:t>
        <w:br/>
        <w:t>Летить привітом зі Стамбула,&lt;br /&gt;</w:t>
        <w:br/>
        <w:t>Де ми з тобою не були.</w:t>
      </w:r>
    </w:p>
    <w:p>
      <w:r>
        <w:br/>
        <w:t>Все уладнається потроху,&lt;br /&gt;</w:t>
        <w:br/>
        <w:t>А ми ж чекати мастаки.&lt;br /&gt;</w:t>
        <w:br/>
        <w:t>Таке життя, така епоха.&lt;br /&gt;</w:t>
        <w:br/>
        <w:t>…………………і ми такі.</w:t>
      </w:r>
    </w:p>
    <w:p>
      <w:r>
        <w:br/>
        <w:t>ІІ</w:t>
      </w:r>
    </w:p>
    <w:p>
      <w:r>
        <w:br/>
        <w:t>Забудь про осінь і туман,&lt;br /&gt;</w:t>
        <w:br/>
        <w:t>Візьми мене у сон на згадку,&lt;br /&gt;</w:t>
        <w:br/>
        <w:t>Як неабищицю, закладку&lt;br /&gt;</w:t>
        <w:br/>
        <w:t>У недочитаний роман.</w:t>
      </w:r>
    </w:p>
    <w:p>
      <w:r>
        <w:br/>
        <w:t>Засни із думкою про мене,&lt;br /&gt;</w:t>
        <w:br/>
        <w:t>Нам буде весело вві сні,&lt;br /&gt;</w:t>
        <w:br/>
        <w:t>Де усміхаєшся мені,&lt;br /&gt;</w:t>
        <w:br/>
        <w:t>Як суджена і наречена.</w:t>
      </w:r>
    </w:p>
    <w:p>
      <w:r>
        <w:br/>
        <w:t>Цвіте ромашками довкілля,&lt;br /&gt;</w:t>
        <w:br/>
        <w:t>Цвітуть гвоздики, чистотіл…&lt;br /&gt;</w:t>
        <w:br/>
        <w:t>Я наварю крутого зілля,&lt;br /&gt;</w:t>
        <w:br/>
        <w:t>Знайду вина, покличу змія,&lt;br /&gt;</w:t>
        <w:br/>
        <w:t>Скажу: — Всі яблука – на стіл!</w:t>
      </w:r>
    </w:p>
    <w:p>
      <w:r>
        <w:br/>
        <w:t>І знак подам – і через мить&lt;br /&gt;</w:t>
        <w:br/>
        <w:t>Шампанське піниться фатою,&lt;br /&gt;</w:t>
        <w:br/>
        <w:t>Сміється й плаче молодою…&lt;br /&gt;</w:t>
        <w:br/>
        <w:t>І вже дружиною шипить,</w:t>
      </w:r>
    </w:p>
    <w:p>
      <w:r>
        <w:br/>
        <w:t>Про щось інтимне чайник синій&lt;br /&gt;</w:t>
        <w:br/>
        <w:t>Пропихкотить у нетерпінні&lt;br /&gt;</w:t>
        <w:br/>
        <w:t>На вушко чашечці-білявці.&lt;br /&gt;</w:t>
        <w:br/>
        <w:t>І геть байдужий до подій&lt;br /&gt;</w:t>
        <w:br/>
        <w:t>Заклякне Буддою на таці,&lt;br /&gt;</w:t>
        <w:br/>
        <w:t>Задерши вгору ніс кривий.</w:t>
      </w:r>
    </w:p>
    <w:p>
      <w:r>
        <w:br/>
        <w:t>Оркестр запросить танцювати,&lt;br /&gt;</w:t>
        <w:br/>
        <w:t>Гостей з-за столу підведе.&lt;br /&gt;</w:t>
        <w:br/>
        <w:t>Зелений змій обійме брата&lt;br /&gt;</w:t>
        <w:br/>
        <w:t>І в ноги Єві упаде.&lt;br /&gt;</w:t>
        <w:br/>
        <w:t>А я шепну тобі: — Живи!&lt;br /&gt;</w:t>
        <w:br/>
        <w:t>Забудь, що є печаль, невдачі,&lt;br /&gt;</w:t>
        <w:br/>
        <w:t>Що вершником без голови&lt;br /&gt;</w:t>
        <w:br/>
        <w:t>Старий будильник в будень скаче.</w:t>
      </w:r>
    </w:p>
    <w:p>
      <w:r>
        <w:br/>
        <w:t>Допоки ми, як чаклуни,&lt;br /&gt;</w:t>
        <w:br/>
        <w:t>Допоки ми у позачассі&lt;br /&gt;</w:t>
        <w:br/>
        <w:t>В одному сні, в одному вальсі,&lt;br /&gt;</w:t>
        <w:br/>
        <w:t>В одному вихорі весни…</w:t>
      </w:r>
    </w:p>
    <w:p>
      <w:r>
        <w:br/>
        <w:t>* * *</w:t>
      </w:r>
    </w:p>
    <w:p>
      <w:r>
        <w:br/>
        <w:t>І тривожно і щасливо,&lt;br /&gt;</w:t>
        <w:br/>
        <w:t>на стільці русяве диво&lt;br /&gt;</w:t>
        <w:br/>
        <w:t>усміхається навпроти:&lt;br /&gt;</w:t>
        <w:br/>
        <w:t>світлі очі, білі плечі,&lt;br /&gt;</w:t>
        <w:br/>
        <w:t>на які накинув вечір&lt;br /&gt;</w:t>
        <w:br/>
        <w:t>переливну позолоту.</w:t>
      </w:r>
    </w:p>
    <w:p>
      <w:r>
        <w:br/>
        <w:t>На її легких руках,&lt;br /&gt;</w:t>
        <w:br/>
        <w:t>що завмерли на коліні,&lt;br /&gt;</w:t>
        <w:br/>
        <w:t>погляд мій і трепет тіні&lt;br /&gt;</w:t>
        <w:br/>
        <w:t>яблуневого листка.</w:t>
      </w:r>
    </w:p>
    <w:p>
      <w:r>
        <w:br/>
        <w:t>Світлі очі пломеніють,&lt;br /&gt;</w:t>
        <w:br/>
        <w:t>вітер сіють, вітер сіють,&lt;br /&gt;</w:t>
        <w:br/>
        <w:t>навіваючи весну, –&lt;br /&gt;</w:t>
        <w:br/>
        <w:t>серце терпко завмирає,&lt;br /&gt;</w:t>
        <w:br/>
        <w:t>ніби вже передчуває,&lt;br /&gt;</w:t>
        <w:br/>
        <w:t>ніби знає, що пожну&lt;br /&gt;</w:t>
        <w:br/>
        <w:t>за своє зачарування, –</w:t>
      </w:r>
    </w:p>
    <w:p>
      <w:r>
        <w:br/>
        <w:t>це – і зустріч і прощання&lt;br /&gt;</w:t>
        <w:br/>
        <w:t>в часі пізньому злились.&lt;br /&gt;</w:t>
        <w:br/>
        <w:t>Тихше, серце, примирись&lt;br /&gt;</w:t>
        <w:br/>
        <w:t>з неминучістю смеркання.</w:t>
      </w:r>
    </w:p>
    <w:p>
      <w:r>
        <w:br/>
        <w:t>Тільки ж очі пломеніють,&lt;br /&gt;</w:t>
        <w:br/>
        <w:t>вітер сіють, вітер сіють,&lt;br /&gt;</w:t>
        <w:br/>
        <w:t>і вчувається мені,&lt;br /&gt;</w:t>
        <w:br/>
        <w:t>як шумить від бурі крона&lt;br /&gt;</w:t>
        <w:br/>
        <w:t>вся осіння, безборонна,&lt;br /&gt;</w:t>
        <w:br/>
        <w:t>вся у трепеті й вогні.</w:t>
      </w:r>
    </w:p>
    <w:p>
      <w:r>
        <w:br/>
        <w:t>* * *</w:t>
      </w:r>
    </w:p>
    <w:p>
      <w:r>
        <w:br/>
        <w:t>Іще вві сні літаєш ти,&lt;br /&gt;</w:t>
        <w:br/>
        <w:t>А в мене серце з висоти&lt;br /&gt;</w:t>
        <w:br/>
        <w:t>у тихім відчаї зривається,&lt;br /&gt;</w:t>
        <w:br/>
        <w:t>і падає лице в долоні,&lt;br /&gt;</w:t>
        <w:br/>
        <w:t>і кров, пульсуючи у скроні,&lt;br /&gt;</w:t>
        <w:br/>
        <w:t>пролитись проситься крізь пальці.&lt;br /&gt;</w:t>
        <w:br/>
        <w:t>Будильник стукає гучніше,&lt;br /&gt;</w:t>
        <w:br/>
        <w:t>і щось таке в ранковій тиші,&lt;br /&gt;</w:t>
        <w:br/>
        <w:t>як в недоказаному слові&lt;br /&gt;</w:t>
        <w:br/>
        <w:t>моєї пізньої любові.</w:t>
      </w:r>
    </w:p>
    <w:p>
      <w:r>
        <w:br/>
        <w:t>Шепочу я тобі: – Кохана,&lt;br /&gt;</w:t>
        <w:br/>
        <w:t>іще поспи, іще зарано... –&lt;br /&gt;</w:t>
        <w:br/>
        <w:t>І вже, можливо, не мені&lt;br /&gt;</w:t>
        <w:br/>
        <w:t>ти усміхаєшся вві сні&lt;br /&gt;</w:t>
        <w:br/>
        <w:t>крізь пасмо світлого волосся.</w:t>
      </w:r>
    </w:p>
    <w:p>
      <w:r>
        <w:br/>
        <w:t>А за вікном холодна осінь&lt;br /&gt;</w:t>
        <w:br/>
        <w:t>чорніє кроною крізь сніг,&lt;br /&gt;</w:t>
        <w:br/>
        <w:t>і йде зі снігом на поріг&lt;br /&gt;</w:t>
        <w:br/>
        <w:t>невідворотниця-розлука,&lt;br /&gt;</w:t>
        <w:br/>
        <w:t>ще трішки... і вона постука.</w:t>
      </w:r>
    </w:p>
    <w:p>
      <w:r>
        <w:br/>
        <w:t>* * *</w:t>
      </w:r>
    </w:p>
    <w:p>
      <w:r>
        <w:br/>
        <w:t>Іди. У мене все прострочено.&lt;br /&gt;</w:t>
        <w:br/>
        <w:t>Не оглядайся – я не хочу,&lt;br /&gt;</w:t>
        <w:br/>
        <w:t>щоб ти побачила мій страх,&lt;br /&gt;</w:t>
        <w:br/>
        <w:t>щоб ти відбилася в сльозах,&lt;br /&gt;</w:t>
        <w:br/>
        <w:t>що ледве стримую... Іди.&lt;br /&gt;</w:t>
        <w:br/>
        <w:t>Не оглядайсь на безнадію,&lt;br /&gt;</w:t>
        <w:br/>
        <w:t>нехай без тебе осінь тліє&lt;br /&gt;</w:t>
        <w:br/>
        <w:t>в безодні темної води,&lt;br /&gt;</w:t>
        <w:br/>
        <w:t>не оглядаючись, іди.</w:t>
      </w:r>
    </w:p>
    <w:p>
      <w:r>
        <w:br/>
        <w:t>Іди. Уже не окликаю.&lt;br /&gt;</w:t>
        <w:br/>
        <w:t>Що міг, що встиг – відшепотів,&lt;br /&gt;</w:t>
        <w:br/>
        <w:t>і легших від сльози немає,&lt;br /&gt;</w:t>
        <w:br/>
        <w:t>уже немає в мене слів.&lt;br /&gt;</w:t>
        <w:br/>
        <w:t>а може, і мене немає.&lt;br /&gt;</w:t>
        <w:br/>
        <w:t>Все відбулося. Все. Амінь.&lt;br /&gt;</w:t>
        <w:br/>
        <w:t>Не оглядайсь – побачиш тінь.</w:t>
      </w:r>
    </w:p>
    <w:p>
      <w:r>
        <w:br/>
        <w:t>Що потім в згадці промайне,&lt;br /&gt;</w:t>
        <w:br/>
        <w:t>вві сні постане чимось більшим,&lt;br /&gt;</w:t>
        <w:br/>
        <w:t>і ти шукатимеш мене&lt;br /&gt;</w:t>
        <w:br/>
        <w:t>і не знаходитимеш в іншім.</w:t>
      </w:r>
    </w:p>
    <w:p>
      <w:r>
        <w:br/>
        <w:t>* * *</w:t>
      </w:r>
    </w:p>
    <w:p>
      <w:r>
        <w:br/>
        <w:t>Життя на осінь поверта,&lt;br /&gt;</w:t>
        <w:br/>
        <w:t>вечірнім лісом багряніє.&lt;br /&gt;</w:t>
        <w:br/>
        <w:t>В моєму щасті гіркота,&lt;br /&gt;</w:t>
        <w:br/>
        <w:t>в моїй любові безнадія.</w:t>
      </w:r>
    </w:p>
    <w:p>
      <w:r>
        <w:br/>
        <w:t>Не обійти тернову гілку,&lt;br /&gt;</w:t>
        <w:br/>
        <w:t>людських обмов не обійти,&lt;br /&gt;</w:t>
        <w:br/>
        <w:t>але світи мені, світи,&lt;br /&gt;</w:t>
        <w:br/>
        <w:t>світи хоч ти, осіння зірко.</w:t>
      </w:r>
    </w:p>
    <w:p>
      <w:r>
        <w:br/>
        <w:t>Світи, пульсуючи над садом,&lt;br /&gt;</w:t>
        <w:br/>
        <w:t>над пережитим і над тим,&lt;br /&gt;</w:t>
        <w:br/>
        <w:t>що облітає листопадом&lt;br /&gt;</w:t>
        <w:br/>
        <w:t>таким навальним і густим...</w:t>
      </w:r>
    </w:p>
    <w:p>
      <w:r>
        <w:br/>
        <w:t>А спалахнеш перед світанням&lt;br /&gt;</w:t>
        <w:br/>
        <w:t>нехай кохана у вікні,&lt;br /&gt;</w:t>
        <w:br/>
        <w:t>твоє побачивши згасання,&lt;br /&gt;</w:t>
        <w:br/>
        <w:t>ще встигне загадать бажання,&lt;br /&gt;</w:t>
        <w:br/>
        <w:t>що не збулося при мені.</w:t>
      </w:r>
    </w:p>
    <w:p>
      <w:r>
        <w:br/>
        <w:t>* * * * * * * * * * *</w:t>
      </w:r>
    </w:p>
    <w:p>
      <w:r>
        <w:br/>
        <w:t>***</w:t>
      </w:r>
    </w:p>
    <w:p>
      <w:r>
        <w:br/>
        <w:t>Над дорогою у вирій&lt;br /&gt;</w:t>
        <w:br/>
        <w:t>Підведеться ранок сірий,&lt;br /&gt;</w:t>
        <w:br/>
        <w:t>Як високі вуха зайця,&lt;br /&gt;</w:t>
        <w:br/>
        <w:t>Що несе мені окрайця.</w:t>
      </w:r>
    </w:p>
    <w:p>
      <w:r>
        <w:br/>
        <w:t>І до отчої хатини&lt;br /&gt;</w:t>
        <w:br/>
        <w:t>Поведе мене дорога&lt;br /&gt;</w:t>
        <w:br/>
        <w:t>Відпочити на колінах&lt;br /&gt;</w:t>
        <w:br/>
        <w:t>Дерев’яного порога.</w:t>
      </w:r>
    </w:p>
    <w:p>
      <w:r>
        <w:br/>
        <w:t>Проведе понад рікою,&lt;br /&gt;</w:t>
        <w:br/>
        <w:t>Де у синім плині літо&lt;br /&gt;</w:t>
        <w:br/>
        <w:t>Із хмаринки золотої&lt;br /&gt;</w:t>
        <w:br/>
        <w:t>Золоте дитинство ліпить.</w:t>
      </w:r>
    </w:p>
    <w:p>
      <w:r>
        <w:br/>
        <w:t>Там пісок іще гарячий&lt;br /&gt;</w:t>
        <w:br/>
        <w:t>І сліди, яких не змити,&lt;br /&gt;</w:t>
        <w:br/>
        <w:t>І на соняшнику скаче,&lt;br /&gt;</w:t>
        <w:br/>
        <w:t>Може, я, а, може, вітер.</w:t>
      </w:r>
    </w:p>
    <w:p>
      <w:r>
        <w:br/>
        <w:t>І давно натомість сина&lt;br /&gt;</w:t>
        <w:br/>
        <w:t>Тільки курява дороги&lt;br /&gt;</w:t>
        <w:br/>
        <w:t>Осідає на коліна&lt;br /&gt;</w:t>
        <w:br/>
        <w:t>Дерев’яного порога.</w:t>
      </w:r>
    </w:p>
    <w:p>
      <w:r>
        <w:br/>
        <w:t>***</w:t>
      </w:r>
    </w:p>
    <w:p>
      <w:r>
        <w:br/>
        <w:t>Крім тернів, ніякі лаври&lt;br /&gt;</w:t>
        <w:br/>
        <w:t>Для поета не ростуть.&lt;br /&gt;</w:t>
        <w:br/>
        <w:t>А присняться гонорари –&lt;br /&gt;</w:t>
        <w:br/>
        <w:t>Похмелися…і забудь.</w:t>
      </w:r>
    </w:p>
    <w:p>
      <w:r>
        <w:br/>
        <w:t>Можна вижить на картоплі,&lt;br /&gt;</w:t>
        <w:br/>
        <w:t>Не цілуючи пантофлі.&lt;br /&gt;</w:t>
        <w:br/>
        <w:t>Три вожді, як три сокири,&lt;br /&gt;</w:t>
        <w:br/>
        <w:t>Не виблискують у профіль&lt;br /&gt;</w:t>
        <w:br/>
        <w:t>Над заручниками ліри.</w:t>
      </w:r>
    </w:p>
    <w:p>
      <w:r>
        <w:br/>
        <w:t>Ні Дантес, ані Сальєрі&lt;br /&gt;</w:t>
        <w:br/>
        <w:t>Не постукають у двері, –&lt;br /&gt;</w:t>
        <w:br/>
        <w:t>Ні кривавої дуелі,&lt;br /&gt;</w:t>
        <w:br/>
        <w:t>Ні отруйного вина…&lt;br /&gt;</w:t>
        <w:br/>
        <w:t>І в Тарасовому сквері,&lt;br /&gt;</w:t>
        <w:br/>
        <w:t>Як ніколи, тишина.</w:t>
      </w:r>
    </w:p>
    <w:p>
      <w:r>
        <w:br/>
        <w:t>***</w:t>
      </w:r>
    </w:p>
    <w:p>
      <w:r>
        <w:br/>
        <w:t>Спішать освоювати Київ&lt;br /&gt;</w:t>
        <w:br/>
        <w:t>Через Ворота золоті&lt;br /&gt;</w:t>
        <w:br/>
        <w:t>Всі довгорукі, всі круті&lt;br /&gt;</w:t>
        <w:br/>
        <w:t>На віслюках нові месії.</w:t>
      </w:r>
    </w:p>
    <w:p>
      <w:r>
        <w:br/>
        <w:t>За ними яром-долиною&lt;br /&gt;</w:t>
        <w:br/>
        <w:t>Ідуть до хати вісім бід&lt;br /&gt;</w:t>
        <w:br/>
        <w:t>Та ще й дев’яту за собою&lt;br /&gt;</w:t>
        <w:br/>
        <w:t>Під руки тягнуть на обід.</w:t>
      </w:r>
    </w:p>
    <w:p>
      <w:r>
        <w:br/>
        <w:t>Ідуть за бідами-полями&lt;br /&gt;</w:t>
        <w:br/>
        <w:t>Дощі безрукими старцями.&lt;br /&gt;</w:t>
        <w:br/>
        <w:t>А на горі, чорніші сажі,&lt;br /&gt;</w:t>
        <w:br/>
        <w:t>Женці розгублено гудуть,&lt;br /&gt;</w:t>
        <w:br/>
        <w:t>То знову скажуть, як зав’яжуть,&lt;br /&gt;</w:t>
        <w:br/>
        <w:t>І далі приказки не йдуть.</w:t>
      </w:r>
    </w:p>
    <w:p>
      <w:r>
        <w:br/>
        <w:t>В Холоднім ярі поза часом&lt;br /&gt;</w:t>
        <w:br/>
        <w:t>Майне й розчиниться козак…&lt;br /&gt;</w:t>
        <w:br/>
        <w:t>І час гримить, як порожняк,&lt;br /&gt;</w:t>
        <w:br/>
        <w:t>Над порожнечею Донбасу.</w:t>
      </w:r>
    </w:p>
    <w:p>
      <w:r>
        <w:br/>
        <w:t>***</w:t>
      </w:r>
    </w:p>
    <w:p>
      <w:r>
        <w:br/>
        <w:t>Вранці просинаєшся безсилим.&lt;br /&gt;</w:t>
        <w:br/>
        <w:t>За вікном відбійні молотки&lt;br /&gt;</w:t>
        <w:br/>
        <w:t>Прошивають чергами шибки,&lt;br /&gt;</w:t>
        <w:br/>
        <w:t>І дорогу знову перекрили.</w:t>
      </w:r>
    </w:p>
    <w:p>
      <w:r>
        <w:br/>
        <w:t>У тумані, шумом наполохана,&lt;br /&gt;</w:t>
        <w:br/>
        <w:t>Сіра, як світанок цей, епоха,&lt;br /&gt;</w:t>
        <w:br/>
        <w:t>Щоб своїх героїв роздивиться&lt;br /&gt;</w:t>
        <w:br/>
        <w:t>Вкотре проявляє наші лиця,&lt;br /&gt;</w:t>
        <w:br/>
        <w:t>А на лицях нічого читати –&lt;br /&gt;</w:t>
        <w:br/>
        <w:t>Мов кишені, вивернуті святом.</w:t>
      </w:r>
    </w:p>
    <w:p>
      <w:r>
        <w:br/>
        <w:t>Збуджені, знервовані украй,&lt;br /&gt;</w:t>
        <w:br/>
        <w:t>Лаємось, виплескуєм обиди.&lt;br /&gt;</w:t>
        <w:br/>
        <w:t>Кожен виглядає свій трамвай,&lt;br /&gt;</w:t>
        <w:br/>
        <w:t>А трамвай один,&lt;br /&gt;</w:t>
        <w:br/>
        <w:t>І той не їде.</w:t>
      </w:r>
    </w:p>
    <w:p>
      <w:r>
        <w:br/>
        <w:t>Торохтить відбійний молоток,&lt;br /&gt;</w:t>
        <w:br/>
        <w:t>Люди метушаться в жовтих робах.&lt;br /&gt;</w:t>
        <w:br/>
        <w:t>І тече з годинника пісок,&lt;br /&gt;</w:t>
        <w:br/>
        <w:t>Підіймаючи над кожним горбик.</w:t>
      </w:r>
    </w:p>
    <w:p>
      <w:r>
        <w:br/>
        <w:t>Чай завариш, вип’єш нашвидку,&lt;br /&gt;</w:t>
        <w:br/>
        <w:t>Мацаєш неголену щоку,&lt;br /&gt;</w:t>
        <w:br/>
        <w:t>В дзеркало зиркнеш:&lt;br /&gt;</w:t>
        <w:br/>
        <w:t>— О Боже мій,&lt;br /&gt;</w:t>
        <w:br/>
        <w:t>Та невже насправді я такий?</w:t>
      </w:r>
    </w:p>
    <w:p>
      <w:r>
        <w:br/>
        <w:t>Донька ввійде, платтячком війне,&lt;br /&gt;</w:t>
        <w:br/>
        <w:t>Звично привітається рукою&lt;br /&gt;</w:t>
        <w:br/>
        <w:t>І заповнить дзеркало собою,&lt;br /&gt;</w:t>
        <w:br/>
        <w:t>Витіснивши меблі і мене.</w:t>
      </w:r>
    </w:p>
    <w:p>
      <w:r>
        <w:br/>
        <w:t>***</w:t>
      </w:r>
    </w:p>
    <w:p>
      <w:r>
        <w:br/>
        <w:t>Остання зграя журавлина&lt;br /&gt;</w:t>
        <w:br/>
        <w:t>У простір врізалася клином –&lt;br /&gt;</w:t>
        <w:br/>
        <w:t>І зараз обрій розчахнеться,&lt;br /&gt;</w:t>
        <w:br/>
        <w:t>В пітьмі багаття спалахне,&lt;br /&gt;</w:t>
        <w:br/>
        <w:t>Освітить друзів і мене,&lt;br /&gt;</w:t>
        <w:br/>
        <w:t>Над плином вудлище нагнеться,&lt;br /&gt;</w:t>
        <w:br/>
        <w:t>По ньому скотиться роса,&lt;br /&gt;</w:t>
        <w:br/>
        <w:t>І Вінграновський усміхнеться&lt;br /&gt;</w:t>
        <w:br/>
        <w:t>В грузинськім кепі і трусах&lt;br /&gt;</w:t>
        <w:br/>
        <w:t>З високим келихом вина&lt;br /&gt;</w:t>
        <w:br/>
        <w:t>Біля носатого човна.</w:t>
      </w:r>
    </w:p>
    <w:p>
      <w:r>
        <w:br/>
        <w:t>Постануть рідні із пітьми,&lt;br /&gt;</w:t>
        <w:br/>
        <w:t>Почую батька за дверми,&lt;br /&gt;</w:t>
        <w:br/>
        <w:t>Побачу матір біля ґанку…</w:t>
      </w:r>
    </w:p>
    <w:p>
      <w:r>
        <w:br/>
        <w:t>Оглянься, душе, і візьми,&lt;br /&gt;</w:t>
        <w:br/>
        <w:t>Хоч щось візьми&lt;br /&gt;</w:t>
        <w:br/>
        <w:t>На вічну згадку.</w:t>
      </w:r>
    </w:p>
    <w:p>
      <w:r>
        <w:br/>
        <w:t>***</w:t>
      </w:r>
    </w:p>
    <w:p>
      <w:r>
        <w:br/>
        <w:t>Ще недокурена цигарка,&lt;br /&gt;</w:t>
        <w:br/>
        <w:t>Але конвойний підганя.&lt;br /&gt;</w:t>
        <w:br/>
        <w:t>Лишилось часу – на затяжку,&lt;br /&gt;</w:t>
        <w:br/>
        <w:t>Лишилось в чарці – "на коня",&lt;br /&gt;</w:t>
        <w:br/>
        <w:t>І вже кінцева…не далеко –&lt;br /&gt;</w:t>
        <w:br/>
        <w:t>За поворотом до аптеки,&lt;br /&gt;</w:t>
        <w:br/>
        <w:t>Де співчутливо, як від серця,&lt;br /&gt;</w:t>
        <w:br/>
        <w:t>Призвідник першого гріха&lt;br /&gt;</w:t>
        <w:br/>
        <w:t>Тобі у спину усміхнеться&lt;br /&gt;</w:t>
        <w:br/>
        <w:t>Й порожнім блюдцем помаха.</w:t>
      </w:r>
    </w:p>
    <w:p>
      <w:r>
        <w:br/>
        <w:t>***</w:t>
      </w:r>
    </w:p>
    <w:p>
      <w:r>
        <w:br/>
        <w:t>І слів немає щось договорить,&lt;br /&gt;</w:t>
        <w:br/>
        <w:t>І сенсу говорить уже немає.&lt;br /&gt;</w:t>
        <w:br/>
        <w:t>Усе, що так горіло, пригасає,&lt;br /&gt;</w:t>
        <w:br/>
        <w:t>А все, що підкидаю, не горить.</w:t>
      </w:r>
    </w:p>
    <w:p>
      <w:r>
        <w:br/>
        <w:t>І сад на спаді. Й день уже на спаді, —&lt;br /&gt;</w:t>
        <w:br/>
        <w:t>І метушусь, і знову невпопад&lt;br /&gt;</w:t>
        <w:br/>
        <w:t>Не знати що, шукаю в листопаді,&lt;br /&gt;</w:t>
        <w:br/>
        <w:t>Потоптуючи сліпо листопад.</w:t>
      </w:r>
    </w:p>
    <w:p>
      <w:r>
        <w:br/>
        <w:t>***</w:t>
      </w:r>
    </w:p>
    <w:p>
      <w:r>
        <w:br/>
        <w:t>Відбіліли заметілі,&lt;br /&gt;</w:t>
        <w:br/>
        <w:t>Відступили холоди,&lt;br /&gt;</w:t>
        <w:br/>
        <w:t>Що тримали в чорнім тілі&lt;br /&gt;</w:t>
        <w:br/>
        <w:t>Приморожені сади.&lt;br /&gt;</w:t>
        <w:br/>
        <w:t>Від капіжі сніг, як сито.&lt;br /&gt;</w:t>
        <w:br/>
        <w:t>Просіваю пережите,&lt;br /&gt;</w:t>
        <w:br/>
        <w:t>А воно за миттю мить,&lt;br /&gt;</w:t>
        <w:br/>
        <w:t>Ніби в бабине корито,&lt;br /&gt;</w:t>
        <w:br/>
        <w:t>В три бурульки капотить.</w:t>
      </w:r>
    </w:p>
    <w:p>
      <w:r>
        <w:br/>
        <w:t>Плине чайка на крижині,&lt;br /&gt;</w:t>
        <w:br/>
        <w:t>І світлішає у плині&lt;br /&gt;</w:t>
        <w:br/>
        <w:t>Небо рідного Дніпра.&lt;br /&gt;</w:t>
        <w:br/>
        <w:t>І пора ладнати спінінг,&lt;br /&gt;</w:t>
        <w:br/>
        <w:t>Блешені драяти пора.</w:t>
      </w:r>
    </w:p>
    <w:p>
      <w:r>
        <w:br/>
        <w:t>Захлинаючись від піни,&lt;br /&gt;</w:t>
        <w:br/>
        <w:t>У ярках досолов'їнне&lt;br /&gt;</w:t>
        <w:br/>
        <w:t>Щось виспівують струмки,&lt;br /&gt;</w:t>
        <w:br/>
        <w:t>Щось первісне і магічне,&lt;br /&gt;</w:t>
        <w:br/>
        <w:t>Як і те, що ти мугичеш,&lt;br /&gt;</w:t>
        <w:br/>
        <w:t>Протираючи шибки.</w:t>
      </w:r>
    </w:p>
    <w:p>
      <w:r>
        <w:br/>
        <w:t>* * * * * * * * * *</w:t>
      </w:r>
    </w:p>
    <w:p>
      <w:r>
        <w:br/>
        <w:t>З висоти осіннього листка</w:t>
      </w:r>
    </w:p>
    <w:p>
      <w:r>
        <w:br/>
        <w:t>***</w:t>
      </w:r>
    </w:p>
    <w:p>
      <w:r>
        <w:br/>
        <w:t>Шумить базар, підшитий лисом,&lt;br /&gt;</w:t>
        <w:br/>
        <w:t>шумить народ, ой, темним лісом,&lt;br /&gt;</w:t>
        <w:br/>
        <w:t>а в тому лисі, темнім лісі,&lt;br /&gt;</w:t>
        <w:br/>
        <w:t>де хащі майже непролазні,&lt;br /&gt;</w:t>
        <w:br/>
        <w:t>той пада в грязь, той лізе в князі,&lt;br /&gt;</w:t>
        <w:br/>
        <w:t>той на осичині вознісся.</w:t>
      </w:r>
    </w:p>
    <w:p>
      <w:r>
        <w:br/>
        <w:t>А син людський сидить на сходах,&lt;br /&gt;</w:t>
        <w:br/>
        <w:t>як перед совістю народу&lt;br /&gt;</w:t>
        <w:br/>
        <w:t>із поцілунком самогону&lt;br /&gt;</w:t>
        <w:br/>
        <w:t>на всю невмиту і червону.&lt;br /&gt;</w:t>
        <w:br/>
        <w:t>І, видихаючи вогонь,&lt;br /&gt;</w:t>
        <w:br/>
        <w:t>волає зраджений невдаха:&lt;br /&gt;</w:t>
        <w:br/>
        <w:t>– По-дайте в шапку Мономаха&lt;br /&gt;</w:t>
        <w:br/>
        <w:t>хоч гривню з образом його!..</w:t>
      </w:r>
    </w:p>
    <w:p>
      <w:r>
        <w:br/>
        <w:t>Проходять мимо. Бог подасть,&lt;br /&gt;</w:t>
        <w:br/>
        <w:t>всіх обігріє, всім воздасть.</w:t>
      </w:r>
    </w:p>
    <w:p>
      <w:r>
        <w:br/>
        <w:t>Шумить народ, ой, темним лісом,&lt;br /&gt;</w:t>
        <w:br/>
        <w:t>шумить базар, підшитий лисом.&lt;br /&gt;</w:t>
        <w:br/>
        <w:t>А над товарами товари,&lt;br /&gt;</w:t>
        <w:br/>
        <w:t>які від дідька, від Яги,&lt;br /&gt;</w:t>
        <w:br/>
        <w:t>і горбоносі, як хозари,&lt;br /&gt;</w:t>
        <w:br/>
        <w:t>гудуть хозарами торги.</w:t>
      </w:r>
    </w:p>
    <w:p>
      <w:r>
        <w:br/>
        <w:t>Торгують всі, хто як уміє,&lt;br /&gt;</w:t>
        <w:br/>
        <w:t>стає товаром всенький світ,&lt;br /&gt;</w:t>
        <w:br/>
        <w:t>ключі від нашої Софії,&lt;br /&gt;</w:t>
        <w:br/>
        <w:t>ключі від Золотих воріт...</w:t>
      </w:r>
    </w:p>
    <w:p>
      <w:r>
        <w:br/>
        <w:t>Шумить базар, підшитий лисом,&lt;br /&gt;</w:t>
        <w:br/>
        <w:t>шумить народ, ой, темним лісом,&lt;br /&gt;</w:t>
        <w:br/>
        <w:t>де ні стежок, ані доріг,&lt;br /&gt;</w:t>
        <w:br/>
        <w:t>де вже і сам не знає скільки&lt;br /&gt;</w:t>
        <w:br/>
        <w:t>ночей і днів на свій поріг&lt;br /&gt;</w:t>
        <w:br/>
        <w:t>бреде навпомацки Василько&lt;br /&gt;</w:t>
        <w:br/>
        <w:t>криваво плачучи у сніг.</w:t>
      </w:r>
    </w:p>
    <w:p>
      <w:r>
        <w:br/>
        <w:t>* * *</w:t>
      </w:r>
    </w:p>
    <w:p>
      <w:r>
        <w:br/>
        <w:t>Щось ти, серце моє,&lt;br /&gt;</w:t>
        <w:br/>
        <w:t>ой важке, загорьоване,&lt;br /&gt;</w:t>
        <w:br/>
        <w:t>ніби всі, що не є,&lt;br /&gt;</w:t>
        <w:br/>
        <w:t>позліталися ворони.</w:t>
      </w:r>
    </w:p>
    <w:p>
      <w:r>
        <w:br/>
        <w:t>Вже нічому не раде,&lt;br /&gt;</w:t>
        <w:br/>
        <w:t>ти вже так підупало,&lt;br /&gt;</w:t>
        <w:br/>
        <w:t>ніби всі листопади&lt;br /&gt;</w:t>
        <w:br/>
        <w:t>на тебе упали.</w:t>
      </w:r>
    </w:p>
    <w:p>
      <w:r>
        <w:br/>
        <w:t>Може, це од вини,&lt;br /&gt;</w:t>
        <w:br/>
        <w:t>може, строки прострочено,&lt;br /&gt;</w:t>
        <w:br/>
        <w:t>може, голка сосни&lt;br /&gt;</w:t>
        <w:br/>
        <w:t>дошиває сорочку.</w:t>
      </w:r>
    </w:p>
    <w:p>
      <w:r>
        <w:br/>
        <w:t>Може, час пригадати&lt;br /&gt;</w:t>
        <w:br/>
        <w:t>стіни отчої хати,&lt;br /&gt;</w:t>
        <w:br/>
        <w:t>де безпутного сина&lt;br /&gt;</w:t>
        <w:br/>
        <w:t>била часто лозина,&lt;br /&gt;</w:t>
        <w:br/>
        <w:t>а синочка, як ангела,&lt;br /&gt;</w:t>
        <w:br/>
        <w:t>мати, плачучи, гладила,</w:t>
      </w:r>
    </w:p>
    <w:p>
      <w:r>
        <w:br/>
        <w:t>сподівалась сумна,&lt;br /&gt;</w:t>
        <w:br/>
        <w:t>що нарешті весна,&lt;br /&gt;</w:t>
        <w:br/>
        <w:t>як в сорочці, народиться...&lt;br /&gt;</w:t>
        <w:br/>
        <w:t>Як там зараз вона,&lt;br /&gt;</w:t>
        <w:br/>
        <w:t>Пресвята Богородице?</w:t>
      </w:r>
    </w:p>
    <w:p>
      <w:r>
        <w:br/>
        <w:t>В тій біді, в тій нужді,&lt;br /&gt;</w:t>
        <w:br/>
        <w:t>де все рвалось, все тонко,&lt;br /&gt;</w:t>
        <w:br/>
        <w:t>Ти єдина тоді&lt;br /&gt;</w:t>
        <w:br/>
        <w:t>їй світила іконкою.</w:t>
      </w:r>
    </w:p>
    <w:p>
      <w:r>
        <w:br/>
        <w:t>Я молюсь на колінах&lt;br /&gt;</w:t>
        <w:br/>
        <w:t>біля пекла внизу.&lt;br /&gt;</w:t>
        <w:br/>
        <w:t>Передай їй від сина&lt;br /&gt;</w:t>
        <w:br/>
        <w:t>покаянну сльозу.</w:t>
      </w:r>
    </w:p>
    <w:p>
      <w:r>
        <w:br/>
        <w:t>* * * * * * * * *</w:t>
      </w:r>
    </w:p>
    <w:p>
      <w:r>
        <w:br/>
        <w:t>Обранці музи</w:t>
      </w:r>
    </w:p>
    <w:p>
      <w:r>
        <w:br/>
        <w:t>М. Слабошпицькому</w:t>
      </w:r>
    </w:p>
    <w:p>
      <w:r>
        <w:br/>
        <w:t>Хоч біль, хоч радість видихає&lt;br /&gt;</w:t>
        <w:br/>
        <w:t>Але смолою пахне дека.&lt;br /&gt;</w:t>
        <w:br/>
        <w:t>– Усі поети – тільки з пекла,&lt;br /&gt;</w:t>
        <w:br/>
        <w:t>не знаю вихідців із раю,&lt;br /&gt;</w:t>
        <w:br/>
        <w:t>де ситі вівці, смирні леви&lt;br /&gt;</w:t>
        <w:br/>
        <w:t>і ватні вуха у луни&lt;br /&gt;</w:t>
        <w:br/>
        <w:t>не чують, як рубають древо&lt;br /&gt;</w:t>
        <w:br/>
        <w:t>на дрова слуги Сатани.</w:t>
      </w:r>
    </w:p>
    <w:p>
      <w:r>
        <w:br/>
        <w:t>А в пеклі співи, бидло в храмах&lt;br /&gt;</w:t>
        <w:br/>
        <w:t>і приповідники при хамах,&lt;br /&gt;</w:t>
        <w:br/>
        <w:t>і дідько розімлів у славі.&lt;br /&gt;</w:t>
        <w:br/>
        <w:t>А натовп, над панами пан,&lt;br /&gt;</w:t>
        <w:br/>
        <w:t>під тупоногі марші браві&lt;br /&gt;</w:t>
        <w:br/>
        <w:t>несе поклони на майдан...</w:t>
      </w:r>
    </w:p>
    <w:p>
      <w:r>
        <w:br/>
        <w:t>А Муза, як жона замучена,&lt;br /&gt;</w:t>
        <w:br/>
        <w:t>чекає п’яного поета,&lt;br /&gt;</w:t>
        <w:br/>
        <w:t>щоб диктувати не сонета –&lt;br /&gt;</w:t>
        <w:br/>
        <w:t>свою заяву на розлучення&lt;br /&gt;</w:t>
        <w:br/>
        <w:t>та уявляє крізь сльозу,&lt;br /&gt;</w:t>
        <w:br/>
        <w:t>як водить покидьок "козу"&lt;br /&gt;</w:t>
        <w:br/>
        <w:t>і "кізкам" баки забива,&lt;br /&gt;</w:t>
        <w:br/>
        <w:t>цитуючи її слова.</w:t>
      </w:r>
    </w:p>
    <w:p>
      <w:r>
        <w:br/>
        <w:t>То пригадає без хули&lt;br /&gt;</w:t>
        <w:br/>
        <w:t>обранців, що були до нього,&lt;br /&gt;</w:t>
        <w:br/>
        <w:t>коли сердито і надовго –&lt;br /&gt;</w:t>
        <w:br/>
        <w:t>сороки вибились в орли,&lt;br /&gt;</w:t>
        <w:br/>
        <w:t>поета світлого в труні,&lt;br /&gt;</w:t>
        <w:br/>
        <w:t>що цілував їй ніжно руки,&lt;br /&gt;</w:t>
        <w:br/>
        <w:t>і як у скорбній тишині&lt;br /&gt;</w:t>
        <w:br/>
        <w:t>могильщик, як остання сука,&lt;br /&gt;</w:t>
        <w:br/>
        <w:t>на нього стукав Сатані.</w:t>
      </w:r>
    </w:p>
    <w:p>
      <w:r>
        <w:br/>
        <w:t>Згадає вузлики дротів&lt;br /&gt;</w:t>
        <w:br/>
        <w:t>і як Зерову сніг білів&lt;br /&gt;</w:t>
        <w:br/>
        <w:t>подушкою для вічних снів,</w:t>
      </w:r>
    </w:p>
    <w:p>
      <w:r>
        <w:br/>
        <w:t>як засідала "тройка" п’яна&lt;br /&gt;</w:t>
        <w:br/>
        <w:t>під чорним поглядом нагана&lt;br /&gt;</w:t>
        <w:br/>
        <w:t>і як молилася зоря,&lt;br /&gt;</w:t>
        <w:br/>
        <w:t>благала Трійцю про відстрочку,&lt;br /&gt;</w:t>
        <w:br/>
        <w:t>і як Сосюра приміряв&lt;br /&gt;</w:t>
        <w:br/>
        <w:t>на себе гамівну сорочку,&lt;br /&gt;</w:t>
        <w:br/>
        <w:t>а з потойбіччя всіх дзеркал –&lt;br /&gt;</w:t>
        <w:br/>
        <w:t>людини чорної оскал...</w:t>
      </w:r>
    </w:p>
    <w:p>
      <w:r>
        <w:br/>
        <w:t>Прийшов обранець передсвітом,&lt;br /&gt;</w:t>
        <w:br/>
        <w:t>І Муза, хоч яка сердита,&lt;br /&gt;</w:t>
        <w:br/>
        <w:t>прощає, чаю налива,&lt;br /&gt;</w:t>
        <w:br/>
        <w:t>бо що її сухі слова&lt;br /&gt;</w:t>
        <w:br/>
        <w:t>без іскри Божої піїта.</w:t>
      </w:r>
    </w:p>
    <w:p>
      <w:r>
        <w:br/>
        <w:t>* * *</w:t>
      </w:r>
    </w:p>
    <w:p>
      <w:r>
        <w:br/>
        <w:t>Придурюсь, що я не геніальний,&lt;br /&gt;</w:t>
        <w:br/>
        <w:t>потім геніальним придурюсь&lt;br /&gt;</w:t>
        <w:br/>
        <w:t>і нап’юсь у час відповідальний,&lt;br /&gt;</w:t>
        <w:br/>
        <w:t>бо відповідальності боюсь.</w:t>
      </w:r>
    </w:p>
    <w:p>
      <w:r>
        <w:br/>
        <w:t>Виростуть у мене, як в слона&lt;br /&gt;</w:t>
        <w:br/>
        <w:t>вуха для солодкої локшини,&lt;br /&gt;</w:t>
        <w:br/>
        <w:t>хоч все нижче падає ціна&lt;br /&gt;</w:t>
        <w:br/>
        <w:t>на усе високе і безцінне.</w:t>
      </w:r>
    </w:p>
    <w:p>
      <w:r>
        <w:br/>
        <w:t>Веселюсь на нашій не своїй,&lt;br /&gt;</w:t>
        <w:br/>
        <w:t>де в садку вишневім коло хати&lt;br /&gt;</w:t>
        <w:br/>
        <w:t>так співають-плачуть солов’ї,&lt;br /&gt;</w:t>
        <w:br/>
        <w:t>ніби їм у Празі помирати.</w:t>
      </w:r>
    </w:p>
    <w:p>
      <w:r>
        <w:br/>
        <w:t>І мені у скверику старому&lt;br /&gt;</w:t>
        <w:br/>
        <w:t>навіть заздрить визнаний піїт,&lt;br /&gt;</w:t>
        <w:br/>
        <w:t>котрий при здоров’ї кам’яному&lt;br /&gt;</w:t>
        <w:br/>
        <w:t>дивиться із каменю на світ.</w:t>
      </w:r>
    </w:p>
    <w:p>
      <w:r>
        <w:br/>
        <w:t>* * *</w:t>
      </w:r>
    </w:p>
    <w:p>
      <w:r>
        <w:br/>
        <w:t>Я ще й до себе не дожив,&lt;br /&gt;</w:t>
        <w:br/>
        <w:t>а зір померк і пам'ять меркне,&lt;br /&gt;</w:t>
        <w:br/>
        <w:t>втрачаю і живих, і мертвих,&lt;br /&gt;</w:t>
        <w:br/>
        <w:t>кого люблю, кого любив.</w:t>
      </w:r>
    </w:p>
    <w:p>
      <w:r>
        <w:br/>
        <w:t>І вже нічого не змінить,&lt;br /&gt;</w:t>
        <w:br/>
        <w:t>мов обривається дорога,&lt;br /&gt;</w:t>
        <w:br/>
        <w:t>і пізно щось просити в Бога&lt;br /&gt;</w:t>
        <w:br/>
        <w:t>і навіть соромно просить.</w:t>
      </w:r>
    </w:p>
    <w:p>
      <w:r>
        <w:br/>
        <w:t>* * *</w:t>
      </w:r>
    </w:p>
    <w:p>
      <w:r>
        <w:br/>
        <w:t>Пив за Музу, пив за Пірра&lt;br /&gt;</w:t>
        <w:br/>
        <w:t>І за себе як героя,&lt;br /&gt;</w:t>
        <w:br/>
        <w:t>і забув, після якої&lt;br /&gt;</w:t>
        <w:br/>
        <w:t>я поклявся пити в міру.</w:t>
      </w:r>
    </w:p>
    <w:p>
      <w:r>
        <w:br/>
        <w:t>День короткий. Довгі тіні.&lt;br /&gt;</w:t>
        <w:br/>
        <w:t>Все осіннє. Я осінній.&lt;br /&gt;</w:t>
        <w:br/>
        <w:t>Щось писати намагаюсь,&lt;br /&gt;</w:t>
        <w:br/>
        <w:t>над папером чистим каюсь&lt;br /&gt;</w:t>
        <w:br/>
        <w:t>за гріхи свого пера,&lt;br /&gt;</w:t>
        <w:br/>
        <w:t>і мені ночами сниться&lt;br /&gt;</w:t>
        <w:br/>
        <w:t>непідкорена столиця,&lt;br /&gt;</w:t>
        <w:br/>
        <w:t>неподолана гора.</w:t>
      </w:r>
    </w:p>
    <w:p>
      <w:r>
        <w:br/>
        <w:t>Відчуваю: до мети&lt;br /&gt;</w:t>
        <w:br/>
        <w:t>не дійти, замало віку.&lt;br /&gt;</w:t>
        <w:br/>
        <w:t>Помолись за мене, Ніко,&lt;br /&gt;</w:t>
        <w:br/>
        <w:t>і мене перехрести.</w:t>
      </w:r>
    </w:p>
    <w:p>
      <w:r>
        <w:br/>
        <w:t>Не зітхай у спину гірко,&lt;br /&gt;</w:t>
        <w:br/>
        <w:t>не кажи моїй рідні,&lt;br /&gt;</w:t>
        <w:br/>
        <w:t>що призначена мені&lt;br /&gt;</w:t>
        <w:br/>
        <w:t>вже без листя лавра гілка.</w:t>
      </w:r>
    </w:p>
    <w:p>
      <w:r>
        <w:br/>
        <w:t>Коронує осінь крука,&lt;br /&gt;</w:t>
        <w:br/>
        <w:t>круком каркає розлука,&lt;br /&gt;</w:t>
        <w:br/>
        <w:t>День іде, немов прихворів,&lt;br /&gt;</w:t>
        <w:br/>
        <w:t>як під гору, важко так,&lt;br /&gt;</w:t>
        <w:br/>
        <w:t>як в рудій осінній формі&lt;br /&gt;</w:t>
        <w:br/>
        <w:t>безпогонний товарняк.</w:t>
      </w:r>
    </w:p>
    <w:p>
      <w:r>
        <w:br/>
        <w:t>* * *</w:t>
      </w:r>
    </w:p>
    <w:p>
      <w:r>
        <w:br/>
        <w:t>Крони оголились на Покрову,&lt;br /&gt;</w:t>
        <w:br/>
        <w:t>стежка загубилась між беріз,&lt;br /&gt;</w:t>
        <w:br/>
        <w:t>шиба додивилася до сліз,&lt;br /&gt;</w:t>
        <w:br/>
        <w:t>обірвалась музика і слово,&lt;br /&gt;</w:t>
        <w:br/>
        <w:t>обірвалось, випало у тишу,&lt;br /&gt;</w:t>
        <w:br/>
        <w:t>і лице, неначе не моє,&lt;br /&gt;</w:t>
        <w:br/>
        <w:t>як із потойбіччя постає&lt;br /&gt;</w:t>
        <w:br/>
        <w:t>в дзеркалі правдишнім і злішім.</w:t>
      </w:r>
    </w:p>
    <w:p>
      <w:r>
        <w:br/>
        <w:t>Все, що проявилось, не здається&lt;br /&gt;</w:t>
        <w:br/>
        <w:t>і не сниться, снилося колись,&lt;br /&gt;</w:t>
        <w:br/>
        <w:t>все, як є. Достукалося серце –&lt;br /&gt;</w:t>
        <w:br/>
        <w:t>двері відчиняються... Молись.</w:t>
      </w:r>
    </w:p>
    <w:p>
      <w:r>
        <w:br/>
        <w:t>* * *</w:t>
      </w:r>
    </w:p>
    <w:p>
      <w:r>
        <w:br/>
        <w:t>Дрібен дощик на осінній сад,&lt;br /&gt;</w:t>
        <w:br/>
        <w:t>світиться стоокий виноград,&lt;br /&gt;</w:t>
        <w:br/>
        <w:t>багряніє крона поріділа,&lt;br /&gt;</w:t>
        <w:br/>
        <w:t>в яблука заплакана щока,&lt;br /&gt;</w:t>
        <w:br/>
        <w:t>і на світ дивитися несила&lt;br /&gt;</w:t>
        <w:br/>
        <w:t>з висоти осіннього листка.</w:t>
      </w:r>
    </w:p>
    <w:p>
      <w:r>
        <w:br/>
        <w:t>А якщо й піднімешся орлом,&lt;br /&gt;</w:t>
        <w:br/>
        <w:t>все одно відчуєш в сьомім небі,&lt;br /&gt;</w:t>
        <w:br/>
        <w:t>що та ж сама решка під крилом&lt;br /&gt;</w:t>
        <w:br/>
        <w:t>і на тій же відстані від тебе.</w:t>
      </w:r>
    </w:p>
    <w:p>
      <w:r>
        <w:br/>
        <w:t>І нічого вже не наверстати,&lt;br /&gt;</w:t>
        <w:br/>
        <w:t>скоро пережите на віку,&lt;br /&gt;</w:t>
        <w:br/>
        <w:t>пережите ніби нашвидку,&lt;br /&gt;</w:t>
        <w:br/>
        <w:t>стиснеться до риски між "ку-ку",&lt;br /&gt;</w:t>
        <w:br/>
        <w:t>гляне, як у люстро, перша дата...</w:t>
      </w:r>
    </w:p>
    <w:p>
      <w:r>
        <w:br/>
        <w:t>Дрібен дощик на осінній сад,&lt;br /&gt;</w:t>
        <w:br/>
        <w:t>світиться стоокий виноград,&lt;br /&gt;</w:t>
        <w:br/>
        <w:t>навертає випити за свято,&lt;br /&gt;</w:t>
        <w:br/>
        <w:t>за його заплакану щоку,&lt;br /&gt;</w:t>
        <w:br/>
        <w:t>за хвилину щастя на віку,&lt;br /&gt;</w:t>
        <w:br/>
        <w:t>випити за пройдену дорогу&lt;br /&gt;</w:t>
        <w:br/>
        <w:t>і за тих, яких не повернуть...&lt;br /&gt;</w:t>
        <w:br/>
        <w:t>Не хвилюйся, дійдем до порога,&lt;br /&gt;</w:t>
        <w:br/>
        <w:t>більше того, нас ще й підвезуть.</w:t>
      </w:r>
    </w:p>
    <w:p>
      <w:r>
        <w:br/>
        <w:t>* * *</w:t>
      </w:r>
    </w:p>
    <w:p>
      <w:r>
        <w:br/>
        <w:t>А за нами ні шуму, ні хвилі,&lt;br /&gt;</w:t>
        <w:br/>
        <w:t>ми забуті давно, наперед, –&lt;br /&gt;</w:t>
        <w:br/>
        <w:t>наша слава у братській могилі,&lt;br /&gt;</w:t>
        <w:br/>
        <w:t>де стоїть Невідомий поет.</w:t>
      </w:r>
    </w:p>
    <w:p>
      <w:r>
        <w:br/>
        <w:t>Нас немає, від нас – тільки тіні,&lt;br /&gt;</w:t>
        <w:br/>
        <w:t>що неначе відстали на крок.&lt;br /&gt;</w:t>
        <w:br/>
        <w:t>Привітаємо, друже, осінні&lt;br /&gt;</w:t>
        <w:br/>
        <w:t>чорні ночі для пізніх думок.</w:t>
      </w:r>
    </w:p>
    <w:p>
      <w:r>
        <w:br/>
        <w:t>Пролетіли ми світлою вістю.&lt;br /&gt;</w:t>
        <w:br/>
        <w:t>І тремтить сиротіючи віть,&lt;br /&gt;</w:t>
        <w:br/>
        <w:t>і шумить, обростаючи листям,&lt;br /&gt;</w:t>
        <w:br/>
        <w:t>вітер шумить...</w:t>
      </w:r>
    </w:p>
    <w:p>
      <w:r>
        <w:br/>
        <w:t>* * * * * * * * * *</w:t>
      </w:r>
    </w:p>
    <w:p>
      <w:r>
        <w:br/>
        <w:t>Ось твій час</w:t>
      </w:r>
    </w:p>
    <w:p>
      <w:r>
        <w:br/>
        <w:t>* * *</w:t>
      </w:r>
    </w:p>
    <w:p>
      <w:r>
        <w:br/>
        <w:t>Уже на всьому осінь рання.&lt;br /&gt;</w:t>
        <w:br/>
        <w:t>Холодне в озері світання,&lt;br /&gt;</w:t>
        <w:br/>
        <w:t>синіє інеєм стіжок,&lt;br /&gt;</w:t>
        <w:br/>
        <w:t>де порох нюхає лисиця&lt;br /&gt;</w:t>
        <w:br/>
        <w:t>і не встигає додивиться,&lt;br /&gt;</w:t>
        <w:br/>
        <w:t>як тане хмаркою димок.</w:t>
      </w:r>
    </w:p>
    <w:p>
      <w:r>
        <w:br/>
        <w:t>Спливло туманами тепло,&lt;br /&gt;</w:t>
        <w:br/>
        <w:t>і всі трамваї – як в депо.&lt;br /&gt;</w:t>
        <w:br/>
        <w:t>І спить на лавці дерев’яній&lt;br /&gt;</w:t>
        <w:br/>
        <w:t>на кулаці сусід мій п’яний,&lt;br /&gt;</w:t>
        <w:br/>
        <w:t>якого я піднять би рад,&lt;br /&gt;</w:t>
        <w:br/>
        <w:t>та не піднять, як листопад.</w:t>
      </w:r>
    </w:p>
    <w:p>
      <w:r>
        <w:br/>
        <w:t>Ворожка-осінь шерхотить,&lt;br /&gt;</w:t>
        <w:br/>
        <w:t>тасує карти, бубонить,&lt;br /&gt;</w:t>
        <w:br/>
        <w:t>і кожна бубна випада,&lt;br /&gt;</w:t>
        <w:br/>
        <w:t>як щось навіки із гнізда,&lt;br /&gt;</w:t>
        <w:br/>
        <w:t>і розчиняється в тумані.</w:t>
      </w:r>
    </w:p>
    <w:p>
      <w:r>
        <w:br/>
        <w:t>І перед люстром на світанні,&lt;br /&gt;</w:t>
        <w:br/>
        <w:t>немов під поглядом сови,&lt;br /&gt;</w:t>
        <w:br/>
        <w:t>дружина видиха зітхання&lt;br /&gt;</w:t>
        <w:br/>
        <w:t>і павутинку запитання&lt;br /&gt;</w:t>
        <w:br/>
        <w:t>висмикує із голови.</w:t>
      </w:r>
    </w:p>
    <w:p>
      <w:r>
        <w:br/>
        <w:t>* * *</w:t>
      </w:r>
    </w:p>
    <w:p>
      <w:r>
        <w:br/>
        <w:t>Згадаю маму біля двору,&lt;br /&gt;</w:t>
        <w:br/>
        <w:t>її напучення і страх,&lt;br /&gt;</w:t>
        <w:br/>
        <w:t>і як сльоза далекозора&lt;br /&gt;</w:t>
        <w:br/>
        <w:t>тремтіла в мами на очах.</w:t>
      </w:r>
    </w:p>
    <w:p>
      <w:r>
        <w:br/>
        <w:t>Усе збулось, як знала мама,&lt;br /&gt;</w:t>
        <w:br/>
        <w:t>точніше, мамина душа,&lt;br /&gt;</w:t>
        <w:br/>
        <w:t>адже на світі все те ж саме&lt;br /&gt;</w:t>
        <w:br/>
        <w:t>і при вождях, і – торгашах.&lt;br /&gt;</w:t>
        <w:br/>
        <w:t>Така ж надія на посіви,&lt;br /&gt;</w:t>
        <w:br/>
        <w:t>те ж саме мило в букварі,&lt;br /&gt;</w:t>
        <w:br/>
        <w:t>і над усім – чекання дива&lt;br /&gt;</w:t>
        <w:br/>
        <w:t>аж до вечірньої зорі.</w:t>
      </w:r>
    </w:p>
    <w:p>
      <w:r>
        <w:br/>
        <w:t>* * *</w:t>
      </w:r>
    </w:p>
    <w:p>
      <w:r>
        <w:br/>
        <w:t>Штурману М. Юшку</w:t>
      </w:r>
    </w:p>
    <w:p>
      <w:r>
        <w:br/>
        <w:t>Штурмане, піднімем якорі,&lt;br /&gt;</w:t>
        <w:br/>
        <w:t>нам пора іти аж на край світу,&lt;br /&gt;</w:t>
        <w:br/>
        <w:t>аж у Канів, аж до Заповіту,&lt;br /&gt;</w:t>
        <w:br/>
        <w:t>до святого місця на горі.&lt;br /&gt;</w:t>
        <w:br/>
        <w:t>Дійдемо туди – іще не вечір,&lt;br /&gt;</w:t>
        <w:br/>
        <w:t>хоч і море Канівське мілке,&lt;br /&gt;</w:t>
        <w:br/>
        <w:t>хоч і серце вже таке важке,&lt;br /&gt;</w:t>
        <w:br/>
        <w:t>що аж страшно сходить на Чернечу.</w:t>
      </w:r>
    </w:p>
    <w:p>
      <w:r>
        <w:br/>
        <w:t>* * *</w:t>
      </w:r>
    </w:p>
    <w:p>
      <w:r>
        <w:br/>
        <w:t>Ще до випускного балу&lt;br /&gt;</w:t>
        <w:br/>
        <w:t>згідно циркуляра і статуту&lt;br /&gt;</w:t>
        <w:br/>
        <w:t>нашу, українську, закривали,&lt;br /&gt;</w:t>
        <w:br/>
        <w:t>нас у перспективні розпихали,&lt;br /&gt;</w:t>
        <w:br/>
        <w:t>нас привчали – ще дітей – не бути.</w:t>
      </w:r>
    </w:p>
    <w:p>
      <w:r>
        <w:br/>
        <w:t>Ще до випускного балу&lt;br /&gt;</w:t>
        <w:br/>
        <w:t>ми стареньку вчительку укрмови,&lt;br /&gt;</w:t>
        <w:br/>
        <w:t>обступивши тісно, цілували,&lt;br /&gt;</w:t>
        <w:br/>
        <w:t>а вона уперше нам – ні слова.</w:t>
      </w:r>
    </w:p>
    <w:p>
      <w:r>
        <w:br/>
        <w:t>Навіть не сказала звичне "діти",&lt;br /&gt;</w:t>
        <w:br/>
        <w:t>лиш ронила на підлогу квіти.&lt;br /&gt;</w:t>
        <w:br/>
        <w:t>Біля дошки чорної повільно&lt;br /&gt;</w:t>
        <w:br/>
        <w:t>розкришила залишок крейдини&lt;br /&gt;</w:t>
        <w:br/>
        <w:t>і нічого нам не написала...</w:t>
      </w:r>
    </w:p>
    <w:p>
      <w:r>
        <w:br/>
        <w:t>Ще до випускного балу&lt;br /&gt;</w:t>
        <w:br/>
        <w:t>тихо, ніби тіні, ми стояли,&lt;br /&gt;</w:t>
        <w:br/>
        <w:t>ніби нас у класі вже нема...</w:t>
      </w:r>
    </w:p>
    <w:p>
      <w:r>
        <w:br/>
        <w:t>Чорна дошка. Вчителька німа.</w:t>
      </w:r>
    </w:p>
    <w:p>
      <w:r>
        <w:br/>
        <w:t>* * *</w:t>
      </w:r>
    </w:p>
    <w:p>
      <w:r>
        <w:br/>
        <w:t>Самота і гіркота,&lt;br /&gt;</w:t>
        <w:br/>
        <w:t>і горілка вже не та,&lt;br /&gt;</w:t>
        <w:br/>
        <w:t>і, здається, навіть пиво&lt;br /&gt;</w:t>
        <w:br/>
        <w:t>зовсім іншого розливу.</w:t>
      </w:r>
    </w:p>
    <w:p>
      <w:r>
        <w:br/>
        <w:t>Випадає з рук весло.&lt;br /&gt;</w:t>
        <w:br/>
        <w:t>А було ж колись, було, –&lt;br /&gt;</w:t>
        <w:br/>
        <w:t>зверхнім оком молодця&lt;br /&gt;</w:t>
        <w:br/>
        <w:t>чуб дививсь на гребінця,&lt;br /&gt;</w:t>
        <w:br/>
        <w:t>був тугіший перевесла!&lt;br /&gt;</w:t>
        <w:br/>
        <w:t>І чия ж ото рука&lt;br /&gt;</w:t>
        <w:br/>
        <w:t>підняла, як Ахіллеса,&lt;br /&gt;</w:t>
        <w:br/>
        <w:t>войовничого хвалька?</w:t>
      </w:r>
    </w:p>
    <w:p>
      <w:r>
        <w:br/>
        <w:t>Це б чорняву чи біляву&lt;br /&gt;</w:t>
        <w:br/>
        <w:t>заманити в тихий сад,&lt;br /&gt;</w:t>
        <w:br/>
        <w:t>та стоїть, як третій зайвий,&lt;br /&gt;</w:t>
        <w:br/>
        <w:t>поміж яблунь листопад.</w:t>
      </w:r>
    </w:p>
    <w:p>
      <w:r>
        <w:br/>
        <w:t>* * *</w:t>
      </w:r>
    </w:p>
    <w:p>
      <w:r>
        <w:br/>
        <w:t>Шубку скине,&lt;br /&gt;</w:t>
        <w:br/>
        <w:t>погляд кине&lt;br /&gt;</w:t>
        <w:br/>
        <w:t>і бровою поведе,&lt;br /&gt;</w:t>
        <w:br/>
        <w:t>і холодною щокою&lt;br /&gt;</w:t>
        <w:br/>
        <w:t>до моєї припаде:&lt;br /&gt;</w:t>
        <w:br/>
        <w:t>– Я прийшла! Любов не жде!&lt;br /&gt;</w:t>
        <w:br/>
        <w:t>І подушку переб’є –&lt;br /&gt;</w:t>
        <w:br/>
        <w:t>всі папери розлетяться.&lt;br /&gt;</w:t>
        <w:br/>
        <w:t>У мій бік покаже пальцем,&lt;br /&gt;</w:t>
        <w:br/>
        <w:t>Музі скаже:&lt;br /&gt;</w:t>
        <w:br/>
        <w:t>– Це моє!&lt;br /&gt;</w:t>
        <w:br/>
        <w:t>Я його знайшла, помила,&lt;br /&gt;</w:t>
        <w:br/>
        <w:t>у кіно колись водила&lt;br /&gt;</w:t>
        <w:br/>
        <w:t>і до загсу довела,&lt;br /&gt;</w:t>
        <w:br/>
        <w:t>тож посунься і не дуйся –&lt;br /&gt;</w:t>
        <w:br/>
        <w:t>ти ж не Дуся із села.</w:t>
      </w:r>
    </w:p>
    <w:p>
      <w:r>
        <w:br/>
        <w:t>* * *</w:t>
      </w:r>
    </w:p>
    <w:p>
      <w:r>
        <w:br/>
        <w:t>Перу-зазнайці не дано&lt;br /&gt;</w:t>
        <w:br/>
        <w:t>за сьому глянути печатку,&lt;br /&gt;</w:t>
        <w:br/>
        <w:t>йому здається, що воно,&lt;br /&gt;</w:t>
        <w:br/>
        <w:t>як з побратимом, п’є вино&lt;br /&gt;</w:t>
        <w:br/>
        <w:t>зі Словом, котре на початку.</w:t>
      </w:r>
    </w:p>
    <w:p>
      <w:r>
        <w:br/>
        <w:t>Тому і хвалиться над стосами&lt;br /&gt;</w:t>
        <w:br/>
        <w:t>паперу, списаного ним:&lt;br /&gt;</w:t>
        <w:br/>
        <w:t>згорить Москва, згорить і Рим,&lt;br /&gt;</w:t>
        <w:br/>
        <w:t>та не горітимуть рукописи!</w:t>
      </w:r>
    </w:p>
    <w:p>
      <w:r>
        <w:br/>
        <w:t>Стара ця казочка, стара, –&lt;br /&gt;</w:t>
        <w:br/>
        <w:t>вогонь гостріший від сокири,&lt;br /&gt;</w:t>
        <w:br/>
        <w:t>і після нього ні пера,&lt;br /&gt;</w:t>
        <w:br/>
        <w:t>ні успадкованої ліри, –&lt;br /&gt;</w:t>
        <w:br/>
        <w:t>лише пустеля і над нею&lt;br /&gt;</w:t>
        <w:br/>
        <w:t>лише міраж в очах Мойсея&lt;br /&gt;</w:t>
        <w:br/>
        <w:t>та обгорілі корінці&lt;br /&gt;</w:t>
        <w:br/>
        <w:t>тих слів, які були в кінці.</w:t>
      </w:r>
    </w:p>
    <w:p>
      <w:r>
        <w:br/>
        <w:t>* * *</w:t>
      </w:r>
    </w:p>
    <w:p>
      <w:r>
        <w:br/>
        <w:t>П’ють і вітійствують піїти,&lt;br /&gt;</w:t>
        <w:br/>
        <w:t>не можуть славу поділити,&lt;br /&gt;</w:t>
        <w:br/>
        <w:t>один на одного кричать.&lt;br /&gt;</w:t>
        <w:br/>
        <w:t>Чого кричати? Буде літо,&lt;br /&gt;</w:t>
        <w:br/>
        <w:t>а потім осінь для курчат.</w:t>
      </w:r>
    </w:p>
    <w:p>
      <w:r>
        <w:br/>
        <w:t>Чого ломитися у двері?&lt;br /&gt;</w:t>
        <w:br/>
        <w:t>Усе закінчиться добром,&lt;br /&gt;</w:t>
        <w:br/>
        <w:t>і буде все, як на папері, –&lt;br /&gt;</w:t>
        <w:br/>
        <w:t>клянусь папером і пером.</w:t>
      </w:r>
    </w:p>
    <w:p>
      <w:r>
        <w:br/>
        <w:t>І шана буде! Ще й яка:&lt;br /&gt;</w:t>
        <w:br/>
        <w:t>лаврова дірка од вінка!&lt;br /&gt;</w:t>
        <w:br/>
        <w:t>І пам’ять вічна!.. На два дні...&lt;br /&gt;</w:t>
        <w:br/>
        <w:t>Похвалять критики піїта.&lt;br /&gt;</w:t>
        <w:br/>
        <w:t>І так похвалять, що аж квіти&lt;br /&gt;</w:t>
        <w:br/>
        <w:t>усі пов’януть у труні.</w:t>
      </w:r>
    </w:p>
    <w:p>
      <w:r>
        <w:br/>
        <w:t>Згадає слава неборака,&lt;br /&gt;</w:t>
        <w:br/>
        <w:t>слізьми покрапа над труною&lt;br /&gt;</w:t>
        <w:br/>
        <w:t>і – все!.. І – дощик стороною,&lt;br /&gt;</w:t>
        <w:br/>
        <w:t>і навіть друзям нічим плакать.</w:t>
      </w:r>
    </w:p>
    <w:p>
      <w:r>
        <w:br/>
        <w:t>* * *</w:t>
      </w:r>
    </w:p>
    <w:p>
      <w:r>
        <w:br/>
        <w:t>Господи, який це жах –&lt;br /&gt;</w:t>
        <w:br/>
        <w:t>все життя не жити – виживати&lt;br /&gt;</w:t>
        <w:br/>
        <w:t>і на старість з радістю бомжа&lt;br /&gt;</w:t>
        <w:br/>
        <w:t>жалюгідні гривні рахувати,&lt;br /&gt;</w:t>
        <w:br/>
        <w:t>прикидаючи: на чарку є!</w:t>
      </w:r>
    </w:p>
    <w:p>
      <w:r>
        <w:br/>
        <w:t>Я не претендую й на своє,&lt;br /&gt;</w:t>
        <w:br/>
        <w:t>і мені не треба вже нічого,&lt;br /&gt;</w:t>
        <w:br/>
        <w:t>та зі мною невідступно жах,&lt;br /&gt;</w:t>
        <w:br/>
        <w:t>бо здається, що й моя дорога&lt;br /&gt;</w:t>
        <w:br/>
        <w:t>у таке ж нікуди, як в бомжа.</w:t>
      </w:r>
    </w:p>
    <w:p>
      <w:r>
        <w:br/>
        <w:t>* * *</w:t>
      </w:r>
    </w:p>
    <w:p>
      <w:r>
        <w:br/>
        <w:t>Ти п’єш розбавлене вино,&lt;br /&gt;</w:t>
        <w:br/>
        <w:t>вино із мертвою водою,&lt;br /&gt;</w:t>
        <w:br/>
        <w:t>після якого головою&lt;br /&gt;</w:t>
        <w:br/>
        <w:t>вперед&lt;br /&gt;</w:t>
        <w:br/>
        <w:t>виходять у вікно.</w:t>
      </w:r>
    </w:p>
    <w:p>
      <w:r>
        <w:br/>
        <w:t>На кухні скиглиш, як підранок:&lt;br /&gt;</w:t>
        <w:br/>
        <w:t>– А може, повернути краник,&lt;br /&gt;</w:t>
        <w:br/>
        <w:t>прошепотіти:&lt;br /&gt;</w:t>
        <w:br/>
        <w:t>Ось твій час,&lt;br /&gt;</w:t>
        <w:br/>
        <w:t>пора... натиснути на газ&lt;br /&gt;</w:t>
        <w:br/>
        <w:t>і мчати, мчати, як з гори&lt;br /&gt;</w:t>
        <w:br/>
        <w:t>із сигаретою у роті,&lt;br /&gt;</w:t>
        <w:br/>
        <w:t>і на останнім повороті&lt;br /&gt;</w:t>
        <w:br/>
        <w:t>її у дідька прикурить...</w:t>
      </w:r>
    </w:p>
    <w:p>
      <w:r>
        <w:br/>
        <w:t>Бо чорну ніч і чорний день&lt;br /&gt;</w:t>
        <w:br/>
        <w:t>тобі не пережить, як крука.&lt;br /&gt;</w:t>
        <w:br/>
        <w:t>Та ніч іде, і день іде,&lt;br /&gt;</w:t>
        <w:br/>
        <w:t>і треба умивати руки&lt;br /&gt;</w:t>
        <w:br/>
        <w:t>або намилювать шнурок</w:t>
      </w:r>
    </w:p>
    <w:p>
      <w:r>
        <w:br/>
        <w:t>і придивлятись до гілок,&lt;br /&gt;</w:t>
        <w:br/>
        <w:t>якщо багато нагрішив,&lt;br /&gt;</w:t>
        <w:br/>
        <w:t>якщо узнати закортіло,&lt;br /&gt;</w:t>
        <w:br/>
        <w:t>наскільки важче без душі&lt;br /&gt;</w:t>
        <w:br/>
        <w:t>твоє важке гріхами тіло.</w:t>
      </w:r>
    </w:p>
    <w:p>
      <w:r>
        <w:br/>
        <w:t>Як сумно вечоріє...&lt;br /&gt;</w:t>
        <w:br/>
        <w:t>Як холодно світає...</w:t>
      </w:r>
    </w:p>
    <w:p>
      <w:r>
        <w:br/>
        <w:t>* * *</w:t>
      </w:r>
    </w:p>
    <w:p>
      <w:r>
        <w:br/>
        <w:t>Я підкидаю і ловлю п’ятак,&lt;br /&gt;</w:t>
        <w:br/>
        <w:t>але розтиснути кулак&lt;br /&gt;</w:t>
        <w:br/>
        <w:t>не кваплюся, –&lt;br /&gt;</w:t>
        <w:br/>
        <w:t>орел чи решка?&lt;br /&gt;</w:t>
        <w:br/>
        <w:t>Та будь-що буде, все одно&lt;br /&gt;</w:t>
        <w:br/>
        <w:t>скажу, насмілюся нарешті&lt;br /&gt;</w:t>
        <w:br/>
        <w:t>і, може, запрошу в кіно.</w:t>
      </w:r>
    </w:p>
    <w:p>
      <w:r>
        <w:br/>
        <w:t>Сідлаю велик. Дві сусідки&lt;br /&gt;</w:t>
        <w:br/>
        <w:t>снують розмову біля хвіртки:&lt;br /&gt;</w:t>
        <w:br/>
        <w:t>розмова – голкою без нитки,&lt;br /&gt;</w:t>
        <w:br/>
        <w:t>як і завжди, про те, про се,&lt;br /&gt;</w:t>
        <w:br/>
        <w:t>куди це чорт мене несе.</w:t>
      </w:r>
    </w:p>
    <w:p>
      <w:r>
        <w:br/>
        <w:t>Та скаче велик.&lt;br /&gt;</w:t>
        <w:br/>
        <w:t>На вибоях&lt;br /&gt;</w:t>
        <w:br/>
        <w:t>рипить пружинисте сідло.&lt;br /&gt;</w:t>
        <w:br/>
        <w:t>І я щасливий, як з тобою,&lt;br /&gt;</w:t>
        <w:br/>
        <w:t>як уві сні лише було.</w:t>
      </w:r>
    </w:p>
    <w:p>
      <w:r>
        <w:br/>
        <w:t>Ілля, розкидавши громи,&lt;br /&gt;</w:t>
        <w:br/>
        <w:t>останнім гримнув, як дверми,&lt;br /&gt;</w:t>
        <w:br/>
        <w:t>свою завершуючи справу.&lt;br /&gt;</w:t>
        <w:br/>
        <w:t>Киплять ярки. Роса на травах,&lt;br /&gt;</w:t>
        <w:br/>
        <w:t>і в мене краплі на лиці,&lt;br /&gt;</w:t>
        <w:br/>
        <w:t>і, як триколірна оправа,&lt;br /&gt;</w:t>
        <w:br/>
        <w:t>веселка в небі і в Дінці,&lt;br /&gt;</w:t>
        <w:br/>
        <w:t>і всенький світ у тій оправі.</w:t>
      </w:r>
    </w:p>
    <w:p>
      <w:r>
        <w:br/>
        <w:t>Вода клекоче у канаві,&lt;br /&gt;</w:t>
        <w:br/>
        <w:t>спливають білі пелюстки&lt;br /&gt;</w:t>
        <w:br/>
        <w:t>і сизі плями від бензину.&lt;br /&gt;</w:t>
        <w:br/>
        <w:t>А на порозі магазину&lt;br /&gt;</w:t>
        <w:br/>
        <w:t>у чергу збилися жінки&lt;br /&gt;</w:t>
        <w:br/>
        <w:t>і перетоптуються грузько,&lt;br /&gt;</w:t>
        <w:br/>
        <w:t>хоч їм повторює завмаг:&lt;br /&gt;</w:t>
        <w:br/>
        <w:t>– Та об’ясняю ж вам на руськом:&lt;br /&gt;</w:t>
        <w:br/>
        <w:t>не завезли, іще нема.</w:t>
      </w:r>
    </w:p>
    <w:p>
      <w:r>
        <w:br/>
        <w:t>А ти над ними й над усім.&lt;br /&gt;</w:t>
        <w:br/>
        <w:t>На другім поверсі з балкона,&lt;br /&gt;</w:t>
        <w:br/>
        <w:t>схилившись, обіймаєш крону&lt;br /&gt;</w:t>
        <w:br/>
        <w:t>тополі срібної в росі.</w:t>
      </w:r>
    </w:p>
    <w:p>
      <w:r>
        <w:br/>
        <w:t>У мене в грудях серце тенька,&lt;br /&gt;</w:t>
        <w:br/>
        <w:t>і я на велику старенькім&lt;br /&gt;</w:t>
        <w:br/>
        <w:t>все кривуляю під балконом,&lt;br /&gt;</w:t>
        <w:br/>
        <w:t>як лицар, усмішки прошу,&lt;br /&gt;</w:t>
        <w:br/>
        <w:t>а ти у відповідь із крони&lt;br /&gt;</w:t>
        <w:br/>
        <w:t>на мене струшуєш росу.</w:t>
      </w:r>
    </w:p>
    <w:p>
      <w:r>
        <w:br/>
        <w:t>І не закінчується сон,&lt;br /&gt;</w:t>
        <w:br/>
        <w:t>в якім тополя, і балкон,&lt;br /&gt;</w:t>
        <w:br/>
        <w:t>і світ в триколірній оправі.&lt;br /&gt;</w:t>
        <w:br/>
        <w:t>І все, що в дійсності було,&lt;br /&gt;</w:t>
        <w:br/>
        <w:t>і все, що збутись не могло,&lt;br /&gt;</w:t>
        <w:br/>
        <w:t>що малювалося в уяві.</w:t>
      </w:r>
    </w:p>
    <w:p>
      <w:r>
        <w:br/>
        <w:t>Стоїть усміхнений юнак,&lt;br /&gt;</w:t>
        <w:br/>
        <w:t>уже розтиснувши кулак,&lt;br /&gt;</w:t>
        <w:br/>
        <w:t>і простяга мені мідяк&lt;br /&gt;</w:t>
        <w:br/>
        <w:t>для перевізника&lt;br /&gt;</w:t>
        <w:br/>
        <w:t>на переправі.</w:t>
      </w:r>
    </w:p>
    <w:p>
      <w:r>
        <w:br/>
        <w:t>* * *</w:t>
      </w:r>
    </w:p>
    <w:p>
      <w:r>
        <w:br/>
        <w:t>Здається, пропонує щось лукавий,&lt;br /&gt;</w:t>
        <w:br/>
        <w:t>про те, що і не снилось, натяка.&lt;br /&gt;</w:t>
        <w:br/>
        <w:t>І хвиля, відбиваючи заграву,&lt;br /&gt;</w:t>
        <w:br/>
        <w:t>палахкотить, як соромом щока.</w:t>
      </w:r>
    </w:p>
    <w:p>
      <w:r>
        <w:br/>
        <w:t>І постає за тридев’ять морів&lt;br /&gt;</w:t>
        <w:br/>
        <w:t>з вітрилами кораблик паперовий,&lt;br /&gt;</w:t>
        <w:br/>
        <w:t>який ще може повернути слово,&lt;br /&gt;</w:t>
        <w:br/>
        <w:t>але Гомер постарів і прозрів.</w:t>
      </w:r>
    </w:p>
    <w:p>
      <w:r>
        <w:br/>
        <w:t>Подруга печаль&lt;br /&gt;</w:t>
        <w:br/>
        <w:t>Мені набилась в подруги печаль,&lt;br /&gt;</w:t>
        <w:br/>
        <w:t>як не спроваджував – усі зусилля всує.&lt;br /&gt;</w:t>
        <w:br/>
        <w:t>Розсілася і Рильського цитує:&lt;br /&gt;</w:t>
        <w:br/>
        <w:t>"Жаль світу цілого, землі і неба жаль".</w:t>
      </w:r>
    </w:p>
    <w:p>
      <w:r>
        <w:br/>
        <w:t>Усе, що бережливо накопичив,&lt;br /&gt;</w:t>
        <w:br/>
        <w:t>накидав у скарбничку за роки,&lt;br /&gt;</w:t>
        <w:br/>
        <w:t>витрушую... А похвалитись нічим –&lt;br /&gt;</w:t>
        <w:br/>
        <w:t>не в обігу сьогодні, чоловіче,&lt;br /&gt;</w:t>
        <w:br/>
        <w:t>твої запліснявілі мідяки.</w:t>
      </w:r>
    </w:p>
    <w:p>
      <w:r>
        <w:br/>
        <w:t>І шепотить улесливо до мене&lt;br /&gt;</w:t>
        <w:br/>
        <w:t>спокусник, що у пляшці став зеленим,&lt;br /&gt;</w:t>
        <w:br/>
        <w:t>і подруга шепоче про те ж саме:&lt;br /&gt;</w:t>
        <w:br/>
        <w:t>– Ergo bibamus!*</w:t>
      </w:r>
    </w:p>
    <w:p>
      <w:r>
        <w:br/>
        <w:t>І хоч покрій крилатого плаща&lt;br /&gt;</w:t>
        <w:br/>
        <w:t>уже не для мого плеча,&lt;br /&gt;</w:t>
        <w:br/>
        <w:t>і юним шалом кров не спалахне,&lt;br /&gt;</w:t>
        <w:br/>
        <w:t>та вип’ю – і здається, ще не вечір, –&lt;br /&gt;</w:t>
        <w:br/>
        <w:t>здається, навіть море перелечу.&lt;br /&gt;</w:t>
        <w:br/>
        <w:t>І надихає подруга мене:</w:t>
      </w:r>
    </w:p>
    <w:p>
      <w:r>
        <w:br/>
        <w:t>– Та не зважай на вишкіри доби!&lt;br /&gt;</w:t>
        <w:br/>
        <w:t>Ти ж, попри все, не нарікав на долю,&lt;br /&gt;</w:t>
        <w:br/>
        <w:t>тримався і хороше щось робив,&lt;br /&gt;</w:t>
        <w:br/>
        <w:t>скажімо, змія випустив на волю.</w:t>
      </w:r>
    </w:p>
    <w:p>
      <w:r>
        <w:br/>
        <w:t>* Отже, вип’ємо (лат.)</w:t>
      </w:r>
    </w:p>
    <w:p>
      <w:r>
        <w:br/>
        <w:t>* * *</w:t>
      </w:r>
    </w:p>
    <w:p>
      <w:r>
        <w:br/>
        <w:t>Глибока осінь. Вечір пізній,&lt;br /&gt;</w:t>
        <w:br/>
        <w:t>Калюжі. Відблиски зловісні.&lt;br /&gt;</w:t>
        <w:br/>
        <w:t>У сквері лаються бомжі.&lt;br /&gt;</w:t>
        <w:br/>
        <w:t>Глибока осінь. Вік залізний&lt;br /&gt;</w:t>
        <w:br/>
        <w:t>у струнах, кіптяві, іржі.&lt;br /&gt;</w:t>
        <w:br/>
        <w:t>І на межі, як на межі –&lt;br /&gt;</w:t>
        <w:br/>
        <w:t>сьогодні рано, завтра пізно...</w:t>
      </w:r>
    </w:p>
    <w:p>
      <w:r>
        <w:br/>
        <w:t>На розпутті&lt;br /&gt;</w:t>
        <w:br/>
        <w:t>В пустыне мрачной я влачился.&lt;br /&gt;</w:t>
        <w:br/>
        <w:t>И шестикрылый серафим&lt;br /&gt;</w:t>
        <w:br/>
        <w:t>На перепутье мне явился.&lt;br /&gt;</w:t>
        <w:br/>
        <w:t>А. С. Пушкин</w:t>
      </w:r>
    </w:p>
    <w:p>
      <w:r>
        <w:br/>
        <w:t>Жив як усі і нудив світом,&lt;br /&gt;</w:t>
        <w:br/>
        <w:t>проте вважав себе піїтом&lt;br /&gt;</w:t>
        <w:br/>
        <w:t>і римував рядочки путні,&lt;br /&gt;</w:t>
        <w:br/>
        <w:t>але в пустелі, п’яний в дим,&lt;br /&gt;</w:t>
        <w:br/>
        <w:t>я не відчув, як серафим&lt;br /&gt;</w:t>
        <w:br/>
        <w:t>мені з’явився на розпутті,&lt;br /&gt;</w:t>
        <w:br/>
        <w:t>кричав у вухо і мечем&lt;br /&gt;</w:t>
        <w:br/>
        <w:t>моє підважував плече.&lt;br /&gt;</w:t>
        <w:br/>
        <w:t>Та й залишив лежать вві сні&lt;br /&gt;</w:t>
        <w:br/>
        <w:t>із істиною у вині...</w:t>
      </w:r>
    </w:p>
    <w:p>
      <w:r>
        <w:br/>
        <w:t>А то б прокинувсь на світанні&lt;br /&gt;</w:t>
        <w:br/>
        <w:t>у КДБ чи в психлікарні,&lt;br /&gt;</w:t>
        <w:br/>
        <w:t>уже в сорочці гамівній,&lt;br /&gt;</w:t>
        <w:br/>
        <w:t>де передбачливо мені&lt;br /&gt;</w:t>
        <w:br/>
        <w:t>вкололи б не один укол,&lt;br /&gt;</w:t>
        <w:br/>
        <w:t>щоб остудити мій глагол,&lt;br /&gt;</w:t>
        <w:br/>
        <w:t>і на крайсвіта повезли б...</w:t>
      </w:r>
    </w:p>
    <w:p>
      <w:r>
        <w:br/>
        <w:t>Мене ж на ноги підняли&lt;br /&gt;</w:t>
        <w:br/>
        <w:t>у синій формі два орли&lt;br /&gt;</w:t>
        <w:br/>
        <w:t>і відбувати повели&lt;br /&gt;</w:t>
        <w:br/>
        <w:t>всього лише п’ятнадцять діб.</w:t>
      </w:r>
    </w:p>
    <w:p>
      <w:r>
        <w:br/>
        <w:t>* * *</w:t>
      </w:r>
    </w:p>
    <w:p>
      <w:r>
        <w:br/>
        <w:t>Уже кінцева... недалеко, –&lt;br /&gt;</w:t>
        <w:br/>
        <w:t>за поворотом до аптеки,&lt;br /&gt;</w:t>
        <w:br/>
        <w:t>де співчутливо, як від серця,&lt;br /&gt;</w:t>
        <w:br/>
        <w:t>призвідник першого гріха&lt;br /&gt;</w:t>
        <w:br/>
        <w:t>тобі у спину посміхнеться&lt;br /&gt;</w:t>
        <w:br/>
        <w:t>й порожнім блюдцем помаха.</w:t>
      </w:r>
    </w:p>
    <w:p>
      <w:r>
        <w:br/>
        <w:t>Слава&lt;br /&gt;</w:t>
        <w:br/>
        <w:t>Якщо накаже мачуха-столиця,&lt;br /&gt;</w:t>
        <w:br/>
        <w:t>мені поставлять пам’ятник в Савинцях,&lt;br /&gt;</w:t>
        <w:br/>
        <w:t>де я колись піїтом народивсь.&lt;br /&gt;</w:t>
        <w:br/>
        <w:t>А в земляків відіб’ється на лицях:&lt;br /&gt;</w:t>
        <w:br/>
        <w:t>"А це ще хто?!&lt;br /&gt;</w:t>
        <w:br/>
        <w:t>І звідки він з’явивсь?!".</w:t>
      </w:r>
    </w:p>
    <w:p>
      <w:r>
        <w:br/>
        <w:t>* * *</w:t>
      </w:r>
    </w:p>
    <w:p>
      <w:r>
        <w:br/>
        <w:t>Осліплює обрій нікелем&lt;br /&gt;</w:t>
        <w:br/>
        <w:t>велосипедного обідка.&lt;br /&gt;</w:t>
        <w:br/>
        <w:t>Та вже поспішати нікуди.&lt;br /&gt;</w:t>
        <w:br/>
        <w:t>І тиха моя ріка.</w:t>
      </w:r>
    </w:p>
    <w:p>
      <w:r>
        <w:br/>
        <w:t>Окликну: "Гей, мої друзі!".&lt;br /&gt;</w:t>
        <w:br/>
        <w:t>Покличу на чарку вина.&lt;br /&gt;</w:t>
        <w:br/>
        <w:t>Та друзі на іншому лузі,&lt;br /&gt;</w:t>
        <w:br/>
        <w:t>І лісом не йде луна.</w:t>
      </w:r>
    </w:p>
    <w:p>
      <w:r>
        <w:br/>
        <w:t>Як стій стоять комиші.&lt;br /&gt;</w:t>
        <w:br/>
        <w:t>Навколо – ані душі,&lt;br /&gt;</w:t>
        <w:br/>
        <w:t>лише прибува, як повінь,&lt;br /&gt;</w:t>
        <w:br/>
        <w:t>як з потойбіччя – тиша.&lt;br /&gt;</w:t>
        <w:br/>
        <w:t>Із лісу виходить олень –&lt;br /&gt;</w:t>
        <w:br/>
        <w:t>і тиші стає ще більше.</w:t>
      </w:r>
    </w:p>
    <w:p>
      <w:r>
        <w:br/>
        <w:t>* * *</w:t>
      </w:r>
    </w:p>
    <w:p>
      <w:r>
        <w:br/>
        <w:t>Вікно чорніє хрестовиною,&lt;br /&gt;</w:t>
        <w:br/>
        <w:t>а за вікном така сльота...&lt;br /&gt;</w:t>
        <w:br/>
        <w:t>До них мій голос не долине&lt;br /&gt;</w:t>
        <w:br/>
        <w:t>і не докотиться сльоза.</w:t>
      </w:r>
    </w:p>
    <w:p>
      <w:r>
        <w:br/>
        <w:t>Лише у спогаді моїм&lt;br /&gt;</w:t>
        <w:br/>
        <w:t>під рідним словом, як під Богом,&lt;br /&gt;</w:t>
        <w:br/>
        <w:t>ідуть, зникаючи за рогом,&lt;br /&gt;</w:t>
        <w:br/>
        <w:t>за побратимом побратим...</w:t>
      </w:r>
    </w:p>
    <w:p>
      <w:r>
        <w:br/>
        <w:t>І видихаю ні до кого,&lt;br /&gt;</w:t>
        <w:br/>
        <w:t>в порожню втупившись дорогу:&lt;br /&gt;</w:t>
        <w:br/>
        <w:t>– Кому повім?.. Кому повім?..</w:t>
      </w:r>
    </w:p>
    <w:p>
      <w:r>
        <w:br/>
        <w:t>* * *</w:t>
      </w:r>
    </w:p>
    <w:p>
      <w:r>
        <w:br/>
        <w:t>Усе, як і повинно...&lt;br /&gt;</w:t>
        <w:br/>
        <w:t>Оголюються крони,&lt;br /&gt;</w:t>
        <w:br/>
        <w:t>і глибоко у сіно&lt;br /&gt;</w:t>
        <w:br/>
        <w:t>ховає скрипку коник.</w:t>
      </w:r>
    </w:p>
    <w:p>
      <w:r>
        <w:br/>
        <w:t>То протяги обійстям,&lt;br /&gt;</w:t>
        <w:br/>
        <w:t>то вихор над порогом&lt;br /&gt;</w:t>
        <w:br/>
        <w:t>запалахкоче листям,&lt;br /&gt;</w:t>
        <w:br/>
        <w:t>кільцюючи дорогу.</w:t>
      </w:r>
    </w:p>
    <w:p>
      <w:r>
        <w:br/>
        <w:t>Ще знайдуться в Покрови&lt;br /&gt;</w:t>
        <w:br/>
        <w:t>погожі дні в запасі,&lt;br /&gt;</w:t>
        <w:br/>
        <w:t>та що не дієслово –&lt;br /&gt;</w:t>
        <w:br/>
        <w:t>то у минулім часі.</w:t>
      </w:r>
    </w:p>
    <w:p>
      <w:r>
        <w:br/>
        <w:t>І хоч надія тліє,&lt;br /&gt;</w:t>
        <w:br/>
        <w:t>тепла уже немає.&lt;br /&gt;</w:t>
        <w:br/>
        <w:t>Як сумно вечоріє...&lt;br /&gt;</w:t>
        <w:br/>
        <w:t>Як холодно світає...</w:t>
      </w:r>
    </w:p>
    <w:p>
      <w:r>
        <w:br/>
        <w:t>* * *</w:t>
      </w:r>
    </w:p>
    <w:p>
      <w:r>
        <w:br/>
        <w:t>За спогадом сунеться туга,&lt;br /&gt;</w:t>
        <w:br/>
        <w:t>затягує туго петлю.&lt;br /&gt;</w:t>
        <w:br/>
        <w:t>Уже не чекаючи друга,&lt;br /&gt;</w:t>
        <w:br/>
        <w:t>гіркої у чарку наллю.</w:t>
      </w:r>
    </w:p>
    <w:p>
      <w:r>
        <w:br/>
        <w:t>Ні ока його золотого,&lt;br /&gt;</w:t>
        <w:br/>
        <w:t>ні губ, що ліпили слова.&lt;br /&gt;</w:t>
        <w:br/>
        <w:t>Порожня біліє дорога,&lt;br /&gt;</w:t>
        <w:br/>
        <w:t>снігами укрилась трава.</w:t>
      </w:r>
    </w:p>
    <w:p>
      <w:r>
        <w:br/>
        <w:t>Біліють над річкою схили,&lt;br /&gt;</w:t>
        <w:br/>
        <w:t>на схилах чорніють сади,&lt;br /&gt;</w:t>
        <w:br/>
        <w:t>і дивиться світ чорно-білий&lt;br /&gt;</w:t>
        <w:br/>
        <w:t>з холодного плину води.</w:t>
      </w:r>
    </w:p>
    <w:p>
      <w:r>
        <w:br/>
        <w:t>Ховається сонце за пругом,&lt;br /&gt;</w:t>
        <w:br/>
        <w:t>дорога пірнає в пітьму.&lt;br /&gt;</w:t>
        <w:br/>
        <w:t>І я, не чекаючи друга,&lt;br /&gt;</w:t>
        <w:br/>
        <w:t>наповнюю чарку йому.</w:t>
      </w:r>
    </w:p>
    <w:p>
      <w:r>
        <w:br/>
        <w:t>* * *</w:t>
      </w:r>
    </w:p>
    <w:p>
      <w:r>
        <w:br/>
        <w:t>Увесь поринувши у спогад,&lt;br /&gt;</w:t>
        <w:br/>
        <w:t>дрімає пес біля порога,&lt;br /&gt;</w:t>
        <w:br/>
        <w:t>дрімає, голову поклавши&lt;br /&gt;</w:t>
        <w:br/>
        <w:t>на білі витомлені клавіші,&lt;br /&gt;</w:t>
        <w:br/>
        <w:t>і довго слуха, як вони&lt;br /&gt;</w:t>
        <w:br/>
        <w:t>гудуть відлунням далини,&lt;br /&gt;</w:t>
        <w:br/>
        <w:t>відлунням степу і доріг,&lt;br /&gt;</w:t>
        <w:br/>
        <w:t>які з господарем оббіг.</w:t>
      </w:r>
    </w:p>
    <w:p>
      <w:r>
        <w:br/>
        <w:t>І все, що згадується, сниться,&lt;br /&gt;</w:t>
        <w:br/>
        <w:t>по обрій маревом струмиться,&lt;br /&gt;</w:t>
        <w:br/>
        <w:t>і квітне мак на всю губу,&lt;br /&gt;</w:t>
        <w:br/>
        <w:t>і пахне мітка:&lt;br /&gt;</w:t>
        <w:br/>
        <w:t>"Я тут був!"</w:t>
      </w:r>
    </w:p>
    <w:p>
      <w:r>
        <w:br/>
        <w:t>Обнявши пса біля порога,&lt;br /&gt;</w:t>
        <w:br/>
        <w:t>дивлюсь на захід, на дорогу&lt;br /&gt;</w:t>
        <w:br/>
        <w:t>і на туман біля ріки,&lt;br /&gt;</w:t>
        <w:br/>
        <w:t>й мої читаючи думки,&lt;br /&gt;</w:t>
        <w:br/>
        <w:t>на мене поглядає пес,&lt;br /&gt;</w:t>
        <w:br/>
        <w:t>все розуміючи неначе...</w:t>
      </w:r>
    </w:p>
    <w:p>
      <w:r>
        <w:br/>
        <w:t>І зірка кліпає з небес&lt;br /&gt;</w:t>
        <w:br/>
        <w:t>так часто,&lt;br /&gt;</w:t>
        <w:br/>
        <w:t>що ось-ось заплаче.</w:t>
      </w:r>
    </w:p>
    <w:p>
      <w:r>
        <w:br/>
        <w:t>* * * * * * * * * * * * *</w:t>
      </w:r>
    </w:p>
    <w:p>
      <w:r>
        <w:br/>
        <w:t>На межі як на межі</w:t>
      </w:r>
    </w:p>
    <w:p>
      <w:r>
        <w:br/>
        <w:t>* * *</w:t>
      </w:r>
    </w:p>
    <w:p>
      <w:r>
        <w:br/>
        <w:t>У виноградному тумані&lt;br /&gt;</w:t>
        <w:br/>
        <w:t>спалахують листки багряні,&lt;br /&gt;</w:t>
        <w:br/>
        <w:t>на соснах відблиски зорі, –&lt;br /&gt;</w:t>
        <w:br/>
        <w:t>і тліє диво золотисто,&lt;br /&gt;</w:t>
        <w:br/>
        <w:t>мов перештопане дитинство&lt;br /&gt;</w:t>
        <w:br/>
        <w:t>мозаїкою на корі, –</w:t>
      </w:r>
    </w:p>
    <w:p>
      <w:r>
        <w:br/>
        <w:t>і над балконом угорі&lt;br /&gt;</w:t>
        <w:br/>
        <w:t>зліта, як плескітна "Джамайка",&lt;br /&gt;</w:t>
        <w:br/>
        <w:t>дитяча голубенька майка&lt;br /&gt;</w:t>
        <w:br/>
        <w:t>і тане високо вгорі, –&lt;br /&gt;</w:t>
        <w:br/>
        <w:t>і сниться море юнакові..</w:t>
      </w:r>
    </w:p>
    <w:p>
      <w:r>
        <w:br/>
        <w:t>І підловивши, як на слові,&lt;br /&gt;</w:t>
        <w:br/>
        <w:t>на спогадах, не відпуска&lt;br /&gt;</w:t>
        <w:br/>
        <w:t>чиясь сльоза, чиясь рука,&lt;br /&gt;</w:t>
        <w:br/>
        <w:t>чиєсь освідчення в любові..</w:t>
      </w:r>
    </w:p>
    <w:p>
      <w:r>
        <w:br/>
        <w:t>І розсівається туман, –&lt;br /&gt;</w:t>
        <w:br/>
        <w:t>і дивляться, як з того світу,&lt;br /&gt;</w:t>
        <w:br/>
        <w:t>крізь запітнілий целофан&lt;br /&gt;</w:t>
        <w:br/>
        <w:t>покинуті на лавці квіти.</w:t>
      </w:r>
    </w:p>
    <w:p>
      <w:r>
        <w:br/>
        <w:t>І вже оголені тополі,&lt;br /&gt;</w:t>
        <w:br/>
        <w:t>стоять чужими в ріднім колі,&lt;br /&gt;</w:t>
        <w:br/>
        <w:t>неначе теж після туману,&lt;br /&gt;</w:t>
        <w:br/>
        <w:t>не впізнають себе і сквер,&lt;br /&gt;</w:t>
        <w:br/>
        <w:t>де вавілонський шум фонтану&lt;br /&gt;</w:t>
        <w:br/>
        <w:t>вже обірвався і завмер.</w:t>
      </w:r>
    </w:p>
    <w:p>
      <w:r>
        <w:br/>
        <w:t>І тільки, струшуючи глицю,&lt;br /&gt;</w:t>
        <w:br/>
        <w:t>вогниста білка у сосні мигне,&lt;br /&gt;</w:t>
        <w:br/>
        <w:t>як спогад про рушницю,&lt;br /&gt;</w:t>
        <w:br/>
        <w:t>що в першім акті – на стіні.</w:t>
      </w:r>
    </w:p>
    <w:p>
      <w:r>
        <w:br/>
        <w:t>* * *</w:t>
      </w:r>
    </w:p>
    <w:p>
      <w:r>
        <w:br/>
        <w:t>Це вже наша осінь золота,&lt;br /&gt;</w:t>
        <w:br/>
        <w:t>тільки проба в золота не та, –&lt;br /&gt;</w:t>
        <w:br/>
        <w:t>за кленові золоті листки&lt;br /&gt;</w:t>
        <w:br/>
        <w:t>нам до Криму не купить квитки.</w:t>
      </w:r>
    </w:p>
    <w:p>
      <w:r>
        <w:br/>
        <w:t>Але можна взять до Атлантиди.&lt;br /&gt;</w:t>
        <w:br/>
        <w:t>Кажуть, там не гірші краєвиди...</w:t>
      </w:r>
    </w:p>
    <w:p>
      <w:r>
        <w:br/>
        <w:t>Уявляєш: їхать довго, довго.&lt;br /&gt;</w:t>
        <w:br/>
        <w:t>У купе шикарнім – я і ти,&lt;br /&gt;</w:t>
        <w:br/>
        <w:t>і в чеканні чаю запашного&lt;br /&gt;</w:t>
        <w:br/>
        <w:t>ложечка у склянці цокотить.</w:t>
      </w:r>
    </w:p>
    <w:p>
      <w:r>
        <w:br/>
        <w:t>Уявляєш: будем їхать, їхать...&lt;br /&gt;</w:t>
        <w:br/>
        <w:t>крізь сніги грудневої пори,&lt;br /&gt;</w:t>
        <w:br/>
        <w:t>задрімаєм вухами до віхоли,&lt;br /&gt;</w:t>
        <w:br/>
        <w:t>проснемось очима в кипарис!</w:t>
      </w:r>
    </w:p>
    <w:p>
      <w:r>
        <w:br/>
        <w:t>Але що це?!. Поїзд мимо станції,&lt;br /&gt;</w:t>
        <w:br/>
        <w:t>навіть не гальмуючи, летить.&lt;br /&gt;</w:t>
        <w:br/>
        <w:t>І так само ложечка у склянці,&lt;br /&gt;</w:t>
        <w:br/>
        <w:t>не зігрівшись чаєм, цокотить.</w:t>
      </w:r>
    </w:p>
    <w:p>
      <w:r>
        <w:br/>
        <w:t>* * *</w:t>
      </w:r>
    </w:p>
    <w:p>
      <w:r>
        <w:br/>
        <w:t>Хтось неначе дивиться у спину.&lt;br /&gt;</w:t>
        <w:br/>
        <w:t>Плине, яку спогади, ріка.&lt;br /&gt;</w:t>
        <w:br/>
        <w:t>І на золотій дорозі плину&lt;br /&gt;</w:t>
        <w:br/>
        <w:t>дві хмаринки в білих фартушках.</w:t>
      </w:r>
    </w:p>
    <w:p>
      <w:r>
        <w:br/>
        <w:t>Серце защемить – усе позаду.&lt;br /&gt;</w:t>
        <w:br/>
        <w:t>Все позаду... Догоряє день.&lt;br /&gt;</w:t>
        <w:br/>
        <w:t>Все позаду і не вийти з саду,&lt;br /&gt;</w:t>
        <w:br/>
        <w:t>що уже без листя і пісень.</w:t>
      </w:r>
    </w:p>
    <w:p>
      <w:r>
        <w:br/>
        <w:t>Знову оглядаюсь... Без надії&lt;br /&gt;</w:t>
        <w:br/>
        <w:t>риюся в минулім навмання.&lt;br /&gt;</w:t>
        <w:br/>
        <w:t>У саду ні яблука, ні змія,&lt;br /&gt;</w:t>
        <w:br/>
        <w:t>і лише осліплює знання.</w:t>
      </w:r>
    </w:p>
    <w:p>
      <w:r>
        <w:br/>
        <w:t>З чим я повертаюся до Тебе?..&lt;br /&gt;</w:t>
        <w:br/>
        <w:t>Плине, як у спогади, ріка.&lt;br /&gt;</w:t>
        <w:br/>
        <w:t>Може, хоч душа побаче з неба&lt;br /&gt;</w:t>
        <w:br/>
        <w:t>те, що я навпомацки шукав...</w:t>
      </w:r>
    </w:p>
    <w:p>
      <w:r>
        <w:br/>
        <w:t>* * *</w:t>
      </w:r>
    </w:p>
    <w:p>
      <w:r>
        <w:br/>
        <w:t>Біля підніжжя терикона</w:t>
      </w:r>
    </w:p>
    <w:p>
      <w:r>
        <w:br/>
        <w:t>Біля підніжжя терикона&lt;br /&gt;</w:t>
        <w:br/>
        <w:t>перевиховуюча зона,&lt;br /&gt;</w:t>
        <w:br/>
        <w:t>де циркулярка скавучить&lt;br /&gt;</w:t>
        <w:br/>
        <w:t>і часом постріли вночі.</w:t>
      </w:r>
    </w:p>
    <w:p>
      <w:r>
        <w:br/>
        <w:t>А біля зони грубо,&lt;br /&gt;</w:t>
        <w:br/>
        <w:t>зримо підняв трубу хімкомбінат,&lt;br /&gt;</w:t>
        <w:br/>
        <w:t>що, проковтнувши сотню хат,&lt;br /&gt;</w:t>
        <w:br/>
        <w:t>облизується димом.</w:t>
      </w:r>
    </w:p>
    <w:p>
      <w:r>
        <w:br/>
        <w:t>Їдка амброзія навколо&lt;br /&gt;</w:t>
        <w:br/>
        <w:t>так розповзлася Диким полем,&lt;br /&gt;</w:t>
        <w:br/>
        <w:t>що не знайти куща євшану,&lt;br /&gt;</w:t>
        <w:br/>
        <w:t>ні ковили, ні будяка...</w:t>
      </w:r>
    </w:p>
    <w:p>
      <w:r>
        <w:br/>
        <w:t>Вождя простягнута рука,&lt;br /&gt;</w:t>
        <w:br/>
        <w:t>стріла стрімкого крану.&lt;br /&gt;</w:t>
        <w:br/>
        <w:t>Барак гуде про співака,&lt;br /&gt;</w:t>
        <w:br/>
        <w:t>Який співатиме в БК:&lt;br /&gt;</w:t>
        <w:br/>
        <w:t>"А я еду, а я еду&lt;br /&gt;</w:t>
        <w:br/>
        <w:t>за туманом".</w:t>
      </w:r>
    </w:p>
    <w:p>
      <w:r>
        <w:br/>
        <w:t>Квитки поділені профкомом –&lt;br /&gt;</w:t>
        <w:br/>
        <w:t>лише достойним і знайомим –&lt;br /&gt;</w:t>
        <w:br/>
        <w:t>а кранівниці, щоб утішить,&lt;br /&gt;</w:t>
        <w:br/>
        <w:t>вручили екземпляр афіші, –&lt;br /&gt;</w:t>
        <w:br/>
        <w:t>і плаче Віра, сміючись,&lt;br /&gt;</w:t>
        <w:br/>
        <w:t>і пальчиками на плечі&lt;br /&gt;</w:t>
        <w:br/>
        <w:t>бретельку плаття поправля&lt;br /&gt;</w:t>
        <w:br/>
        <w:t>і весело перекривля&lt;br /&gt;</w:t>
        <w:br/>
        <w:t>оту себе, що око мружить&lt;br /&gt;</w:t>
        <w:br/>
        <w:t>і відбивається в калюжі&lt;br /&gt;</w:t>
        <w:br/>
        <w:t>із подарунком у руці.</w:t>
      </w:r>
    </w:p>
    <w:p>
      <w:r>
        <w:br/>
        <w:t>Злітають в небо горобці,&lt;br /&gt;</w:t>
        <w:br/>
        <w:t>димить труба хімкомбінату,&lt;br /&gt;</w:t>
        <w:br/>
        <w:t>що проковтнув і нашу хату,&lt;br /&gt;</w:t>
        <w:br/>
        <w:t>і нашу мову "провінційну",&lt;br /&gt;</w:t>
        <w:br/>
        <w:t>в нових умовах недоцільну.</w:t>
      </w:r>
    </w:p>
    <w:p>
      <w:r>
        <w:br/>
        <w:t>Мій друг поїхав за туманом,&lt;br /&gt;</w:t>
        <w:br/>
        <w:t>за тим туманом, що над БАМом,&lt;br /&gt;</w:t>
        <w:br/>
        <w:t>і я поїхав...</w:t>
      </w:r>
    </w:p>
    <w:p>
      <w:r>
        <w:br/>
        <w:t>Щось покличе,&lt;br /&gt;</w:t>
        <w:br/>
        <w:t>душа над степом закигиче,&lt;br /&gt;</w:t>
        <w:br/>
        <w:t>постане в спогаді моїм&lt;br /&gt;</w:t>
        <w:br/>
        <w:t>їдка амброзія і дим&lt;br /&gt;</w:t>
        <w:br/>
        <w:t>і чорний конус терикона,&lt;br /&gt;</w:t>
        <w:br/>
        <w:t>де за колючим дротом зона&lt;br /&gt;</w:t>
        <w:br/>
        <w:t>і циркулярка скавучить,&lt;br /&gt;</w:t>
        <w:br/>
        <w:t>і як від пострілу вночі&lt;br /&gt;</w:t>
        <w:br/>
        <w:t>із ночі вибігає мати,&lt;br /&gt;</w:t>
        <w:br/>
        <w:t>в руці стискаючи ключі&lt;br /&gt;</w:t>
        <w:br/>
        <w:t>від неіснуючої хати.</w:t>
      </w:r>
    </w:p>
    <w:p>
      <w:r>
        <w:br/>
        <w:t>* * *</w:t>
      </w:r>
    </w:p>
    <w:p>
      <w:r>
        <w:br/>
        <w:t>Оркестр</w:t>
      </w:r>
    </w:p>
    <w:p>
      <w:r>
        <w:br/>
        <w:t>Оркестр врочисто дограє&lt;br /&gt;</w:t>
        <w:br/>
        <w:t>мелодію без слів&lt;br /&gt;</w:t>
        <w:br/>
        <w:t>і про твоє, і про моє,&lt;br /&gt;</w:t>
        <w:br/>
        <w:t>про те, що долею стає,&lt;br /&gt;</w:t>
        <w:br/>
        <w:t>що кожен пережив.&lt;br /&gt;</w:t>
        <w:br/>
        <w:t>Звучить то флейта золота,&lt;br /&gt;</w:t>
        <w:br/>
        <w:t>то золота валторна.&lt;br /&gt;</w:t>
        <w:br/>
        <w:t>Ніхто уваги не зверта,&lt;br /&gt;</w:t>
        <w:br/>
        <w:t>як чорна паличка зліта&lt;br /&gt;</w:t>
        <w:br/>
        <w:t>у диригента в чорному.</w:t>
      </w:r>
    </w:p>
    <w:p>
      <w:r>
        <w:br/>
        <w:t>А я стою біля вікна.&lt;br /&gt;</w:t>
        <w:br/>
        <w:t>А за вікном за рядом ряд –&lt;br /&gt;</w:t>
        <w:br/>
        <w:t>вони ідуть як на парад.&lt;br /&gt;</w:t>
        <w:br/>
        <w:t>І посміхається весна,&lt;br /&gt;</w:t>
        <w:br/>
        <w:t>на золотих сліпучих трубах,&lt;br /&gt;</w:t>
        <w:br/>
        <w:t>як однокласниця одна&lt;br /&gt;</w:t>
        <w:br/>
        <w:t>ще нецілована у губи.</w:t>
      </w:r>
    </w:p>
    <w:p>
      <w:r>
        <w:br/>
        <w:t>Я з ними поруч, заодно,&lt;br /&gt;</w:t>
        <w:br/>
        <w:t>хоч споглядаю у вікно,&lt;br /&gt;</w:t>
        <w:br/>
        <w:t>яке ніхто не поміча.&lt;br /&gt;</w:t>
        <w:br/>
        <w:t>П’ємо із викликом вино&lt;br /&gt;</w:t>
        <w:br/>
        <w:t>біля підніжжя Ілліча.</w:t>
      </w:r>
    </w:p>
    <w:p>
      <w:r>
        <w:br/>
        <w:t>У ритмі нашої ходи&lt;br /&gt;</w:t>
        <w:br/>
        <w:t>гримить оркестр на всі лади&lt;br /&gt;</w:t>
        <w:br/>
        <w:t>і контрабас гуде.&lt;br /&gt;</w:t>
        <w:br/>
        <w:t>Ніхто не відає, куди&lt;br /&gt;</w:t>
        <w:br/>
        <w:t>нас диригент веде,&lt;br /&gt;</w:t>
        <w:br/>
        <w:t>кого уб’ють, кого посадять,&lt;br /&gt;</w:t>
        <w:br/>
        <w:t>хто запаніє на посаді...&lt;br /&gt;</w:t>
        <w:br/>
        <w:t>Іде усміхнений Петро,&lt;br /&gt;</w:t>
        <w:br/>
        <w:t>якому фінку під ребро&lt;br /&gt;</w:t>
        <w:br/>
        <w:t>уже сьогодні всадять...</w:t>
      </w:r>
    </w:p>
    <w:p>
      <w:r>
        <w:br/>
        <w:t>Ніхто не знає наперед,&lt;br /&gt;</w:t>
        <w:br/>
        <w:t>куди веде нас диригент.&lt;br /&gt;</w:t>
        <w:br/>
        <w:t>Та знають труби золоті&lt;br /&gt;</w:t>
        <w:br/>
        <w:t>про все, що станеться в житті,&lt;br /&gt;</w:t>
        <w:br/>
        <w:t>яка у кожного дорога, –&lt;br /&gt;</w:t>
        <w:br/>
        <w:t>і вічна музика гримить,&lt;br /&gt;</w:t>
        <w:br/>
        <w:t>і відбива дзеркальна мідь&lt;br /&gt;</w:t>
        <w:br/>
        <w:t>усе, аж по останню мить&lt;br /&gt;</w:t>
        <w:br/>
        <w:t>твого життя земного...</w:t>
      </w:r>
    </w:p>
    <w:p>
      <w:r>
        <w:br/>
        <w:t>І я дивлюся із вікна,&lt;br /&gt;</w:t>
        <w:br/>
        <w:t>пригадуючи імена,&lt;br /&gt;</w:t>
        <w:br/>
        <w:t>а за вікном нікого...&lt;br /&gt;</w:t>
        <w:br/>
        <w:t>Клубок у горлі застряє,&lt;br /&gt;</w:t>
        <w:br/>
        <w:t>а про твоє і про моє&lt;br /&gt;</w:t>
        <w:br/>
        <w:t>про те, що висловить хотів,&lt;br /&gt;</w:t>
        <w:br/>
        <w:t>оркестр врочисто дограє&lt;br /&gt;</w:t>
        <w:br/>
        <w:t>мелодію без слів.</w:t>
      </w:r>
    </w:p>
    <w:p>
      <w:r>
        <w:br/>
        <w:t>* * *</w:t>
      </w:r>
    </w:p>
    <w:p>
      <w:r>
        <w:br/>
        <w:t>Штрафник</w:t>
      </w:r>
    </w:p>
    <w:p>
      <w:r>
        <w:br/>
        <w:t>Мідна музика пройшла&lt;br /&gt;</w:t>
        <w:br/>
        <w:t>і дорогою на захід&lt;br /&gt;</w:t>
        <w:br/>
        <w:t>з непрочиненої хати&lt;br /&gt;</w:t>
        <w:br/>
        <w:t>повела похилий натовп&lt;br /&gt;</w:t>
        <w:br/>
        <w:t>за околицю села.</w:t>
      </w:r>
    </w:p>
    <w:p>
      <w:r>
        <w:br/>
        <w:t>Перед ямою в хустки&lt;br /&gt;</w:t>
        <w:br/>
        <w:t>тихо схлипнули жінки.&lt;br /&gt;</w:t>
        <w:br/>
        <w:t>– Відстраждав, – прошепотіли.&lt;br /&gt;</w:t>
        <w:br/>
        <w:t>Підступивши до труни,&lt;br /&gt;</w:t>
        <w:br/>
        <w:t>заклопотані сини&lt;br /&gt;</w:t>
        <w:br/>
        <w:t>сироту-сльозу зронили.</w:t>
      </w:r>
    </w:p>
    <w:p>
      <w:r>
        <w:br/>
        <w:t>Й поховали ветерана.&lt;br /&gt;</w:t>
        <w:br/>
        <w:t>Був Степан – нема Степана.</w:t>
      </w:r>
    </w:p>
    <w:p>
      <w:r>
        <w:br/>
        <w:t>Наробивсь. Відпочивай.&lt;br /&gt;</w:t>
        <w:br/>
        <w:t>Скажеш Богові на звіті,&lt;br /&gt;</w:t>
        <w:br/>
        <w:t>як боровся за врожай&lt;br /&gt;</w:t>
        <w:br/>
        <w:t>і за мир у всьому світі,&lt;br /&gt;</w:t>
        <w:br/>
        <w:t>як вела кругами доля&lt;br /&gt;</w:t>
        <w:br/>
        <w:t>і тверда державна воля,&lt;br /&gt;</w:t>
        <w:br/>
        <w:t>направляючи тебе&lt;br /&gt;</w:t>
        <w:br/>
        <w:t>з пункту А до пункту Б&lt;br /&gt;</w:t>
        <w:br/>
        <w:t>штрафником по всіх-усюдах:&lt;br /&gt;</w:t>
        <w:br/>
        <w:t>то на танки, то на міни, –&lt;br /&gt;</w:t>
        <w:br/>
        <w:t>ворог цілився у груди,&lt;br /&gt;</w:t>
        <w:br/>
        <w:t>СМЕРШ прицілювавсь у спину…&lt;br /&gt;</w:t>
        <w:br/>
        <w:t>І далеко до Берліну&lt;br /&gt;</w:t>
        <w:br/>
        <w:t>і до п’ятої весни.&lt;br /&gt;</w:t>
        <w:br/>
        <w:t>Та щастило рядовому –&lt;br /&gt;</w:t>
        <w:br/>
        <w:t>в орденах прийшов додому.&lt;br /&gt;</w:t>
        <w:br/>
        <w:t>Дуже довго йшов додому,&lt;br /&gt;</w:t>
        <w:br/>
        <w:t>на одній нозі з війни.</w:t>
      </w:r>
    </w:p>
    <w:p>
      <w:r>
        <w:br/>
        <w:t>Все позаду. Спи, солдате.&lt;br /&gt;</w:t>
        <w:br/>
        <w:t>Вже домовились сини,&lt;br /&gt;</w:t>
        <w:br/>
        <w:t>як дорожче збути хату,&lt;br /&gt;</w:t>
        <w:br/>
        <w:t>де продати ордени.</w:t>
      </w:r>
    </w:p>
    <w:p>
      <w:r>
        <w:br/>
        <w:t>Вже не буде, спи, солдате,&lt;br /&gt;</w:t>
        <w:br/>
        <w:t>ні полону, ні штрафбату,&lt;br /&gt;</w:t>
        <w:br/>
        <w:t>і тупа державна сила&lt;br /&gt;</w:t>
        <w:br/>
        <w:t>не підніме із могили&lt;br /&gt;</w:t>
        <w:br/>
        <w:t>і не гнатиме тебе&lt;br /&gt;</w:t>
        <w:br/>
        <w:t>з пункту А до пункту Б&lt;br /&gt;</w:t>
        <w:br/>
        <w:t>від родини, праці, поля,&lt;br /&gt;</w:t>
        <w:br/>
        <w:t>щоб списати після бою...</w:t>
      </w:r>
    </w:p>
    <w:p>
      <w:r>
        <w:br/>
        <w:t>Спи. Нарешті над тобою&lt;br /&gt;</w:t>
        <w:br/>
        <w:t>лиш одна Господня воля.</w:t>
      </w:r>
    </w:p>
    <w:p>
      <w:r>
        <w:br/>
        <w:t>* * *</w:t>
      </w:r>
    </w:p>
    <w:p>
      <w:r>
        <w:br/>
        <w:t>Різкіший секунди стук&lt;br /&gt;</w:t>
        <w:br/>
        <w:t>і непоправніші втрати.&lt;br /&gt;</w:t>
        <w:br/>
        <w:t>Встигаємо тільки звук&lt;br /&gt;</w:t>
        <w:br/>
        <w:t>того,&lt;br /&gt;</w:t>
        <w:br/>
        <w:t>що випало&lt;br /&gt;</w:t>
        <w:br/>
        <w:t>з рук,&lt;br /&gt;</w:t>
        <w:br/>
        <w:t>вухом тугим спіймати.</w:t>
      </w:r>
    </w:p>
    <w:p>
      <w:r>
        <w:br/>
        <w:t>Чекали часу-медбрата,&lt;br /&gt;</w:t>
        <w:br/>
        <w:t>гадали, що прийде Спас,&lt;br /&gt;</w:t>
        <w:br/>
        <w:t>а час прийшов&lt;br /&gt;</w:t>
        <w:br/>
        <w:t>без халата –&lt;br /&gt;</w:t>
        <w:br/>
        <w:t>у чорнім костюмі&lt;br /&gt;</w:t>
        <w:br/>
        <w:t>час.</w:t>
      </w:r>
    </w:p>
    <w:p>
      <w:r>
        <w:br/>
        <w:t>* * *</w:t>
      </w:r>
    </w:p>
    <w:p>
      <w:r>
        <w:br/>
        <w:t>У тумані, шумом наполохана,&lt;br /&gt;</w:t>
        <w:br/>
        <w:t>сіра, як світанок цей, епоха,&lt;br /&gt;</w:t>
        <w:br/>
        <w:t>щоб своїх героїв роздивиться,&lt;br /&gt;</w:t>
        <w:br/>
        <w:t>вкотре проявляє наші лиця.&lt;br /&gt;</w:t>
        <w:br/>
        <w:t>А на лицях нічого читати –&lt;br /&gt;</w:t>
        <w:br/>
        <w:t>мов кишені, вивернуті святом.&lt;br /&gt;</w:t>
        <w:br/>
        <w:t>Збуджені, знервовані украй,&lt;br /&gt;</w:t>
        <w:br/>
        <w:t>лаємось, виплескуєм обиди.&lt;br /&gt;</w:t>
        <w:br/>
        <w:t>Кожен виглядає свій трамвай,&lt;br /&gt;</w:t>
        <w:br/>
        <w:t>а трамвай один,&lt;br /&gt;</w:t>
        <w:br/>
        <w:t>і той не їде.</w:t>
      </w:r>
    </w:p>
    <w:p>
      <w:r>
        <w:br/>
        <w:t>Ввімкнеш телик – знов теледурепи,&lt;br /&gt;</w:t>
        <w:br/>
        <w:t>перемкнеш – і там усе те ж саме:&lt;br /&gt;</w:t>
        <w:br/>
        <w:t>ті ж самозакохані нардепи&lt;br /&gt;</w:t>
        <w:br/>
        <w:t>з тим же Євангелієм від Хама,&lt;br /&gt;</w:t>
        <w:br/>
        <w:t>що припав незримим до керма,&lt;br /&gt;</w:t>
        <w:br/>
        <w:t>і – пітьма. Єгипетська пітьма.</w:t>
      </w:r>
    </w:p>
    <w:p>
      <w:r>
        <w:br/>
        <w:t>Чай завариш, вип’єш нашвидку,&lt;br /&gt;</w:t>
        <w:br/>
        <w:t>мацаєш неголену щоку,&lt;br /&gt;</w:t>
        <w:br/>
        <w:t>в дзеркало зиркнеш:&lt;br /&gt;</w:t>
        <w:br/>
        <w:t>– О Боже мій,&lt;br /&gt;</w:t>
        <w:br/>
        <w:t>та невже насправді я такий?</w:t>
      </w:r>
    </w:p>
    <w:p>
      <w:r>
        <w:br/>
        <w:t>Донька ввійде, платтячком війне,&lt;br /&gt;</w:t>
        <w:br/>
        <w:t>звично привітається рукою&lt;br /&gt;</w:t>
        <w:br/>
        <w:t>і заповнить дзеркало собою,&lt;br /&gt;</w:t>
        <w:br/>
        <w:t>витіснивши меблі і мене.</w:t>
      </w:r>
    </w:p>
    <w:p>
      <w:r>
        <w:br/>
        <w:t>* * *</w:t>
      </w:r>
    </w:p>
    <w:p>
      <w:r>
        <w:br/>
        <w:t>Ходіння пустелею</w:t>
      </w:r>
    </w:p>
    <w:p>
      <w:r>
        <w:br/>
        <w:t>Манівцями навмання&lt;br /&gt;</w:t>
        <w:br/>
        <w:t>ми йдемо пустелею,&lt;br /&gt;</w:t>
        <w:br/>
        <w:t>рік і два, і двадцять два...&lt;br /&gt;</w:t>
        <w:br/>
        <w:t>ідемо пустелею.&lt;br /&gt;</w:t>
        <w:br/>
        <w:t>Перед нами – міражі,&lt;br /&gt;</w:t>
        <w:br/>
        <w:t>міражі – за нами.&lt;br /&gt;</w:t>
        <w:br/>
        <w:t>Ми з потьомкінських сіл&lt;br /&gt;</w:t>
        <w:br/>
        <w:t>ідемо пісками.</w:t>
      </w:r>
    </w:p>
    <w:p>
      <w:r>
        <w:br/>
        <w:t>– А куди ж ви, куди&lt;br /&gt;</w:t>
        <w:br/>
        <w:t>крізь піски й негоди?&lt;br /&gt;</w:t>
        <w:br/>
        <w:t>– Нас Мойсеї ведуть&lt;br /&gt;</w:t>
        <w:br/>
        <w:t>на Потьомкінські сходи.&lt;br /&gt;</w:t>
        <w:br/>
        <w:t>– А скажіть, на фіга&lt;br /&gt;</w:t>
        <w:br/>
        <w:t>вам Потьомкінські сходи?&lt;br /&gt;</w:t>
        <w:br/>
        <w:t>– Там зручніше чекати&lt;br /&gt;</w:t>
        <w:br/>
        <w:t>з моря погоди.</w:t>
      </w:r>
    </w:p>
    <w:p>
      <w:r>
        <w:br/>
        <w:t>* * *</w:t>
      </w:r>
    </w:p>
    <w:p>
      <w:r>
        <w:br/>
        <w:t>Сніг від зорі палахкотить,&lt;br /&gt;</w:t>
        <w:br/>
        <w:t>і сад чорніє... Скоро смеркне.&lt;br /&gt;</w:t>
        <w:br/>
        <w:t>Душа болить.. Нехай болить –&lt;br /&gt;</w:t>
        <w:br/>
        <w:t>її не жаль – вона безсмертна.</w:t>
      </w:r>
    </w:p>
    <w:p>
      <w:r>
        <w:br/>
        <w:t>Неначе кроки за двором, –&lt;br /&gt;</w:t>
        <w:br/>
        <w:t>і, в нетерпінні привітати,&lt;br /&gt;</w:t>
        <w:br/>
        <w:t>відчиниш двері – колобком&lt;br /&gt;</w:t>
        <w:br/>
        <w:t>тепло із хати, холод – в хату.</w:t>
      </w:r>
    </w:p>
    <w:p>
      <w:r>
        <w:br/>
        <w:t>Садок чорніє у вікні –&lt;br /&gt;</w:t>
        <w:br/>
        <w:t>відзеленів, відкровоточив...&lt;br /&gt;</w:t>
        <w:br/>
        <w:t>І, певне, солодко вві сні...&lt;br /&gt;</w:t>
        <w:br/>
        <w:t>Та довга ніч... І страшно ночі.</w:t>
      </w:r>
    </w:p>
    <w:p>
      <w:r>
        <w:br/>
        <w:t>* * *</w:t>
      </w:r>
    </w:p>
    <w:p>
      <w:r>
        <w:br/>
        <w:t>Груднево порожньо у кроні&lt;br /&gt;</w:t>
        <w:br/>
        <w:t>і крона рада і вороні,&lt;br /&gt;</w:t>
        <w:br/>
        <w:t>що їй накаркати летить&lt;br /&gt;</w:t>
        <w:br/>
        <w:t>невідворотну чорну мить.</w:t>
      </w:r>
    </w:p>
    <w:p>
      <w:r>
        <w:br/>
        <w:t>Зігрітий спогадом про себе,&lt;br /&gt;</w:t>
        <w:br/>
        <w:t>собі позаздриш, юнаку,&lt;br /&gt;</w:t>
        <w:br/>
        <w:t>Вузенька доля, світ широкий,&lt;br /&gt;</w:t>
        <w:br/>
        <w:t>у далині стихають кроки, –&lt;br /&gt;</w:t>
        <w:br/>
        <w:t>і дивишся крізь вічко голки&lt;br /&gt;</w:t>
        <w:br/>
        <w:t>на світ утрачений, на свято&lt;br /&gt;</w:t>
        <w:br/>
        <w:t>у тому часі, в тих літах,&lt;br /&gt;</w:t>
        <w:br/>
        <w:t>коли було кому писати,&lt;br /&gt;</w:t>
        <w:br/>
        <w:t>було про що писать в листах.</w:t>
      </w:r>
    </w:p>
    <w:p>
      <w:r>
        <w:br/>
        <w:t>Спливають, танучи, обличчя,&lt;br /&gt;</w:t>
        <w:br/>
        <w:t>і біга тінь – з кутка в куток,&lt;br /&gt;</w:t>
        <w:br/>
        <w:t>немов шукаючи моток,&lt;br /&gt;</w:t>
        <w:br/>
        <w:t>що закотивсь у потойбіччя,&lt;br /&gt;</w:t>
        <w:br/>
        <w:t>де небом вистелене дно.&lt;br /&gt;</w:t>
        <w:br/>
        <w:t>І не рятує пам’ять серця –&lt;br /&gt;</w:t>
        <w:br/>
        <w:t>де зав’язалось, там і рветься,&lt;br /&gt;</w:t>
        <w:br/>
        <w:t>і настіж двері і вікно.</w:t>
      </w:r>
    </w:p>
    <w:p>
      <w:r>
        <w:br/>
        <w:t>* * *</w:t>
      </w:r>
    </w:p>
    <w:p>
      <w:r>
        <w:br/>
        <w:t>Ще глиці запах зберігає час,&lt;br /&gt;</w:t>
        <w:br/>
        <w:t>та новорічну винесли ялинку.&lt;br /&gt;</w:t>
        <w:br/>
        <w:t>І де стояло з персиком дівча,&lt;br /&gt;</w:t>
        <w:br/>
        <w:t>із яблуком стоїть в чеканні жінка,&lt;br /&gt;</w:t>
        <w:br/>
        <w:t>за жінкою із яблуком на таці&lt;br /&gt;</w:t>
        <w:br/>
        <w:t>бабуся біля заводі на лавці,&lt;br /&gt;</w:t>
        <w:br/>
        <w:t>куняючи, у спогади гребе,&lt;br /&gt;</w:t>
        <w:br/>
        <w:t>пригадуючи з персиком себе.</w:t>
      </w:r>
    </w:p>
    <w:p>
      <w:r>
        <w:br/>
        <w:t>А їй минуле дихає у спину,&lt;br /&gt;</w:t>
        <w:br/>
        <w:t>і, як тоді, в бабусиному сні&lt;br /&gt;</w:t>
        <w:br/>
        <w:t>ясмин цвіте на чорнім піаніно&lt;br /&gt;</w:t>
        <w:br/>
        <w:t>і світиться із люстра на стіні.&lt;br /&gt;</w:t>
        <w:br/>
        <w:t>А за вікном весна синьо-імлиста,&lt;br /&gt;</w:t>
        <w:br/>
        <w:t>і дівчинка, не знаючи, куди,&lt;br /&gt;</w:t>
        <w:br/>
        <w:t>біжить, біжить і, перегнавши&lt;br /&gt;</w:t>
        <w:br/>
        <w:t>Ліста,&lt;br /&gt;</w:t>
        <w:br/>
        <w:t>шепоче, задихаючись: "Туди!"</w:t>
      </w:r>
    </w:p>
    <w:p>
      <w:r>
        <w:br/>
        <w:t>Ясмин цвіте. А ніч так швидко тане.&lt;br /&gt;</w:t>
        <w:br/>
        <w:t>І, причинивши хвіртку за коханим,&lt;br /&gt;</w:t>
        <w:br/>
        <w:t>вже через хвіртку&lt;br /&gt;</w:t>
        <w:br/>
        <w:t>спрагло-палахку&lt;br /&gt;</w:t>
        <w:br/>
        <w:t>для поцілунку підставля щоку...</w:t>
      </w:r>
    </w:p>
    <w:p>
      <w:r>
        <w:br/>
        <w:t>Вологе листя світиться в садку&lt;br /&gt;</w:t>
        <w:br/>
        <w:t>І знову, наростаючи,&lt;br /&gt;</w:t>
        <w:br/>
        <w:t>звучить все той же Ліст. І краплі по воді&lt;br /&gt;</w:t>
        <w:br/>
        <w:t>біжать, біжать... І дівчинка&lt;br /&gt;</w:t>
        <w:br/>
        <w:t>біжить,&lt;br /&gt;</w:t>
        <w:br/>
        <w:t>Біжить у сад, в ясминову цвітінь&lt;br /&gt;</w:t>
        <w:br/>
        <w:t>і завмирає, Ліста перегнавши,&lt;br /&gt;</w:t>
        <w:br/>
        <w:t>і тане у тумані сновидінь,&lt;br /&gt;</w:t>
        <w:br/>
        <w:t>з яких і ми, й життя маленьке наше.</w:t>
      </w:r>
    </w:p>
    <w:p>
      <w:r>
        <w:br/>
        <w:t>* * *</w:t>
      </w:r>
    </w:p>
    <w:p>
      <w:r>
        <w:br/>
        <w:t>Мерехтять сніги і зорі,&lt;br /&gt;</w:t>
        <w:br/>
        <w:t>вічком блимає дупло,&lt;br /&gt;</w:t>
        <w:br/>
        <w:t>де зіщулилось тепло&lt;br /&gt;</w:t>
        <w:br/>
        <w:t>у сорочім осокорі.</w:t>
      </w:r>
    </w:p>
    <w:p>
      <w:r>
        <w:br/>
        <w:t>Мов побілені до свята,&lt;br /&gt;</w:t>
        <w:br/>
        <w:t>мерехтять і сад, і хата.&lt;br /&gt;</w:t>
        <w:br/>
        <w:t>Спить кохана. І вві сні&lt;br /&gt;</w:t>
        <w:br/>
        <w:t>крізь роки, роки і втому,&lt;br /&gt;</w:t>
        <w:br/>
        <w:t>молоденька молодому&lt;br /&gt;</w:t>
        <w:br/>
        <w:t>усміхається мені.&lt;br /&gt;</w:t>
        <w:br/>
        <w:t>Крізь засніжену розлуку&lt;br /&gt;</w:t>
        <w:br/>
        <w:t>простягає сонну руку,&lt;br /&gt;</w:t>
        <w:br/>
        <w:t>що тремтить в руці моїй,&lt;br /&gt;</w:t>
        <w:br/>
        <w:t>як тоді… О, Боже мій!..</w:t>
      </w:r>
    </w:p>
    <w:p>
      <w:r>
        <w:br/>
        <w:t>А під вікнами сліпими&lt;br /&gt;</w:t>
        <w:br/>
        <w:t>від сліпучої пітьми&lt;br /&gt;</w:t>
        <w:br/>
        <w:t>місяць падає в обійми&lt;br /&gt;</w:t>
        <w:br/>
        <w:t>білогрудої зими.</w:t>
      </w:r>
    </w:p>
    <w:p>
      <w:r>
        <w:br/>
        <w:t>І такий струмиться дим&lt;br /&gt;</w:t>
        <w:br/>
        <w:t>в небо вічне, вічний дим –&lt;br /&gt;</w:t>
        <w:br/>
        <w:t>і солодкий, і пахучий,&lt;br /&gt;</w:t>
        <w:br/>
        <w:t>що й за обрієм земним&lt;br /&gt;</w:t>
        <w:br/>
        <w:t>обігріє неминуче&lt;br /&gt;</w:t>
        <w:br/>
        <w:t>душу згадкою про дім,&lt;br /&gt;</w:t>
        <w:br/>
        <w:t>про Дніпро і кручі…</w:t>
      </w:r>
    </w:p>
    <w:p>
      <w:r>
        <w:br/>
        <w:t>Скрипка і скрипаль&lt;br /&gt;</w:t>
        <w:br/>
        <w:t>Хоча у нього всі ключі,&lt;br /&gt;</w:t>
        <w:br/>
        <w:t>що визначають спільну долю,&lt;br /&gt;</w:t>
        <w:br/>
        <w:t>вона щоразу на плечі&lt;br /&gt;</w:t>
        <w:br/>
        <w:t>ридає чорною вдовою.</w:t>
      </w:r>
    </w:p>
    <w:p>
      <w:r>
        <w:br/>
        <w:t>Щось незбагненне, сокровенне,&lt;br /&gt;</w:t>
        <w:br/>
        <w:t>як вічний третій, поміж них –&lt;br /&gt;</w:t>
        <w:br/>
        <w:t>і бритвою смичок по венах&lt;br /&gt;</w:t>
        <w:br/>
        <w:t>і по її, і по своїх.</w:t>
      </w:r>
    </w:p>
    <w:p>
      <w:r>
        <w:br/>
        <w:t>* * *</w:t>
      </w:r>
    </w:p>
    <w:p>
      <w:r>
        <w:br/>
        <w:t>Одна. Одна роки й роки,&lt;br /&gt;</w:t>
        <w:br/>
        <w:t>одна, самотніша за біль.&lt;br /&gt;</w:t>
        <w:br/>
        <w:t>В очах ночують чумаки&lt;br /&gt;</w:t>
        <w:br/>
        <w:t>і подушки хрустять, як сіль.</w:t>
      </w:r>
    </w:p>
    <w:p>
      <w:r>
        <w:br/>
        <w:t>Кигиче чайка на плечі&lt;br /&gt;</w:t>
        <w:br/>
        <w:t>і груди марять неозоре&lt;br /&gt;</w:t>
        <w:br/>
        <w:t>відчути під собою море,&lt;br /&gt;</w:t>
        <w:br/>
        <w:t>обійми вітру уночі.</w:t>
      </w:r>
    </w:p>
    <w:p>
      <w:r>
        <w:br/>
        <w:t>Щоб хвилями ходило тіло,&lt;br /&gt;</w:t>
        <w:br/>
        <w:t>злітали в небо чобітки&lt;br /&gt;</w:t>
        <w:br/>
        <w:t>і розлітались подушки,&lt;br /&gt;</w:t>
        <w:br/>
        <w:t>а доля гнулась і скрипіла.</w:t>
      </w:r>
    </w:p>
    <w:p>
      <w:r>
        <w:br/>
        <w:t>* * *</w:t>
      </w:r>
    </w:p>
    <w:p>
      <w:r>
        <w:br/>
        <w:t>Наш час очей не роззуває, –&lt;br /&gt;</w:t>
        <w:br/>
        <w:t>Якщо не перший – значить, зайвий.&lt;br /&gt;</w:t>
        <w:br/>
        <w:t>Але не бійся бути третім&lt;br /&gt;</w:t>
        <w:br/>
        <w:t>без позолоти і без лаку –&lt;br /&gt;</w:t>
        <w:br/>
        <w:t>услід за ними йде безсмертя,&lt;br /&gt;</w:t>
        <w:br/>
        <w:t>а в нього нюх, як у собаки.</w:t>
      </w:r>
    </w:p>
    <w:p>
      <w:r>
        <w:br/>
        <w:t>* * *</w:t>
      </w:r>
    </w:p>
    <w:p>
      <w:r>
        <w:br/>
        <w:t>Листи, що осінь їй писала,&lt;br /&gt;</w:t>
        <w:br/>
        <w:t>Зима за пазуху сховала.&lt;br /&gt;</w:t>
        <w:br/>
        <w:t>Перечитає вже весною.&lt;br /&gt;</w:t>
        <w:br/>
        <w:t>Над ними танучи сльозою,&lt;br /&gt;</w:t>
        <w:br/>
        <w:t>Яку весна байдуже витре&lt;br /&gt;</w:t>
        <w:br/>
        <w:t>і викине листи на вітер.</w:t>
      </w:r>
    </w:p>
    <w:p>
      <w:r>
        <w:br/>
        <w:t>* * *</w:t>
      </w:r>
    </w:p>
    <w:p>
      <w:r>
        <w:br/>
        <w:t>Дерево серед плину</w:t>
      </w:r>
    </w:p>
    <w:p>
      <w:r>
        <w:br/>
        <w:t>Ти самотньо стоїш серед плину,&lt;br /&gt;</w:t>
        <w:br/>
        <w:t>що уже дістає до гілок,&lt;br /&gt;</w:t>
        <w:br/>
        <w:t>і стискають твою серцевину&lt;br /&gt;</w:t>
        <w:br/>
        <w:t>нашаровані кола думок.</w:t>
      </w:r>
    </w:p>
    <w:p>
      <w:r>
        <w:br/>
        <w:t>Серцевина, як голка у небо,&lt;br /&gt;</w:t>
        <w:br/>
        <w:t>колам обрії стали тісні,&lt;br /&gt;</w:t>
        <w:br/>
        <w:t>райські птиці сідають на тебе&lt;br /&gt;</w:t>
        <w:br/>
        <w:t>і співають про пекло пісні.</w:t>
      </w:r>
    </w:p>
    <w:p>
      <w:r>
        <w:br/>
        <w:t>* * *</w:t>
      </w:r>
    </w:p>
    <w:p>
      <w:r>
        <w:br/>
        <w:t>Як по болоту кожен крок,&lt;br /&gt;</w:t>
        <w:br/>
        <w:t>усе непевне під ногами,&lt;br /&gt;</w:t>
        <w:br/>
        <w:t>і страх біжить очеретами&lt;br /&gt;</w:t>
        <w:br/>
        <w:t>і пахне порохом думок.</w:t>
      </w:r>
    </w:p>
    <w:p>
      <w:r>
        <w:br/>
        <w:t>Якщо не вб’ють, то покалічать,&lt;br /&gt;</w:t>
        <w:br/>
        <w:t>до строку витіснять у вічність,&lt;br /&gt;</w:t>
        <w:br/>
        <w:t>де й ми на груповім портреті&lt;br /&gt;</w:t>
        <w:br/>
        <w:t>в розстрілянім іще тоді безсмерті.</w:t>
      </w:r>
    </w:p>
    <w:p>
      <w:r>
        <w:br/>
        <w:t>* * *</w:t>
      </w:r>
    </w:p>
    <w:p>
      <w:r>
        <w:br/>
        <w:t>Все нижче нас схиляє осінь,&lt;br /&gt;</w:t>
        <w:br/>
        <w:t>короткий день, короткий час,&lt;br /&gt;</w:t>
        <w:br/>
        <w:t>і навіть сонце тільки скоса&lt;br /&gt;</w:t>
        <w:br/>
        <w:t>з-під хмари дивиться на нас.</w:t>
      </w:r>
    </w:p>
    <w:p>
      <w:r>
        <w:br/>
        <w:t>Зате світлішають зірки,&lt;br /&gt;</w:t>
        <w:br/>
        <w:t>і ніби з пам’яті роки,&lt;br /&gt;</w:t>
        <w:br/>
        <w:t>і з неба падають частіше&lt;br /&gt;</w:t>
        <w:br/>
        <w:t>в глибоку тишу ніщоти,&lt;br /&gt;</w:t>
        <w:br/>
        <w:t>де ти ніщо, де ти – не ти…</w:t>
      </w:r>
    </w:p>
    <w:p>
      <w:r>
        <w:br/>
        <w:t>* * *</w:t>
      </w:r>
    </w:p>
    <w:p>
      <w:r>
        <w:br/>
        <w:t>Я вижити не обіцяю,&lt;br /&gt;</w:t>
        <w:br/>
        <w:t>я умираю поступово,&lt;br /&gt;</w:t>
        <w:br/>
        <w:t>як умирає наше слово,&lt;br /&gt;</w:t>
        <w:br/>
        <w:t>хоч не говорить, що вмирає.</w:t>
      </w:r>
    </w:p>
    <w:p>
      <w:r>
        <w:br/>
        <w:t>Коли ж підійде аж до краю,&lt;br /&gt;</w:t>
        <w:br/>
        <w:t>то скаже вам біля хреста:&lt;br /&gt;</w:t>
        <w:br/>
        <w:t>– Не хочу жити на устах,&lt;br /&gt;</w:t>
        <w:br/>
        <w:t>де правди й совісті немає.</w:t>
      </w:r>
    </w:p>
    <w:p>
      <w:r>
        <w:br/>
        <w:t>* * *</w:t>
      </w:r>
    </w:p>
    <w:p>
      <w:r>
        <w:br/>
        <w:t>З кінця в кінець хиткого світу&lt;br /&gt;</w:t>
        <w:br/>
        <w:t>мене заносить, хилита,&lt;br /&gt;</w:t>
        <w:br/>
        <w:t>а за плечима слід мій вітер&lt;br /&gt;</w:t>
        <w:br/>
        <w:t>моєю тінню заміта.</w:t>
      </w:r>
    </w:p>
    <w:p>
      <w:r>
        <w:br/>
        <w:t>В паркан трухлявий, як літа,&lt;br /&gt;</w:t>
        <w:br/>
        <w:t>упрусь – і падаю з парканом,&lt;br /&gt;</w:t>
        <w:br/>
        <w:t>крилатим стаючи на мить,&lt;br /&gt;</w:t>
        <w:br/>
        <w:t>і мерехтить в очах екраном,&lt;br /&gt;</w:t>
        <w:br/>
        <w:t>піском пустелі мерехтить.</w:t>
      </w:r>
    </w:p>
    <w:p>
      <w:r>
        <w:br/>
        <w:t>І я лечу лицем в багнюку,&lt;br /&gt;</w:t>
        <w:br/>
        <w:t>і нікому подати руку,&lt;br /&gt;</w:t>
        <w:br/>
        <w:t>і не звалить на крила ворону&lt;br /&gt;</w:t>
        <w:br/>
        <w:t>оте знання, що пив по-чорному.</w:t>
      </w:r>
    </w:p>
    <w:p>
      <w:r>
        <w:br/>
        <w:t>і став сліпим, сліпим, як день,&lt;br /&gt;</w:t>
        <w:br/>
        <w:t>як пес, що, виючи, заплаче,&lt;br /&gt;</w:t>
        <w:br/>
        <w:t>бо знає, що язик собачий&lt;br /&gt;</w:t>
        <w:br/>
        <w:t>Його до місяця не доведе.</w:t>
      </w:r>
    </w:p>
    <w:p>
      <w:r>
        <w:br/>
        <w:t>* * *</w:t>
      </w:r>
    </w:p>
    <w:p>
      <w:r>
        <w:br/>
        <w:t>Було, було, чи, може, снилось?&lt;br /&gt;</w:t>
        <w:br/>
        <w:t>Чи так було, як не було,&lt;br /&gt;</w:t>
        <w:br/>
        <w:t>і тільки – Слава! – прокотилось&lt;br /&gt;</w:t>
        <w:br/>
        <w:t>і, як тоді, до ніг лягло?..</w:t>
      </w:r>
    </w:p>
    <w:p>
      <w:r>
        <w:br/>
        <w:t>Вчорашній день, і ми вчорашні,&lt;br /&gt;</w:t>
        <w:br/>
        <w:t>вчорашнє море в черепашці&lt;br /&gt;</w:t>
        <w:br/>
        <w:t>порожній порожньо шумить,&lt;br /&gt;</w:t>
        <w:br/>
        <w:t>неначе зупинилась мить&lt;br /&gt;</w:t>
        <w:br/>
        <w:t>така прекрасна і легка&lt;br /&gt;</w:t>
        <w:br/>
        <w:t>в своїм польоті і падінні&lt;br /&gt;</w:t>
        <w:br/>
        <w:t>і, ніби мумія листка,&lt;br /&gt;</w:t>
        <w:br/>
        <w:t>тремтить на сивій павутині,&lt;br /&gt;</w:t>
        <w:br/>
        <w:t>і їй ні заходу, ні сходу…&lt;br /&gt;</w:t>
        <w:br/>
        <w:t>І знову з моря ждать погоди,&lt;br /&gt;</w:t>
        <w:br/>
        <w:t>ту ж саму зв’язувати нить,&lt;br /&gt;</w:t>
        <w:br/>
        <w:t>в’язать те ж саме Пенелопі&lt;br /&gt;</w:t>
        <w:br/>
        <w:t>і довго дмухати на попіл,&lt;br /&gt;</w:t>
        <w:br/>
        <w:t>допоки птиця не злетить.</w:t>
      </w:r>
    </w:p>
    <w:p>
      <w:r>
        <w:br/>
        <w:t>* * *</w:t>
      </w:r>
    </w:p>
    <w:p>
      <w:r>
        <w:br/>
        <w:t>Уночі зібрався я в дорогу&lt;br /&gt;</w:t>
        <w:br/>
        <w:t>і почув у тиші голос з неба:&lt;br /&gt;</w:t>
        <w:br/>
        <w:t>– Ти куди так рано і до кого?&lt;br /&gt;</w:t>
        <w:br/>
        <w:t>– Я до тебе, Отче мій, до тебе…</w:t>
      </w:r>
    </w:p>
    <w:p>
      <w:r>
        <w:br/>
        <w:t>– Зірку я твою не погасив,&lt;br /&gt;</w:t>
        <w:br/>
        <w:t>і до мене інша є дорога…&lt;br /&gt;</w:t>
        <w:br/>
        <w:t>– Отче мій, підкошуються ноги,&lt;br /&gt;</w:t>
        <w:br/>
        <w:t>Отче мій, живу з останніх сил,&lt;br /&gt;</w:t>
        <w:br/>
        <w:t>що не крок – провалююсь в біду&lt;br /&gt;</w:t>
        <w:br/>
        <w:t>і боюсь, до Тебе не дійду…</w:t>
      </w:r>
    </w:p>
    <w:p>
      <w:r>
        <w:br/>
        <w:t>– Не чекай поради і підмоги,&lt;br /&gt;</w:t>
        <w:br/>
        <w:t>Йди! І дійдеш, –&lt;br /&gt;</w:t>
        <w:br/>
        <w:t>Це твоя дорога…</w:t>
      </w:r>
    </w:p>
    <w:p>
      <w:r>
        <w:br/>
        <w:t>* * *</w:t>
      </w:r>
    </w:p>
    <w:p>
      <w:r>
        <w:br/>
        <w:t>Промерехтіли дні роями,&lt;br /&gt;</w:t>
        <w:br/>
        <w:t>і ліс, як пам’ять, порідів,&lt;br /&gt;</w:t>
        <w:br/>
        <w:t>і берег з тінню на воді&lt;br /&gt;</w:t>
        <w:br/>
        <w:t>чорніє кинутим роялем.</w:t>
      </w:r>
    </w:p>
    <w:p>
      <w:r>
        <w:br/>
        <w:t>Заплакав шиби листопад,&lt;br /&gt;</w:t>
        <w:br/>
        <w:t>давно позаду літо бабине,&lt;br /&gt;</w:t>
        <w:br/>
        <w:t>яке зігріло і побавило&lt;br /&gt;</w:t>
        <w:br/>
        <w:t>і до весни приспало сад.</w:t>
      </w:r>
    </w:p>
    <w:p>
      <w:r>
        <w:br/>
        <w:t>Поет із Музою говорить,&lt;br /&gt;</w:t>
        <w:br/>
        <w:t>але без слів, уже без слів,&lt;br /&gt;</w:t>
        <w:br/>
        <w:t>уже на мові осокора,&lt;br /&gt;</w:t>
        <w:br/>
        <w:t>з яким учора говорив.</w:t>
      </w:r>
    </w:p>
    <w:p>
      <w:r>
        <w:br/>
        <w:t>Про те, що холодно ночами,&lt;br /&gt;</w:t>
        <w:br/>
        <w:t>що повертає на сльоту,&lt;br /&gt;</w:t>
        <w:br/>
        <w:t>а після золота мовчання&lt;br /&gt;</w:t>
        <w:br/>
        <w:t>впадаєш в чорну німоту.</w:t>
      </w:r>
    </w:p>
    <w:p>
      <w:r>
        <w:br/>
        <w:t>* * *</w:t>
      </w:r>
    </w:p>
    <w:p>
      <w:r>
        <w:br/>
        <w:t>Я прощаюся з вами і все вам прощаю&lt;br /&gt;</w:t>
        <w:br/>
        <w:t>і простіть, якщо можете, також мені.&lt;br /&gt;</w:t>
        <w:br/>
        <w:t>Я вам вдячний за все, і за чашечку чаю,&lt;br /&gt;</w:t>
        <w:br/>
        <w:t>і за те, що ви зараз в моєму сні.</w:t>
      </w:r>
    </w:p>
    <w:p>
      <w:r>
        <w:br/>
        <w:t>Я піду на світанні тихесенько тихо,&lt;br /&gt;</w:t>
        <w:br/>
        <w:t>як у тапочках білих, як лист восени…&lt;br /&gt;</w:t>
        <w:br/>
        <w:t>Я втомився вже так, як втомилась безвихідь,&lt;br /&gt;</w:t>
        <w:br/>
        <w:t>стільки років чекаючи на вихідний.</w:t>
      </w:r>
    </w:p>
    <w:p>
      <w:r>
        <w:br/>
        <w:t>Я вітчизні в любові у віршах не клявся&lt;br /&gt;</w:t>
        <w:br/>
        <w:t>і не тягся з обіймами, як баобаб,&lt;br /&gt;</w:t>
        <w:br/>
        <w:t>я на все це дививсь і дивлюсь, як на блядство&lt;br /&gt;</w:t>
        <w:br/>
        <w:t>без баб…</w:t>
      </w:r>
    </w:p>
    <w:p>
      <w:r>
        <w:br/>
        <w:t>Я дивлюсь на героя підсудної лави,&lt;br /&gt;</w:t>
        <w:br/>
        <w:t>що грошвою у храмі свічки начина&lt;br /&gt;</w:t>
        <w:br/>
        <w:t>і виходить у лаврах із нашої Лаври,&lt;br /&gt;</w:t>
        <w:br/>
        <w:t>як дитина безгрішним і чистим сповна,</w:t>
      </w:r>
    </w:p>
    <w:p>
      <w:r>
        <w:br/>
        <w:t>Як дивлюся сьогодні на шопінги, холдінги&lt;br /&gt;</w:t>
        <w:br/>
        <w:t>і на світський бомонд із бандюг і повій…&lt;br /&gt;</w:t>
        <w:br/>
        <w:t>Ох, як холодно, Господи, холодно, холодно,&lt;br /&gt;</w:t>
        <w:br/>
        <w:t>Ти накрий мене снігом, морозом зігрій.</w:t>
      </w:r>
    </w:p>
    <w:p>
      <w:r>
        <w:br/>
        <w:t>Вам спасибі за все. Відійду на світанні,&lt;br /&gt;</w:t>
        <w:br/>
        <w:t>як і мають відходити з неба зірки.&lt;br /&gt;</w:t>
        <w:br/>
        <w:t>Я в тумані світивсь і згорів у тумані&lt;br /&gt;</w:t>
        <w:br/>
        <w:t>у туманні, як ми, і підленькі роки.</w:t>
      </w:r>
    </w:p>
    <w:p>
      <w:r>
        <w:br/>
        <w:t>І, повірте мені, за душею у мене&lt;br /&gt;</w:t>
        <w:br/>
        <w:t>лиш болячка душі, що боліла щодня…&lt;br /&gt;</w:t>
        <w:br/>
        <w:t>Час прийшов над собою останні знамена,&lt;br /&gt;</w:t>
        <w:br/>
        <w:t>Останні, зелені піднять.</w:t>
      </w:r>
    </w:p>
    <w:p>
      <w:r>
        <w:br/>
        <w:t>* * *</w:t>
      </w:r>
    </w:p>
    <w:p>
      <w:r>
        <w:br/>
        <w:t>Поет не там, де бенкетують,&lt;br /&gt;</w:t>
        <w:br/>
        <w:t>не за столом, не при столі –&lt;br /&gt;</w:t>
        <w:br/>
        <w:t>йому стілець запропонують&lt;br /&gt;</w:t>
        <w:br/>
        <w:t>лише підвівши до петлі,</w:t>
      </w:r>
    </w:p>
    <w:p>
      <w:r>
        <w:br/>
        <w:t>і скажуть – Стань-но на весь зріст! –&lt;br /&gt;</w:t>
        <w:br/>
        <w:t>і не дозволять гонорове,&lt;br /&gt;</w:t>
        <w:br/>
        <w:t>сказати вже останнє слово,&lt;br /&gt;</w:t>
        <w:br/>
        <w:t>яке виношував сто літ.</w:t>
      </w:r>
    </w:p>
    <w:p>
      <w:r>
        <w:br/>
        <w:t>Така вже доля у поетів, –&lt;br /&gt;</w:t>
        <w:br/>
        <w:t>Живуть у лепеті і трепеті,&lt;br /&gt;</w:t>
        <w:br/>
        <w:t>немов з повісткою на суд,&lt;br /&gt;</w:t>
        <w:br/>
        <w:t>як вічно крайні, вічно треті,&lt;br /&gt;</w:t>
        <w:br/>
        <w:t>ще й на душі, як на трепеті,&lt;br /&gt;</w:t>
        <w:br/>
        <w:t>у кожного по сто Іуд.</w:t>
      </w:r>
    </w:p>
    <w:p>
      <w:r>
        <w:br/>
        <w:t>Бубнять забуті, з-під завалу&lt;br /&gt;</w:t>
        <w:br/>
        <w:t>в надії, може, в юнака&lt;br /&gt;</w:t>
        <w:br/>
        <w:t>заллється соромом щока,&lt;br /&gt;</w:t>
        <w:br/>
        <w:t>в яку держава цілувала.</w:t>
      </w:r>
    </w:p>
    <w:p>
      <w:r>
        <w:br/>
        <w:t>* * *</w:t>
      </w:r>
    </w:p>
    <w:p>
      <w:r>
        <w:br/>
        <w:t>Крона яблуні струмиться,&lt;br /&gt;</w:t>
        <w:br/>
        <w:t>вся ранкова, світла вся,&lt;br /&gt;</w:t>
        <w:br/>
        <w:t>і роса збігає з листя,&lt;br /&gt;</w:t>
        <w:br/>
        <w:t>ніби молодість з лиця.</w:t>
      </w:r>
    </w:p>
    <w:p>
      <w:r>
        <w:br/>
        <w:t>Світ розкритий, як обійми,&lt;br /&gt;</w:t>
        <w:br/>
        <w:t>і нікого… Тишина.&lt;br /&gt;</w:t>
        <w:br/>
        <w:t>Вже старенький рукомийник&lt;br /&gt;</w:t>
        <w:br/>
        <w:t>облупився, як сосна,</w:t>
      </w:r>
    </w:p>
    <w:p>
      <w:r>
        <w:br/>
        <w:t>як і дзеркало без рами,&lt;br /&gt;</w:t>
        <w:br/>
        <w:t>до якого я приник,&lt;br /&gt;</w:t>
        <w:br/>
        <w:t>ніби там і зараз мама&lt;br /&gt;</w:t>
        <w:br/>
        <w:t>простяга мені рушник…</w:t>
      </w:r>
    </w:p>
    <w:p>
      <w:r>
        <w:br/>
        <w:t>Притулю до хати спину&lt;br /&gt;</w:t>
        <w:br/>
        <w:t>і відчую в ту хвилину,&lt;br /&gt;</w:t>
        <w:br/>
        <w:t>як, важкою од вини,&lt;br /&gt;</w:t>
        <w:br/>
        <w:t>до землі сповзає спина,&lt;br /&gt;</w:t>
        <w:br/>
        <w:t>витираючи повільно&lt;br /&gt;</w:t>
        <w:br/>
        <w:t>крейду отчої стіни.</w:t>
      </w:r>
    </w:p>
    <w:p>
      <w:r>
        <w:br/>
        <w:t>* * *</w:t>
      </w:r>
    </w:p>
    <w:p>
      <w:r>
        <w:br/>
        <w:t>Я видихнув душу у слово,&lt;br /&gt;</w:t>
        <w:br/>
        <w:t>на волю її відпустив.&lt;br /&gt;</w:t>
        <w:br/>
        <w:t>– Ось тобі рима – підкова&lt;br /&gt;</w:t>
        <w:br/>
        <w:t>і вільному воля, прости.</w:t>
      </w:r>
    </w:p>
    <w:p>
      <w:r>
        <w:br/>
        <w:t>А потім зустрів випадково&lt;br /&gt;</w:t>
        <w:br/>
        <w:t>уже в столітті новім.&lt;br /&gt;</w:t>
        <w:br/>
        <w:t>– Ну, як тобі, душе, у слові?&lt;br /&gt;</w:t>
        <w:br/>
        <w:t>– Самотньо… як в тілі твоїм.</w:t>
      </w:r>
    </w:p>
    <w:p>
      <w:r>
        <w:br/>
        <w:t>* * *</w:t>
      </w:r>
    </w:p>
    <w:p>
      <w:r>
        <w:br/>
        <w:t>Клялись і каялись колись&lt;br /&gt;</w:t>
        <w:br/>
        <w:t>і знов, покаявшись, клялись,&lt;br /&gt;</w:t>
        <w:br/>
        <w:t>бо найсвятіші ідеали&lt;br /&gt;</w:t>
        <w:br/>
        <w:t>усе життя своє шукали.</w:t>
      </w:r>
    </w:p>
    <w:p>
      <w:r>
        <w:br/>
        <w:t>І, певне, їхнього величчя&lt;br /&gt;</w:t>
        <w:br/>
        <w:t>не стисне дзеркала обруч,&lt;br /&gt;</w:t>
        <w:br/>
        <w:t>в якім вдоволене обличчя&lt;br /&gt;</w:t>
        <w:br/>
        <w:t>поголені нашвидкоруч.</w:t>
      </w:r>
    </w:p>
    <w:p>
      <w:r>
        <w:br/>
        <w:t>Лист до запитання&lt;br /&gt;</w:t>
        <w:br/>
        <w:t>Як я писав, ніхто не зможе,&lt;br /&gt;</w:t>
        <w:br/>
        <w:t>я вам писав всю ніч вночі, –&lt;br /&gt;</w:t>
        <w:br/>
        <w:t>і догоріли три свічі,&lt;br /&gt;</w:t>
        <w:br/>
        <w:t>і догоріла іскра Божа.</w:t>
      </w:r>
    </w:p>
    <w:p>
      <w:r>
        <w:br/>
        <w:t>Я вам писав аж до світання&lt;br /&gt;</w:t>
        <w:br/>
        <w:t>в глухі часи,&lt;br /&gt;</w:t>
        <w:br/>
        <w:t>в голодний піст.&lt;br /&gt;</w:t>
        <w:br/>
        <w:t>Чому ж мій лист до запитання&lt;br /&gt;</w:t>
        <w:br/>
        <w:t>лежить на пошті триста літ?</w:t>
      </w:r>
    </w:p>
    <w:p>
      <w:r>
        <w:br/>
        <w:t>Уже і я німим поетом&lt;br /&gt;</w:t>
        <w:br/>
        <w:t>своє відлежав і воскрес,&lt;br /&gt;</w:t>
        <w:br/>
        <w:t>і марка стала раритетом&lt;br /&gt;</w:t>
        <w:br/>
        <w:t>і вартістю, як мерседес,</w:t>
      </w:r>
    </w:p>
    <w:p>
      <w:r>
        <w:br/>
        <w:t>а лист лежить на тій же пошті,&lt;br /&gt;</w:t>
        <w:br/>
        <w:t>і ви не кличете у гості.&lt;br /&gt;</w:t>
        <w:br/>
        <w:t>Ну, зачекайте, прийде день&lt;br /&gt;</w:t>
        <w:br/>
        <w:t>і я таку посію паніку,&lt;br /&gt;</w:t>
        <w:br/>
        <w:t>коли з’явлюсь гранітним пам’ятником&lt;br /&gt;</w:t>
        <w:br/>
        <w:t>і прогуду до вас гранітом:&lt;br /&gt;</w:t>
        <w:br/>
        <w:t>– А квіти де?..&lt;br /&gt;</w:t>
        <w:br/>
        <w:t>Не бачу квітів…</w:t>
      </w:r>
    </w:p>
    <w:p>
      <w:r>
        <w:br/>
        <w:t>* * *</w:t>
      </w:r>
    </w:p>
    <w:p>
      <w:r>
        <w:br/>
        <w:t>Рикошет</w:t>
      </w:r>
    </w:p>
    <w:p>
      <w:r>
        <w:br/>
        <w:t>Вони стріляли в олігарха,&lt;br /&gt;</w:t>
        <w:br/>
        <w:t>мені не жаль такого птаха,&lt;br /&gt;</w:t>
        <w:br/>
        <w:t>мені аж радісно стає,&lt;br /&gt;</w:t>
        <w:br/>
        <w:t>коли такого хтось уб’є.</w:t>
      </w:r>
    </w:p>
    <w:p>
      <w:r>
        <w:br/>
        <w:t>І я сказав би: врешті-решт.&lt;br /&gt;</w:t>
        <w:br/>
        <w:t>Є справедливість в цьому світі,&lt;br /&gt;</w:t>
        <w:br/>
        <w:t>коли б, коли б не рикошет –&lt;br /&gt;</w:t>
        <w:br/>
        <w:t>і прямо в серце друга Віті.</w:t>
      </w:r>
    </w:p>
    <w:p>
      <w:r>
        <w:br/>
        <w:t>І що поробиш? Куля-дура&lt;br /&gt;</w:t>
        <w:br/>
        <w:t>та ще й невчасна, як жона,&lt;br /&gt;</w:t>
        <w:br/>
        <w:t>коли за чаркою вина&lt;br /&gt;</w:t>
        <w:br/>
        <w:t>сидиш розслабившись у друга.</w:t>
      </w:r>
    </w:p>
    <w:p>
      <w:r>
        <w:br/>
        <w:t>Їх поховали майже рядом,&lt;br /&gt;</w:t>
        <w:br/>
        <w:t>хоч і по різному розряду,&lt;br /&gt;</w:t>
        <w:br/>
        <w:t>що все одно тепер для праху,&lt;br /&gt;</w:t>
        <w:br/>
        <w:t>та я для друга, для Вітька&lt;br /&gt;</w:t>
        <w:br/>
        <w:t>приніс з могили олігарха&lt;br /&gt;</w:t>
        <w:br/>
        <w:t>найкращі квіти і вінка.</w:t>
      </w:r>
    </w:p>
    <w:p>
      <w:r>
        <w:br/>
        <w:t>А потім в розпачі й безсиллі&lt;br /&gt;</w:t>
        <w:br/>
        <w:t>аж до ранкової пори&lt;br /&gt;</w:t>
        <w:br/>
        <w:t>лежав і плакав на могилі,&lt;br /&gt;</w:t>
        <w:br/>
        <w:t>з найкращим другом говорив&lt;br /&gt;</w:t>
        <w:br/>
        <w:t>І слухав я, підбитий горем,&lt;br /&gt;</w:t>
        <w:br/>
        <w:t>хоча і п’яний, та не в дим,&lt;br /&gt;</w:t>
        <w:br/>
        <w:t>як ангели співали хором&lt;br /&gt;</w:t>
        <w:br/>
        <w:t>над олігархом і над ним.</w:t>
      </w:r>
    </w:p>
    <w:p>
      <w:r>
        <w:br/>
        <w:t>Лилася з неба світла туга&lt;br /&gt;</w:t>
        <w:br/>
        <w:t>і всепрощення неземне,&lt;br /&gt;</w:t>
        <w:br/>
        <w:t>коли відспівували друга,&lt;br /&gt;</w:t>
        <w:br/>
        <w:t>а рикошетом і мене.</w:t>
      </w:r>
    </w:p>
    <w:p>
      <w:r>
        <w:br/>
        <w:t>* * *</w:t>
      </w:r>
    </w:p>
    <w:p>
      <w:r>
        <w:br/>
        <w:t>Ти звалився, як з пупа Європи&lt;br /&gt;</w:t>
        <w:br/>
        <w:t>і побачив: вітчизні труба.&lt;br /&gt;</w:t>
        <w:br/>
        <w:t>А Європі усе це до жопи,&lt;br /&gt;</w:t>
        <w:br/>
        <w:t>У Європи не дура губа.</w:t>
      </w:r>
    </w:p>
    <w:p>
      <w:r>
        <w:br/>
        <w:t>І прив’ялу морквину підняти&lt;br /&gt;</w:t>
        <w:br/>
        <w:t>не підніметься в неї рука.&lt;br /&gt;</w:t>
        <w:br/>
        <w:t>М’яко стелить вона демократу,&lt;br /&gt;</w:t>
        <w:br/>
        <w:t>а тримає за роги бика.</w:t>
      </w:r>
    </w:p>
    <w:p>
      <w:r>
        <w:br/>
        <w:t>Їй твої болячки не болять,&lt;br /&gt;</w:t>
        <w:br/>
        <w:t>і тебе, щоб на більше не каркав,&lt;br /&gt;</w:t>
        <w:br/>
        <w:t>обіймає сорочка, як глядь,&lt;br /&gt;</w:t>
        <w:br/>
        <w:t>з Європейської гуманітарки.</w:t>
      </w:r>
    </w:p>
    <w:p>
      <w:r>
        <w:br/>
        <w:t>Що сорочку, найближчу до тіла,&lt;br /&gt;</w:t>
        <w:br/>
        <w:t>за вітчизну дали і за труд,&lt;br /&gt;</w:t>
        <w:br/>
        <w:t>і за те, що без тебе поділять&lt;br /&gt;</w:t>
        <w:br/>
        <w:t>тридцять срібників зграя Іуд.</w:t>
      </w:r>
    </w:p>
    <w:p>
      <w:r>
        <w:br/>
        <w:t>* * *</w:t>
      </w:r>
    </w:p>
    <w:p>
      <w:r>
        <w:br/>
        <w:t>Короновані нашою ціною,&lt;br /&gt;</w:t>
        <w:br/>
        <w:t>піднялися, як вільні, над вільною&lt;br /&gt;</w:t>
        <w:br/>
        <w:t>і над нами, совками доби.&lt;br /&gt;</w:t>
        <w:br/>
        <w:t>Їхній поїзд давно у комуні,&lt;br /&gt;</w:t>
        <w:br/>
        <w:t>а майдан, розпускаючи нюні,&lt;br /&gt;</w:t>
        <w:br/>
        <w:t>все скандує, що ми – не раби.</w:t>
      </w:r>
    </w:p>
    <w:p>
      <w:r>
        <w:br/>
        <w:t>Нам би вийти нарешті з запою&lt;br /&gt;</w:t>
        <w:br/>
        <w:t>і – на поїзд, що йде напролом,&lt;br /&gt;</w:t>
        <w:br/>
        <w:t>та зійшов з постаменту наш поїзд&lt;br /&gt;</w:t>
        <w:br/>
        <w:t>за дві пляшки на металолом.</w:t>
      </w:r>
    </w:p>
    <w:p>
      <w:r>
        <w:br/>
        <w:t>* * *</w:t>
      </w:r>
    </w:p>
    <w:p>
      <w:r>
        <w:br/>
        <w:t>Нічого, майже, крім золи,&lt;br /&gt;</w:t>
        <w:br/>
        <w:t>в моїх поезіях немає.&lt;br /&gt;</w:t>
        <w:br/>
        <w:t>Мені б в науку до бджоли,&lt;br /&gt;</w:t>
        <w:br/>
        <w:t>яка над квіткою співає&lt;br /&gt;</w:t>
        <w:br/>
        <w:t>і топче лапками вогонь,&lt;br /&gt;</w:t>
        <w:br/>
        <w:t>а потім крильцями його&lt;br /&gt;</w:t>
        <w:br/>
        <w:t>аж до нестями роздуває,&lt;br /&gt;</w:t>
        <w:br/>
        <w:t>і кланяється, і за мить&lt;br /&gt;</w:t>
        <w:br/>
        <w:t>сама іскринкою летить…</w:t>
      </w:r>
    </w:p>
    <w:p>
      <w:r>
        <w:br/>
        <w:t>Мені б на пасіку в науку,&lt;br /&gt;</w:t>
        <w:br/>
        <w:t>до вулика нагнути вухо,&lt;br /&gt;</w:t>
        <w:br/>
        <w:t>піднявши раму, як віконце,&lt;br /&gt;</w:t>
        <w:br/>
        <w:t>крізь мед поглянути на сонце,&lt;br /&gt;</w:t>
        <w:br/>
        <w:t>а потім і бджолі у вічі&lt;br /&gt;</w:t>
        <w:br/>
        <w:t>без сітки страху на обличчі…</w:t>
      </w:r>
    </w:p>
    <w:p>
      <w:r>
        <w:br/>
        <w:t>* * *</w:t>
      </w:r>
    </w:p>
    <w:p>
      <w:r>
        <w:br/>
        <w:t>Кому повім? Кому? До кого?&lt;br /&gt;</w:t>
        <w:br/>
        <w:t>Ніде нікого, окрім Бога.&lt;br /&gt;</w:t>
        <w:br/>
        <w:t>Ніде нікого, всі глухі.&lt;br /&gt;</w:t>
        <w:br/>
        <w:t>А, може все це за гріхи?</w:t>
      </w:r>
    </w:p>
    <w:p>
      <w:r>
        <w:br/>
        <w:t>Бо снилось недарма ж піїту,&lt;br /&gt;</w:t>
        <w:br/>
        <w:t>що він, неначе крадькома,&lt;br /&gt;</w:t>
        <w:br/>
        <w:t>стоїть у черзі до корита&lt;br /&gt;</w:t>
        <w:br/>
        <w:t>і чайну ложечку трима.</w:t>
      </w:r>
    </w:p>
    <w:p>
      <w:r>
        <w:br/>
        <w:t>Стоїть в задумі про своє&lt;br /&gt;</w:t>
        <w:br/>
        <w:t>і поміча у здивуванні,&lt;br /&gt;</w:t>
        <w:br/>
        <w:t>як черга довшою стає,&lt;br /&gt;</w:t>
        <w:br/>
        <w:t>а він, як був, стоїть останнім.</w:t>
      </w:r>
    </w:p>
    <w:p>
      <w:r>
        <w:br/>
        <w:t>Як все життя, в самотині&lt;br /&gt;</w:t>
        <w:br/>
        <w:t>і в однині на цьому світі,&lt;br /&gt;</w:t>
        <w:br/>
        <w:t>Ну, хоч пиши у заповіті:&lt;br /&gt;</w:t>
        <w:br/>
        <w:t>– Поставте пам’ятник мені,&lt;br /&gt;</w:t>
        <w:br/>
        <w:t>Щоб мав я з ким поговорити.</w:t>
      </w:r>
    </w:p>
    <w:p>
      <w:r>
        <w:br/>
        <w:t>* * *</w:t>
      </w:r>
    </w:p>
    <w:p>
      <w:r>
        <w:br/>
        <w:t>Куди, й самому невідомо,&lt;br /&gt;</w:t>
        <w:br/>
        <w:t>ідеш, як по льоду слизькому,&lt;br /&gt;</w:t>
        <w:br/>
        <w:t>що, прогинаючись тріщить.&lt;br /&gt;</w:t>
        <w:br/>
        <w:t>А під тобою чорнота,&lt;br /&gt;</w:t>
        <w:br/>
        <w:t>в якій на мить промиготить&lt;br /&gt;</w:t>
        <w:br/>
        <w:t>під льодом рибка золота.</w:t>
      </w:r>
    </w:p>
    <w:p>
      <w:r>
        <w:br/>
        <w:t>Повернеш вбік, чи підеш прямо,&lt;br /&gt;</w:t>
        <w:br/>
        <w:t>та все одно – на ту ж рекламу,&lt;br /&gt;</w:t>
        <w:br/>
        <w:t>на ті ж спокуси золоті&lt;br /&gt;</w:t>
        <w:br/>
        <w:t>ідеш, розхитуючи совість, —&lt;br /&gt;</w:t>
        <w:br/>
        <w:t>і радість, ніби випадковість,&lt;br /&gt;</w:t>
        <w:br/>
        <w:t>і ніби в іншому житті.</w:t>
      </w:r>
    </w:p>
    <w:p>
      <w:r>
        <w:br/>
        <w:t>Шукає свято твою хату,&lt;br /&gt;</w:t>
        <w:br/>
        <w:t>якої в тебе теж нема,&lt;br /&gt;</w:t>
        <w:br/>
        <w:t>і сподіватися не варто,&lt;br /&gt;</w:t>
        <w:br/>
        <w:t>що буде теплою зима.</w:t>
      </w:r>
    </w:p>
    <w:p>
      <w:r>
        <w:br/>
        <w:t>Зовуть у храм святкові дзвони,&lt;br /&gt;</w:t>
        <w:br/>
        <w:t>але і там в різдвяний час&lt;br /&gt;</w:t>
        <w:br/>
        <w:t>які печальні всі ікони,&lt;br /&gt;</w:t>
        <w:br/>
        <w:t>як сумно дивляться на нас…</w:t>
      </w:r>
    </w:p>
    <w:p>
      <w:r>
        <w:br/>
        <w:t>* * *</w:t>
      </w:r>
    </w:p>
    <w:p>
      <w:r>
        <w:br/>
        <w:t>Учора клен палахкотів,&lt;br /&gt;</w:t>
        <w:br/>
        <w:t>стояв, як півень на параді,&lt;br /&gt;</w:t>
        <w:br/>
        <w:t>а нині крила безпорадні,&lt;br /&gt;</w:t>
        <w:br/>
        <w:t>як під сокиру опустив.</w:t>
      </w:r>
    </w:p>
    <w:p>
      <w:r>
        <w:br/>
        <w:t>І все не так, і все не в лад,&lt;br /&gt;</w:t>
        <w:br/>
        <w:t>замерехтіло невпопад,&lt;br /&gt;</w:t>
        <w:br/>
        <w:t>на спаді місяць листопад&lt;br /&gt;</w:t>
        <w:br/>
        <w:t>і все на спад, на спад, на спад…&lt;br /&gt;</w:t>
        <w:br/>
        <w:t>А про запас печаль і піст,&lt;br /&gt;</w:t>
        <w:br/>
        <w:t>І час на пам’ять наступа,&lt;br /&gt;</w:t>
        <w:br/>
        <w:t>Неначе ящірці на хвіст…</w:t>
      </w:r>
    </w:p>
    <w:p>
      <w:r>
        <w:br/>
        <w:t>Туман погорбивсь і приліг,&lt;br /&gt;</w:t>
        <w:br/>
        <w:t>і витісняють хмари день,&lt;br /&gt;</w:t>
        <w:br/>
        <w:t>і дощ, як з поминок іде,&lt;br /&gt;</w:t>
        <w:br/>
        <w:t>і сивіє… і переходить в сніг.</w:t>
      </w:r>
    </w:p>
    <w:p>
      <w:r>
        <w:br/>
        <w:t>* * *</w:t>
      </w:r>
    </w:p>
    <w:p>
      <w:r>
        <w:br/>
        <w:t>Щоб розпочати все спочатку,&lt;br /&gt;</w:t>
        <w:br/>
        <w:t>не буде п’ятої пори,&lt;br /&gt;</w:t>
        <w:br/>
        <w:t>але, де треба ставить крапку,&lt;br /&gt;</w:t>
        <w:br/>
        <w:t>ти, провагавшись, ставиш три.</w:t>
      </w:r>
    </w:p>
    <w:p>
      <w:r>
        <w:br/>
        <w:t>Ти оглядаєшся назад,&lt;br /&gt;</w:t>
        <w:br/>
        <w:t>назад, у місяць листопад,&lt;br /&gt;</w:t>
        <w:br/>
        <w:t>який роняє тиху мідь,&lt;br /&gt;</w:t>
        <w:br/>
        <w:t>який шерхоче – не шуміть!</w:t>
      </w:r>
    </w:p>
    <w:p>
      <w:r>
        <w:br/>
        <w:t>Чого шуміти і кричати –&lt;br /&gt;</w:t>
        <w:br/>
        <w:t>уже помічені курчата.&lt;br /&gt;</w:t>
        <w:br/>
        <w:t>Стоять дуби, як рядові,&lt;br /&gt;</w:t>
        <w:br/>
        <w:t>неначе з них зірвали гонор,&lt;br /&gt;</w:t>
        <w:br/>
        <w:t>мов позолочені погони,&lt;br /&gt;</w:t>
        <w:br/>
        <w:t>що дотлівають … у траві.</w:t>
      </w:r>
    </w:p>
    <w:p>
      <w:r>
        <w:br/>
        <w:t>Холодний вітер, як Хома,&lt;br /&gt;</w:t>
        <w:br/>
        <w:t>обмацує криваве листя,&lt;br /&gt;</w:t>
        <w:br/>
        <w:t>якому вже не ізцілиться,&lt;br /&gt;</w:t>
        <w:br/>
        <w:t>а на порозі вже зима.</w:t>
      </w:r>
    </w:p>
    <w:p>
      <w:r>
        <w:br/>
        <w:t>Ти оглядаєшся назад,&lt;br /&gt;</w:t>
        <w:br/>
        <w:t>Назад, у пізній листопад,&lt;br /&gt;</w:t>
        <w:br/>
        <w:t>де крони інеєм побілені,&lt;br /&gt;</w:t>
        <w:br/>
        <w:t>і леденіє водоспад,&lt;br /&gt;</w:t>
        <w:br/>
        <w:t>як мамонт, опустивши бивні.</w:t>
      </w:r>
    </w:p>
    <w:p>
      <w:r>
        <w:br/>
        <w:t>І сняться дивні кольори,&lt;br /&gt;</w:t>
        <w:br/>
        <w:t>Якоїсь п’ятої пори,&lt;br /&gt;</w:t>
        <w:br/>
        <w:t>де все життя твоє спочатку…</w:t>
      </w:r>
    </w:p>
    <w:p>
      <w:r>
        <w:br/>
        <w:t>Налий чистішу від сльози&lt;br /&gt;</w:t>
        <w:br/>
        <w:t>і за майбутнє випий чарки,&lt;br /&gt;</w:t>
        <w:br/>
        <w:t>і… ліктем загризи.</w:t>
      </w:r>
    </w:p>
    <w:p>
      <w:r>
        <w:br/>
        <w:t>* * *</w:t>
      </w:r>
    </w:p>
    <w:p>
      <w:r>
        <w:br/>
        <w:t>Гукнеш, як в лісі: – Озовися! –&lt;br /&gt;</w:t>
        <w:br/>
        <w:t>над тишиною тишина,&lt;br /&gt;</w:t>
        <w:br/>
        <w:t>лише відлунює луна:&lt;br /&gt;</w:t>
        <w:br/>
        <w:t>– По-вий на мі-сяць…</w:t>
      </w:r>
    </w:p>
    <w:p>
      <w:r>
        <w:br/>
        <w:t>Куди лице не поверни –&lt;br /&gt;</w:t>
        <w:br/>
        <w:t>як до Китайської стіни.&lt;br /&gt;</w:t>
        <w:br/>
        <w:t>Та й за стіною одиноко,&lt;br /&gt;</w:t>
        <w:br/>
        <w:t>і за тобою слід прочах.&lt;br /&gt;</w:t>
        <w:br/>
        <w:t>Пора закутуватися в кокон,&lt;br /&gt;</w:t>
        <w:br/>
        <w:t>шовковий змотуючи шлях.</w:t>
      </w:r>
    </w:p>
    <w:p>
      <w:r>
        <w:br/>
        <w:t>А потім – палець на вуста,&lt;br /&gt;</w:t>
        <w:br/>
        <w:t>і – німота…&lt;br /&gt;</w:t>
        <w:br/>
        <w:t>Нехай натхненна простота,&lt;br /&gt;</w:t>
        <w:br/>
        <w:t>для неї слово тільки хобі,&lt;br /&gt;</w:t>
        <w:br/>
        <w:t>глаголить ИЧБІ, а чи ОЧБІ,&lt;br /&gt;</w:t>
        <w:br/>
        <w:t>а ти ні пари… з тебе доста, –&lt;br /&gt;</w:t>
        <w:br/>
        <w:t>Щось обірвалось, як терпець,&lt;br /&gt;</w:t>
        <w:br/>
        <w:t>замри в пеналі, олівець,&lt;br /&gt;</w:t>
        <w:br/>
        <w:t>і не висовуй звідти носа…</w:t>
      </w:r>
    </w:p>
    <w:p>
      <w:r>
        <w:br/>
        <w:t>Та Муза гляне заперечливо –&lt;br /&gt;</w:t>
        <w:br/>
        <w:t>і припадаєш до колін її&lt;br /&gt;</w:t>
        <w:br/>
        <w:t>і знов прошепочеш: – Це вже вечір, це вже вечір…&lt;br /&gt;</w:t>
        <w:br/>
        <w:t>якраз пора для солов’їної.</w:t>
      </w:r>
    </w:p>
    <w:p>
      <w:r>
        <w:br/>
        <w:t>* * *</w:t>
      </w:r>
    </w:p>
    <w:p>
      <w:r>
        <w:br/>
        <w:t>І вирвалось із уст Гусейнова:&lt;br /&gt;</w:t>
        <w:br/>
        <w:t>– Нарешті ми друкуєм генія!&lt;br /&gt;</w:t>
        <w:br/>
        <w:t>І за моє творіння дивне&lt;br /&gt;</w:t>
        <w:br/>
        <w:t>Прислав Гусейнов триста гривень.</w:t>
      </w:r>
    </w:p>
    <w:p>
      <w:r>
        <w:br/>
        <w:t>І як сказав поет колись,&lt;br /&gt;</w:t>
        <w:br/>
        <w:t>в поета гроші завелись, –&lt;br /&gt;</w:t>
        <w:br/>
        <w:t>і розвелося їх, як грязі, –&lt;br /&gt;</w:t>
        <w:br/>
        <w:t>і поліз із грязі в князі.</w:t>
      </w:r>
    </w:p>
    <w:p>
      <w:r>
        <w:br/>
        <w:t>На заздрість пишучій босоті&lt;br /&gt;</w:t>
        <w:br/>
        <w:t>купив "версаче" за півсотні,&lt;br /&gt;</w:t>
        <w:br/>
        <w:t>купив дві пляшки нерозбавленої,&lt;br /&gt;</w:t>
        <w:br/>
        <w:t>і йду, як лорд до лорда Байрона.</w:t>
      </w:r>
    </w:p>
    <w:p>
      <w:r>
        <w:br/>
        <w:t>Іду, мугикаючи басом,&lt;br /&gt;</w:t>
        <w:br/>
        <w:t>як і належить, я ж піїт&lt;br /&gt;</w:t>
        <w:br/>
        <w:t>уже відомий на весь світ,&lt;br /&gt;</w:t>
        <w:br/>
        <w:t>що прочитав "Кур’єр Кривбасу".</w:t>
      </w:r>
    </w:p>
    <w:p>
      <w:r>
        <w:br/>
        <w:t>У мене задумів огром&lt;br /&gt;</w:t>
        <w:br/>
        <w:t>і є надія, друзі любі,&lt;br /&gt;</w:t>
        <w:br/>
        <w:t>що скоро видам перший том&lt;br /&gt;</w:t>
        <w:br/>
        <w:t>й поставлю на полицю зуби.</w:t>
      </w:r>
    </w:p>
    <w:p>
      <w:r>
        <w:br/>
        <w:t>* * *</w:t>
      </w:r>
    </w:p>
    <w:p>
      <w:r>
        <w:br/>
        <w:t>Прощайте друзі на пероні,&lt;br /&gt;</w:t>
        <w:br/>
        <w:t>я першим лицарем без страху&lt;br /&gt;</w:t>
        <w:br/>
        <w:t>поїду в першому вагоні,&lt;br /&gt;</w:t>
        <w:br/>
        <w:t>хоч і не першим у Глеваху.</w:t>
      </w:r>
    </w:p>
    <w:p>
      <w:r>
        <w:br/>
        <w:t>– Тримайся Музи і не бійся! –&lt;br /&gt;</w:t>
        <w:br/>
        <w:t>кричать наступники мені, –&lt;br /&gt;</w:t>
        <w:br/>
        <w:t>бо врешті-решт, яка різниця,&lt;br /&gt;</w:t>
        <w:br/>
        <w:t>чи в гамівній, чи у лайні,&lt;br /&gt;</w:t>
        <w:br/>
        <w:t>яке на гроші тільки сниться…</w:t>
      </w:r>
    </w:p>
    <w:p>
      <w:r>
        <w:br/>
        <w:t>Жона печально-яснолиця&lt;br /&gt;</w:t>
        <w:br/>
        <w:t>Мені махає, як на здачу,&lt;br /&gt;</w:t>
        <w:br/>
        <w:t>Що їй не додали із гривні,&lt;br /&gt;</w:t>
        <w:br/>
        <w:t>бо я в щасливому прозрінні&lt;br /&gt;</w:t>
        <w:br/>
        <w:t>в Глеваху їду, як на дачу.</w:t>
      </w:r>
    </w:p>
    <w:p>
      <w:r>
        <w:br/>
        <w:t>Пройшов я Києвом по вулицях,&lt;br /&gt;</w:t>
        <w:br/>
        <w:t>Кричав на всю свою біду:&lt;br /&gt;</w:t>
        <w:br/>
        <w:t>– Е-гей, озвіться, хто не скурився,&lt;br /&gt;</w:t>
        <w:br/>
        <w:t>і я вам в ноги упаду.</w:t>
      </w:r>
    </w:p>
    <w:p>
      <w:r>
        <w:br/>
        <w:t>Та до таких не дійдеш пішки…&lt;br /&gt;</w:t>
        <w:br/>
        <w:t>Мене ж почули нагорі&lt;br /&gt;</w:t>
        <w:br/>
        <w:t>і, гади, виселили з діжки,&lt;br /&gt;</w:t>
        <w:br/>
        <w:t>де я сидів при ліхтарі.</w:t>
      </w:r>
    </w:p>
    <w:p>
      <w:r>
        <w:br/>
        <w:t>Гей, семафор! Давай дорогу&lt;br /&gt;</w:t>
        <w:br/>
        <w:t>і підкажи товаришам,&lt;br /&gt;</w:t>
        <w:br/>
        <w:t>що ця розлука ненадовго,&lt;br /&gt;</w:t>
        <w:br/>
        <w:t>ми всі зустрінемося там&lt;br /&gt;</w:t>
        <w:br/>
        <w:t>і всі, як лицарі без страху,&lt;br /&gt;</w:t>
        <w:br/>
        <w:t>назвем вітчизною Глеваху.</w:t>
      </w:r>
    </w:p>
    <w:p>
      <w:r>
        <w:br/>
        <w:t>* * *</w:t>
      </w:r>
    </w:p>
    <w:p>
      <w:r>
        <w:br/>
        <w:t>Золоте колесо</w:t>
      </w:r>
    </w:p>
    <w:p>
      <w:r>
        <w:br/>
        <w:t>Лежиш беззахисна, оголена,&lt;br /&gt;</w:t>
        <w:br/>
        <w:t>а над тобою сон легкий,&lt;br /&gt;</w:t>
        <w:br/>
        <w:t>і я підклав тобі під голову&lt;br /&gt;</w:t>
        <w:br/>
        <w:t>всі п’ять подушечок руки.</w:t>
      </w:r>
    </w:p>
    <w:p>
      <w:r>
        <w:br/>
        <w:t>Навпроти класиків полиця,&lt;br /&gt;</w:t>
        <w:br/>
        <w:t>де пил у променях іскриться,&lt;br /&gt;</w:t>
        <w:br/>
        <w:t>як золотий живий пилок&lt;br /&gt;</w:t>
        <w:br/>
        <w:t>тих почуттів і тих думок,&lt;br /&gt;</w:t>
        <w:br/>
        <w:t>яким у книгах травень сниться.</w:t>
      </w:r>
    </w:p>
    <w:p>
      <w:r>
        <w:br/>
        <w:t>Струмиться вічність, як вода.&lt;br /&gt;</w:t>
        <w:br/>
        <w:t>З полиці, мружачись від сонця,&lt;br /&gt;</w:t>
        <w:br/>
        <w:t>Шекспір на тебе погляда&lt;br /&gt;</w:t>
        <w:br/>
        <w:t>Ревнивим поглядом веронця.</w:t>
      </w:r>
    </w:p>
    <w:p>
      <w:r>
        <w:br/>
        <w:t>А за вікном весна сплива,&lt;br /&gt;</w:t>
        <w:br/>
        <w:t>берези крони ожива&lt;br /&gt;</w:t>
        <w:br/>
        <w:t>і промені, як спиці колються,&lt;br /&gt;</w:t>
        <w:br/>
        <w:t>якими білка вишива&lt;br /&gt;</w:t>
        <w:br/>
        <w:t>себе у золотому колесі.</w:t>
      </w:r>
    </w:p>
    <w:p>
      <w:r>
        <w:br/>
        <w:t>По тобі і по мені&lt;br /&gt;</w:t>
        <w:br/>
        <w:t>Настіж ворота твої Золоті,&lt;br /&gt;</w:t>
        <w:br/>
        <w:t>а де вартові при мечі, при щиті?&lt;br /&gt;</w:t>
        <w:br/>
        <w:t>– Не той тепер час&lt;br /&gt;</w:t>
        <w:br/>
        <w:t>і хозари не ті.</w:t>
      </w:r>
    </w:p>
    <w:p>
      <w:r>
        <w:br/>
        <w:t>– Де стіна огорожі, що висока була?&lt;br /&gt;</w:t>
        <w:br/>
        <w:t>– За тріскучим морозом&lt;br /&gt;</w:t>
        <w:br/>
        <w:t>по дрова пішла.</w:t>
      </w:r>
    </w:p>
    <w:p>
      <w:r>
        <w:br/>
        <w:t>– Де той щит золотий, ну, хоча б для народу?&lt;br /&gt;</w:t>
        <w:br/>
        <w:t>– На воротях Цар-граду,&lt;br /&gt;</w:t>
        <w:br/>
        <w:t>на воротях Цар-граду!</w:t>
      </w:r>
    </w:p>
    <w:p>
      <w:r>
        <w:br/>
        <w:t>– А булатні мечі, ну, бодай хоч один?&lt;br /&gt;</w:t>
        <w:br/>
        <w:t>– Не кричи… помовчи…&lt;br /&gt;</w:t>
        <w:br/>
        <w:t>бо розбудиш полин…</w:t>
      </w:r>
    </w:p>
    <w:p>
      <w:r>
        <w:br/>
        <w:t>– А чому це наш Київ натужно тремтить,&lt;br /&gt;</w:t>
        <w:br/>
        <w:t>ніби хоче злетіти&lt;br /&gt;</w:t>
        <w:br/>
        <w:t>й ніяк не злетить,&lt;br /&gt;</w:t>
        <w:br/>
        <w:t>а навколо бедлам?</w:t>
      </w:r>
    </w:p>
    <w:p>
      <w:r>
        <w:br/>
        <w:t>– А тому, що висить&lt;br /&gt;</w:t>
        <w:br/>
        <w:t>на липучці реклам.</w:t>
      </w:r>
    </w:p>
    <w:p>
      <w:r>
        <w:br/>
        <w:t>Що ж увінчує тих, чия слава вмира?&lt;br /&gt;</w:t>
        <w:br/>
        <w:t>– Тільки Лиса гора,&lt;br /&gt;</w:t>
        <w:br/>
        <w:t>тільки Лиса гора.</w:t>
      </w:r>
    </w:p>
    <w:p>
      <w:r>
        <w:br/>
        <w:t>А по кому цей подзвін спада в тишині?&lt;br /&gt;</w:t>
        <w:br/>
        <w:t>– По тобі і мені,&lt;br /&gt;</w:t>
        <w:br/>
        <w:t>по тобі і мені.</w:t>
      </w:r>
    </w:p>
    <w:p>
      <w:r>
        <w:br/>
        <w:t>* * *</w:t>
      </w:r>
    </w:p>
    <w:p>
      <w:r>
        <w:br/>
        <w:t>Колодязь</w:t>
      </w:r>
    </w:p>
    <w:p>
      <w:r>
        <w:br/>
        <w:t>У тім колодязі щось вічне,&lt;br /&gt;</w:t>
        <w:br/>
        <w:t>що не пізнаю, не збагну,&lt;br /&gt;</w:t>
        <w:br/>
        <w:t>в його небесну глибину&lt;br /&gt;</w:t>
        <w:br/>
        <w:t>погляне – і погасне свічка.</w:t>
      </w:r>
    </w:p>
    <w:p>
      <w:r>
        <w:br/>
        <w:t>І навіть сонце не підозрює,&lt;br /&gt;</w:t>
        <w:br/>
        <w:t>яка вода у тім колодязі,&lt;br /&gt;</w:t>
        <w:br/>
        <w:t>такім глибокім, як біда –&lt;br /&gt;</w:t>
        <w:br/>
        <w:t>лиш доторкнись – і серце терпне, –&lt;br /&gt;</w:t>
        <w:br/>
        <w:t>туди лиш зірка загляда&lt;br /&gt;</w:t>
        <w:br/>
        <w:t>колюча, як до неї терни.</w:t>
      </w:r>
    </w:p>
    <w:p>
      <w:r>
        <w:br/>
        <w:t>* * *</w:t>
      </w:r>
    </w:p>
    <w:p>
      <w:r>
        <w:br/>
        <w:t>Вже стільки літ, і стільки зим&lt;br /&gt;</w:t>
        <w:br/>
        <w:t>я піднімаюся, як дим,&lt;br /&gt;</w:t>
        <w:br/>
        <w:t>і над собою ледве зримим&lt;br /&gt;</w:t>
        <w:br/>
        <w:t>стою, як пам’ятник із диму.</w:t>
      </w:r>
    </w:p>
    <w:p>
      <w:r>
        <w:br/>
        <w:t>Вже стільки літ, і стільки зим&lt;br /&gt;</w:t>
        <w:br/>
        <w:t>я піднімаюся, як дим,&lt;br /&gt;</w:t>
        <w:br/>
        <w:t>і самотію над земним,&lt;br /&gt;</w:t>
        <w:br/>
        <w:t>тримаю зірку, як свічу,&lt;br /&gt;</w:t>
        <w:br/>
        <w:t>і сам себе уже не чую,&lt;br /&gt;</w:t>
        <w:br/>
        <w:t>і сам собі телефоную,&lt;br /&gt;</w:t>
        <w:br/>
        <w:t>собі у відповідь мовчу.</w:t>
      </w:r>
    </w:p>
    <w:p>
      <w:r>
        <w:br/>
        <w:t>Вже стільки літ, і стільки зим&lt;br /&gt;</w:t>
        <w:br/>
        <w:t>я піднімаюся, як дим,&lt;br /&gt;</w:t>
        <w:br/>
        <w:t>що разом з іменем моїм,&lt;br /&gt;</w:t>
        <w:br/>
        <w:t>з моєю долею земною&lt;br /&gt;</w:t>
        <w:br/>
        <w:t>розтане хмаркою легкою.</w:t>
      </w:r>
    </w:p>
    <w:p>
      <w:r>
        <w:br/>
        <w:t>* * *</w:t>
      </w:r>
    </w:p>
    <w:p>
      <w:r>
        <w:br/>
        <w:t>Щоб не було нестерпно-гірко,&lt;br /&gt;</w:t>
        <w:br/>
        <w:t>візьму і, схожу на зорю,&lt;br /&gt;</w:t>
        <w:br/>
        <w:t>я із колгоспниці-горілки&lt;br /&gt;</w:t>
        <w:br/>
        <w:t>криваву Мері сотворю.</w:t>
      </w:r>
    </w:p>
    <w:p>
      <w:r>
        <w:br/>
        <w:t>Перехилю останню сотку&lt;br /&gt;</w:t>
        <w:br/>
        <w:t>я за поезію високу,&lt;br /&gt;</w:t>
        <w:br/>
        <w:t>яка б дійшла і до жирафи,&lt;br /&gt;</w:t>
        <w:br/>
        <w:t>і за поетів молодих,&lt;br /&gt;</w:t>
        <w:br/>
        <w:t>за вірну Музу біля них,&lt;br /&gt;</w:t>
        <w:br/>
        <w:t>допоки шляк її не трафив.</w:t>
      </w:r>
    </w:p>
    <w:p>
      <w:r>
        <w:br/>
        <w:t>Підійдуть друзі із привітом,&lt;br /&gt;</w:t>
        <w:br/>
        <w:t>Питво оцінять вогняне,&lt;br /&gt;</w:t>
        <w:br/>
        <w:t>як з новим роком,&lt;br /&gt;</w:t>
        <w:br/>
        <w:t>з новим світом&lt;br /&gt;</w:t>
        <w:br/>
        <w:t>поздоровлятимуть мене.</w:t>
      </w:r>
    </w:p>
    <w:p>
      <w:r>
        <w:br/>
        <w:t>І доки знімуть з мене мірку&lt;br /&gt;</w:t>
        <w:br/>
        <w:t>і виставлять таким, як є,&lt;br /&gt;</w:t>
        <w:br/>
        <w:t>на тому світі в чорнім списку&lt;br /&gt;</w:t>
        <w:br/>
        <w:t>ім’я засвітиться моє.</w:t>
      </w:r>
    </w:p>
    <w:p>
      <w:r>
        <w:br/>
        <w:t>І проведуть мене в дорогу,&lt;br /&gt;</w:t>
        <w:br/>
        <w:t>де поламає дідько ногу,&lt;br /&gt;</w:t>
        <w:br/>
        <w:t>і, певне, я зламати б міг,&lt;br /&gt;</w:t>
        <w:br/>
        <w:t>але земля втекла з-під ніг.</w:t>
      </w:r>
    </w:p>
    <w:p>
      <w:r>
        <w:br/>
        <w:t>* * *</w:t>
      </w:r>
    </w:p>
    <w:p>
      <w:r>
        <w:br/>
        <w:t>Через ворота Золоті,&lt;br /&gt;</w:t>
        <w:br/>
        <w:t>які в Парижі снились Анні,&lt;br /&gt;</w:t>
        <w:br/>
        <w:t>пройшли пророки і святі&lt;br /&gt;</w:t>
        <w:br/>
        <w:t>і розчинилися в тумані.&lt;br /&gt;</w:t>
        <w:br/>
        <w:t>Хтось оглядався в безнадії&lt;br /&gt;</w:t>
        <w:br/>
        <w:t>і сам до себе промовляв:&lt;br /&gt;</w:t>
        <w:br/>
        <w:t>– Який прекрасний, Боже, Київ,&lt;br /&gt;</w:t>
        <w:br/>
        <w:t>якщо дивитися здаля,&lt;br /&gt;</w:t>
        <w:br/>
        <w:t>якщо не бачити, не знати&lt;br /&gt;</w:t>
        <w:br/>
        <w:t>отих рабів, тієї знаті&lt;br /&gt;</w:t>
        <w:br/>
        <w:t>з тупими рисами облич,&lt;br /&gt;</w:t>
        <w:br/>
        <w:t>не чути чужинецьку річ,&lt;br /&gt;</w:t>
        <w:br/>
        <w:t>не помічати чорну тінь,&lt;br /&gt;</w:t>
        <w:br/>
        <w:t>де заохочений юрбою&lt;br /&gt;</w:t>
        <w:br/>
        <w:t>стоїть на задніх тільки кінь&lt;br /&gt;</w:t>
        <w:br/>
        <w:t>без вершника із булавою.</w:t>
      </w:r>
    </w:p>
    <w:p>
      <w:r>
        <w:br/>
        <w:t>* * *</w:t>
      </w:r>
    </w:p>
    <w:p>
      <w:r>
        <w:br/>
        <w:t>Поети вижити могли б,&lt;br /&gt;</w:t>
        <w:br/>
        <w:t>якби були з родини чайок.&lt;br /&gt;</w:t>
        <w:br/>
        <w:t>Який гіркий в поета хліб,&lt;br /&gt;</w:t>
        <w:br/>
        <w:t>Та ще й його не вистачає.</w:t>
      </w:r>
    </w:p>
    <w:p>
      <w:r>
        <w:br/>
        <w:t>Не вистачає ще й зело,&lt;br /&gt;</w:t>
        <w:br/>
        <w:t>хоч не міняє стрій кирилиця,&lt;br /&gt;</w:t>
        <w:br/>
        <w:t>рука тримаючи стило&lt;br /&gt;</w:t>
        <w:br/>
        <w:t>для подаяння не розкриється.</w:t>
      </w:r>
    </w:p>
    <w:p>
      <w:r>
        <w:br/>
        <w:t>Живу сльозою на щоці.&lt;br /&gt;</w:t>
        <w:br/>
        <w:t>Все перекрили, заступили…&lt;br /&gt;</w:t>
        <w:br/>
        <w:t>Та пропустіть хоч до могили,&lt;br /&gt;</w:t>
        <w:br/>
        <w:t>залиште хоч перо в руці.&lt;br /&gt;</w:t>
        <w:br/>
        <w:t>Невже дописувать мені&lt;br /&gt;</w:t>
        <w:br/>
        <w:t>На дошці нігтем у труні?!</w:t>
      </w:r>
    </w:p>
    <w:p>
      <w:r>
        <w:br/>
        <w:t>* * *</w:t>
      </w:r>
    </w:p>
    <w:p>
      <w:r>
        <w:br/>
        <w:t>Усе спливло водою, димом,&lt;br /&gt;</w:t>
        <w:br/>
        <w:t>і молодість, неначе мимо,&lt;br /&gt;</w:t>
        <w:br/>
        <w:t>як за водою, за очима,&lt;br /&gt;</w:t>
        <w:br/>
        <w:t>і, як зоря, уже не зійде.&lt;br /&gt;</w:t>
        <w:br/>
        <w:t>Стоять порожні двійко відер,&lt;br /&gt;</w:t>
        <w:br/>
        <w:t>висить коромисло горбате,&lt;br /&gt;</w:t>
        <w:br/>
        <w:t>садок вишневий коло хати&lt;br /&gt;</w:t>
        <w:br/>
        <w:t>хрущами спогадів гуде…&lt;br /&gt;</w:t>
        <w:br/>
        <w:t>А де?.. А де?..&lt;br /&gt;</w:t>
        <w:br/>
        <w:t>Ніхто не їде і не йде.</w:t>
      </w:r>
    </w:p>
    <w:p>
      <w:r>
        <w:br/>
        <w:t>Подаленів пташиний клекіт, –&lt;br /&gt;</w:t>
        <w:br/>
        <w:t>і стало все таким далеким,&lt;br /&gt;</w:t>
        <w:br/>
        <w:t>неначе пісня, піднялося,&lt;br /&gt;</w:t>
        <w:br/>
        <w:t>майнуло тінню по воді, —&lt;br /&gt;</w:t>
        <w:br/>
        <w:t>і, як вдова, чорніє осінь&lt;br /&gt;</w:t>
        <w:br/>
        <w:t>із порожнечею в гнізді.</w:t>
      </w:r>
    </w:p>
    <w:p>
      <w:r>
        <w:br/>
        <w:t>І, не встигаючи за часом,&lt;br /&gt;</w:t>
        <w:br/>
        <w:t>гримить і стогне чорна траса,&lt;br /&gt;</w:t>
        <w:br/>
        <w:t>де на асфальтовому плині&lt;br /&gt;</w:t>
        <w:br/>
        <w:t>на перевернутій машині&lt;br /&gt;</w:t>
        <w:br/>
        <w:t>димлять і крутяться колеса,&lt;br /&gt;</w:t>
        <w:br/>
        <w:t>і хтось волає, як Телесик:&lt;br /&gt;</w:t>
        <w:br/>
        <w:t>– Візьміть мене…&lt;br /&gt;</w:t>
        <w:br/>
        <w:t>– Куди? До кого?&lt;br /&gt;</w:t>
        <w:br/>
        <w:t>– У небо, гусоньки,&lt;br /&gt;</w:t>
        <w:br/>
        <w:t>до Бога…</w:t>
      </w:r>
    </w:p>
    <w:p>
      <w:r>
        <w:br/>
        <w:t>І скрипка вивільно, повільно,&lt;br /&gt;</w:t>
        <w:br/>
        <w:t>як направля її смичок,&lt;br /&gt;</w:t>
        <w:br/>
        <w:t>на сиві-сивій павутині&lt;br /&gt;</w:t>
        <w:br/>
        <w:t>витягує у небо синє&lt;br /&gt;</w:t>
        <w:br/>
        <w:t>вогнем охоплений листок.</w:t>
      </w:r>
    </w:p>
    <w:p>
      <w:r>
        <w:br/>
        <w:t>* * *</w:t>
      </w:r>
    </w:p>
    <w:p>
      <w:r>
        <w:br/>
        <w:t>Ще одне замкнулось коло,&lt;br /&gt;</w:t>
        <w:br/>
        <w:t>потемнішало навколо,&lt;br /&gt;</w:t>
        <w:br/>
        <w:t>і, поглянувши на світ,&lt;br /&gt;</w:t>
        <w:br/>
        <w:t>ворон каркнув перед сном&lt;br /&gt;</w:t>
        <w:br/>
        <w:t>і на все махнув крилом&lt;br /&gt;</w:t>
        <w:br/>
        <w:t>з висоти прожитих літ.</w:t>
      </w:r>
    </w:p>
    <w:p>
      <w:r>
        <w:br/>
        <w:t>Гривня випала остання,&lt;br /&gt;</w:t>
        <w:br/>
        <w:t>закотилась в небуло.&lt;br /&gt;</w:t>
        <w:br/>
        <w:t>Загадав би я бажання,&lt;br /&gt;</w:t>
        <w:br/>
        <w:t>тільки ж небо затягло.</w:t>
      </w:r>
    </w:p>
    <w:p>
      <w:r>
        <w:br/>
        <w:t>Совість мокне за дверима,&lt;br /&gt;</w:t>
        <w:br/>
        <w:t>чи впускати, а чи ні? –&lt;br /&gt;</w:t>
        <w:br/>
        <w:t>я не знаю, як мені&lt;br /&gt;</w:t>
        <w:br/>
        <w:t>пережити з нею зиму.</w:t>
      </w:r>
    </w:p>
    <w:p>
      <w:r>
        <w:br/>
        <w:t>Може, краще спати, спати,&lt;br /&gt;</w:t>
        <w:br/>
        <w:t>не згинаючи колін?..</w:t>
      </w:r>
    </w:p>
    <w:p>
      <w:r>
        <w:br/>
        <w:t>Хай присплять мене лопати&lt;br /&gt;</w:t>
        <w:br/>
        <w:t>співом з чотирьох сторін.</w:t>
      </w:r>
    </w:p>
    <w:p>
      <w:r>
        <w:br/>
        <w:t>* * *</w:t>
      </w:r>
    </w:p>
    <w:p>
      <w:r>
        <w:br/>
        <w:t>Живеш горбатим, як закон,&lt;br /&gt;</w:t>
        <w:br/>
        <w:t>живеш, підбріхуючи в тон,&lt;br /&gt;</w:t>
        <w:br/>
        <w:t>і брешеш навіть без потреби&lt;br /&gt;</w:t>
        <w:br/>
        <w:t>останню правду, як патрон,&lt;br /&gt;</w:t>
        <w:br/>
        <w:t>приберігаючи для себе,</w:t>
      </w:r>
    </w:p>
    <w:p>
      <w:r>
        <w:br/>
        <w:t>і думаєш: – Коли і де?&lt;br /&gt;</w:t>
        <w:br/>
        <w:t>А раптом – зрикошетить правда, –&lt;br /&gt;</w:t>
        <w:br/>
        <w:t>і зовсім юний упаде&lt;br /&gt;</w:t>
        <w:br/>
        <w:t>на перший сніг з тобою рядом?..</w:t>
      </w:r>
    </w:p>
    <w:p>
      <w:r>
        <w:br/>
        <w:t>І вже немає в пляшці зілля,&lt;br /&gt;</w:t>
        <w:br/>
        <w:t>що рятувало на похмілля.&lt;br /&gt;</w:t>
        <w:br/>
        <w:t>Останню, ніби перед Богом,&lt;br /&gt;</w:t>
        <w:br/>
        <w:t>краплину вичавиш з нічого…</w:t>
      </w:r>
    </w:p>
    <w:p>
      <w:r>
        <w:br/>
        <w:t>А завтра що?&lt;br /&gt;</w:t>
        <w:br/>
        <w:t>А завтра з чого?</w:t>
      </w:r>
    </w:p>
    <w:p>
      <w:r>
        <w:br/>
        <w:t>* * *</w:t>
      </w:r>
    </w:p>
    <w:p>
      <w:r>
        <w:br/>
        <w:t>Не замінить небесний припис&lt;br /&gt;</w:t>
        <w:br/>
        <w:t>тієї зірки уві млі,&lt;br /&gt;</w:t>
        <w:br/>
        <w:t>яка поставила свій підпис&lt;br /&gt;</w:t>
        <w:br/>
        <w:t>кривим падінням до землі.</w:t>
      </w:r>
    </w:p>
    <w:p>
      <w:r>
        <w:br/>
        <w:t>І ти прожив, щасливим майже,&lt;br /&gt;</w:t>
        <w:br/>
        <w:t>ішов, як тінь,&lt;br /&gt;</w:t>
        <w:br/>
        <w:t>де сонце скаже.&lt;br /&gt;</w:t>
        <w:br/>
        <w:t>Від припису не відступив,&lt;br /&gt;</w:t>
        <w:br/>
        <w:t>і шлях торуючи не бідкався,&lt;br /&gt;</w:t>
        <w:br/>
        <w:t>і пил клубився з-під стопи&lt;br /&gt;</w:t>
        <w:br/>
        <w:t>в базарні очі дідька.&lt;br /&gt;</w:t>
        <w:br/>
        <w:t>Чекав весни, чекав відлиги,&lt;br /&gt;</w:t>
        <w:br/>
        <w:t>кінця задовгої зими,&lt;br /&gt;</w:t>
        <w:br/>
        <w:t>коли річками крига, крига&lt;br /&gt;</w:t>
        <w:br/>
        <w:t>пливе листами з Колими,&lt;br /&gt;</w:t>
        <w:br/>
        <w:t>пливе і тане в водах талих,&lt;br /&gt;</w:t>
        <w:br/>
        <w:t>як в чорній безвісті пропалих.&lt;br /&gt;</w:t>
        <w:br/>
        <w:t>Ти сподівався: прийде день,&lt;br /&gt;</w:t>
        <w:br/>
        <w:t>замиготять бджолині траси&lt;br /&gt;</w:t>
        <w:br/>
        <w:t>з прожитого тобою часу –&lt;br /&gt;</w:t>
        <w:br/>
        <w:t>і вірш, як вулик, загуде…&lt;br /&gt;</w:t>
        <w:br/>
        <w:t>У тебе ні скарбів, ні скрині.&lt;br /&gt;</w:t>
        <w:br/>
        <w:t>Ти слово, дивлячись углиб,&lt;br /&gt;</w:t>
        <w:br/>
        <w:t>шукаєш, як останню гривню.&lt;br /&gt;</w:t>
        <w:br/>
        <w:t>Яка на хліб, лише на хліб.&lt;br /&gt;</w:t>
        <w:br/>
        <w:t>Ти жив, як жив,&lt;br /&gt;</w:t>
        <w:br/>
        <w:t>ти жив, як міг,&lt;br /&gt;</w:t>
        <w:br/>
        <w:t>здається, навіть переміг.&lt;br /&gt;</w:t>
        <w:br/>
        <w:t>І доки свято ще з тобою,&lt;br /&gt;</w:t>
        <w:br/>
        <w:t>у чашу Пірра прегіркої&lt;br /&gt;</w:t>
        <w:br/>
        <w:t>налий, відчувши перевтому,&lt;br /&gt;</w:t>
        <w:br/>
        <w:t>і випий дідькові на зло&lt;br /&gt;</w:t>
        <w:br/>
        <w:t>за непотрібне вже нікому&lt;br /&gt;</w:t>
        <w:br/>
        <w:t>своє бджолине ремесло.</w:t>
      </w:r>
    </w:p>
    <w:p>
      <w:r>
        <w:br/>
        <w:t>* * *</w:t>
      </w:r>
    </w:p>
    <w:p>
      <w:r>
        <w:br/>
        <w:t>Восьма нота</w:t>
      </w:r>
    </w:p>
    <w:p>
      <w:r>
        <w:br/>
        <w:t>Ще перший ворон не прокаркав,&lt;br /&gt;</w:t>
        <w:br/>
        <w:t>не стукнув дятел у сосну,</w:t>
      </w:r>
    </w:p>
    <w:p>
      <w:r>
        <w:br/>
        <w:t>а ранок взяв мене за барки&lt;br /&gt;</w:t>
        <w:br/>
        <w:t>і в побут пикою тикнув.</w:t>
      </w:r>
    </w:p>
    <w:p>
      <w:r>
        <w:br/>
        <w:t>І я нічого ще не тямлю,&lt;br /&gt;</w:t>
        <w:br/>
        <w:t>а Муза – ніби в очі дим –&lt;br /&gt;</w:t>
        <w:br/>
        <w:t>і з посмішкою у дві ямки&lt;br /&gt;</w:t>
        <w:br/>
        <w:t>мене закопує живим.</w:t>
      </w:r>
    </w:p>
    <w:p>
      <w:r>
        <w:br/>
        <w:t>– Ну й розійшовся ти вночі,&lt;br /&gt;</w:t>
        <w:br/>
        <w:t>кричав, що навіть я – ніщота,&lt;br /&gt;</w:t>
        <w:br/>
        <w:t>якісь нові шукав ключі&lt;br /&gt;</w:t>
        <w:br/>
        <w:t>і, ніби, слухав восьму ноту…</w:t>
      </w:r>
    </w:p>
    <w:p>
      <w:r>
        <w:br/>
        <w:t>А їх, ти знаєш тільки сім&lt;br /&gt;</w:t>
        <w:br/>
        <w:t>і щоб вони злетіли в небо,&lt;br /&gt;</w:t>
        <w:br/>
        <w:t>обранцям Муз передусім&lt;br /&gt;</w:t>
        <w:br/>
        <w:t>ще сім потів пролити треба…&lt;br /&gt;</w:t>
        <w:br/>
        <w:t>Допив би пляшку, спав би моцно.&lt;br /&gt;</w:t>
        <w:br/>
        <w:t>Ах, Моцарт… Моцарт…</w:t>
      </w:r>
    </w:p>
    <w:p>
      <w:r>
        <w:br/>
        <w:t>І додала: – Ти прагнеш дива,&lt;br /&gt;</w:t>
        <w:br/>
        <w:t>в яке не віриш навіть сам… –&lt;br /&gt;</w:t>
        <w:br/>
        <w:t>очима втупившись ревниво&lt;br /&gt;</w:t>
        <w:br/>
        <w:t>в рядки, що я вночі писав.</w:t>
      </w:r>
    </w:p>
    <w:p>
      <w:r>
        <w:br/>
        <w:t>* * *</w:t>
      </w:r>
    </w:p>
    <w:p>
      <w:r>
        <w:br/>
        <w:t>Квітневий пейзаж</w:t>
      </w:r>
    </w:p>
    <w:p>
      <w:r>
        <w:br/>
        <w:t>Біля Тараса всі гілки&lt;br /&gt;</w:t>
        <w:br/>
        <w:t>обсіли збуджені граки&lt;br /&gt;</w:t>
        <w:br/>
        <w:t>і, як один, клянуться пір’ям,&lt;br /&gt;</w:t>
        <w:br/>
        <w:t>що в них немає гнізд у вирії.</w:t>
      </w:r>
    </w:p>
    <w:p>
      <w:r>
        <w:br/>
        <w:t>А стяги, трепетні колись,&lt;br /&gt;</w:t>
        <w:br/>
        <w:t>прив’яли в небі голубому,&lt;br /&gt;</w:t>
        <w:br/>
        <w:t>бо вище стягів піднялись&lt;br /&gt;</w:t>
        <w:br/>
        <w:t>навколо Києва хороми.</w:t>
      </w:r>
    </w:p>
    <w:p>
      <w:r>
        <w:br/>
        <w:t>Клекоче натовп, як вода,&lt;br /&gt;</w:t>
        <w:br/>
        <w:t>біжать, зливаючись дороги&lt;br /&gt;</w:t>
        <w:br/>
        <w:t>і всі туди, до перемоги,&lt;br /&gt;</w:t>
        <w:br/>
        <w:t>де знову закипів майдан,</w:t>
      </w:r>
    </w:p>
    <w:p>
      <w:r>
        <w:br/>
        <w:t>Немов Славутич на порогах,&lt;br /&gt;</w:t>
        <w:br/>
        <w:t>який сьогодні з усіма&lt;br /&gt;</w:t>
        <w:br/>
        <w:t>горою хвилю підійма,&lt;br /&gt;</w:t>
        <w:br/>
        <w:t>хоч і не відає, на кого.</w:t>
      </w:r>
    </w:p>
    <w:p>
      <w:r>
        <w:br/>
        <w:t>* * *</w:t>
      </w:r>
    </w:p>
    <w:p>
      <w:r>
        <w:br/>
        <w:t>Мирославові Лазаруку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п'ємо із кружки,&lt;br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—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1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</w:r>
    </w:p>
    <w:p>
      <w:r>
        <w:br/>
        <w:t>* * * * * * * * * * * * *</w:t>
      </w:r>
    </w:p>
    <w:p>
      <w:r>
        <w:br/>
        <w:t>НЕВРАХОВАНИЙ ЧАС</w:t>
      </w:r>
    </w:p>
    <w:p>
      <w:r>
        <w:br/>
        <w:t>* * *</w:t>
      </w:r>
    </w:p>
    <w:p>
      <w:r>
        <w:br/>
        <w:t>Над степом шуліка вистежує здобич,&lt;br /&gt;</w:t>
        <w:br/>
        <w:t>клекоче в яру буркотун рівчакович,&lt;br /&gt;</w:t>
        <w:br/>
        <w:t>і трепет не стримать, я весь – здивування,&lt;br /&gt;</w:t>
        <w:br/>
        <w:t>по обрій струмиться моє існування,</w:t>
      </w:r>
    </w:p>
    <w:p>
      <w:r>
        <w:br/>
        <w:t>по обрій дитячий неторканий рай&lt;br /&gt;</w:t>
        <w:br/>
        <w:t>і марево синє, і синій курай.&lt;br /&gt;</w:t>
        <w:br/>
        <w:t>Біжу і землі не торкаюсь п’ятою,&lt;br /&gt;</w:t>
        <w:br/>
        <w:t>і рій золотий мерехтить наді мною,</w:t>
      </w:r>
    </w:p>
    <w:p>
      <w:r>
        <w:br/>
        <w:t>тремтить-мерехтить і співає в польоті,&lt;br /&gt;</w:t>
        <w:br/>
        <w:t>як вільна душа ще не в коконі плоті.</w:t>
      </w:r>
    </w:p>
    <w:p>
      <w:r>
        <w:br/>
        <w:t>* * *</w:t>
      </w:r>
    </w:p>
    <w:p>
      <w:r>
        <w:br/>
        <w:t>Зійшлися сосни, як сім’я,&lt;br /&gt;</w:t>
        <w:br/>
        <w:t>а з того боку вся плакуча&lt;br /&gt;</w:t>
        <w:br/>
        <w:t>в плакучих вербах тиха круча,&lt;br /&gt;</w:t>
        <w:br/>
        <w:t>яку відбила течія.</w:t>
      </w:r>
    </w:p>
    <w:p>
      <w:r>
        <w:br/>
        <w:t>Кори лахміття золоте,&lt;br /&gt;</w:t>
        <w:br/>
        <w:t>і тіснота, в якій не тісно,&lt;br /&gt;</w:t>
        <w:br/>
        <w:t>і височінь, в яку росте&lt;br /&gt;</w:t>
        <w:br/>
        <w:t>душа, як сосни, прямовисно.&lt;br /&gt;</w:t>
        <w:br/>
        <w:t>А поруч хата лісника,&lt;br /&gt;</w:t>
        <w:br/>
        <w:t>і під вікном високі мальви,&lt;br /&gt;</w:t>
        <w:br/>
        <w:t>і срібно світиться луска&lt;br /&gt;</w:t>
        <w:br/>
        <w:t>тарані свіжої крізь марлю.</w:t>
      </w:r>
    </w:p>
    <w:p>
      <w:r>
        <w:br/>
        <w:t>І срібно світиться полин...&lt;br /&gt;</w:t>
        <w:br/>
        <w:t>І вся обвішана шаблями,&lt;br /&gt;</w:t>
        <w:br/>
        <w:t>квасоля вперто перед нами&lt;br /&gt;</w:t>
        <w:br/>
        <w:t>штурмує непохитний тин.</w:t>
      </w:r>
    </w:p>
    <w:p>
      <w:r>
        <w:br/>
        <w:t>Ширяють оси і джмелі;&lt;br /&gt;</w:t>
        <w:br/>
        <w:t>і гарбузів густе гудиння,&lt;br /&gt;</w:t>
        <w:br/>
        <w:t>де надривається гудіння,&lt;br /&gt;</w:t>
        <w:br/>
        <w:t>щоб відірватись від землі.</w:t>
      </w:r>
    </w:p>
    <w:p>
      <w:r>
        <w:br/>
        <w:t>Повіки сонях розтуля,&lt;br /&gt;</w:t>
        <w:br/>
        <w:t>ще не цілований бджолою,&lt;br /&gt;</w:t>
        <w:br/>
        <w:t>і краєм ока за тобою&lt;br /&gt;</w:t>
        <w:br/>
        <w:t>ревниво стежить віддаля.</w:t>
      </w:r>
    </w:p>
    <w:p>
      <w:r>
        <w:br/>
        <w:t>Та підвелась зеленим муром&lt;br /&gt;</w:t>
        <w:br/>
        <w:t>і заховала нас трава,&lt;br /&gt;</w:t>
        <w:br/>
        <w:t>де коник згадує Сосюру,&lt;br /&gt;</w:t>
        <w:br/>
        <w:t>а я – Сосюрині слова.</w:t>
      </w:r>
    </w:p>
    <w:p>
      <w:r>
        <w:br/>
        <w:t>* * *</w:t>
      </w:r>
    </w:p>
    <w:p>
      <w:r>
        <w:br/>
        <w:t>Кінця зимі немає.&lt;br /&gt;</w:t>
        <w:br/>
        <w:t>Сиджу біля вікна.&lt;br /&gt;</w:t>
        <w:br/>
        <w:t>А мама все співає,&lt;br /&gt;</w:t>
        <w:br/>
        <w:t>що літечко минає&lt;br /&gt;</w:t>
        <w:br/>
        <w:t>і молодість минає&lt;br /&gt;</w:t>
        <w:br/>
        <w:t>й не вернеться вона.</w:t>
      </w:r>
    </w:p>
    <w:p>
      <w:r>
        <w:br/>
        <w:t>Синіє снігом вечір.&lt;br /&gt;</w:t>
        <w:br/>
        <w:t>У хаті холоднеча.&lt;br /&gt;</w:t>
        <w:br/>
        <w:t>Різдво сьогодні, свято.&lt;br /&gt;</w:t>
        <w:br/>
        <w:t>І я пишу до тата,&lt;br /&gt;</w:t>
        <w:br/>
        <w:t>що мрію про санчата,&lt;br /&gt;</w:t>
        <w:br/>
        <w:t>що зачекались ми.&lt;br /&gt;</w:t>
        <w:br/>
        <w:t>– Коли ж приїдеш, тату,&lt;br /&gt;</w:t>
        <w:br/>
        <w:t>з тієї Колими?</w:t>
      </w:r>
    </w:p>
    <w:p>
      <w:r>
        <w:br/>
        <w:t>В нас козенятко біле,&lt;br /&gt;</w:t>
        <w:br/>
        <w:t>таке, як я хотів,&lt;br /&gt;</w:t>
        <w:br/>
        <w:t>і мама наварила&lt;br /&gt;</w:t>
        <w:br/>
        <w:t>цукерок з буряків.</w:t>
      </w:r>
    </w:p>
    <w:p>
      <w:r>
        <w:br/>
        <w:t>Хвалитися не стану,&lt;br /&gt;</w:t>
        <w:br/>
        <w:t>бо це сьогодні гріх,&lt;br /&gt;</w:t>
        <w:br/>
        <w:t>та вчуся непогано,&lt;br /&gt;</w:t>
        <w:br/>
        <w:t>і вірш про Ярославну&lt;br /&gt;</w:t>
        <w:br/>
        <w:t>я вивчив краще всіх.&lt;br /&gt;</w:t>
        <w:br/>
        <w:t>Пишу про все, що знаю,&lt;br /&gt;</w:t>
        <w:br/>
        <w:t>а мама підглядає на мене з-під руки.</w:t>
      </w:r>
    </w:p>
    <w:p>
      <w:r>
        <w:br/>
        <w:t>У грубці дотлівають&lt;br /&gt;</w:t>
        <w:br/>
        <w:t>останні кізяки.</w:t>
      </w:r>
    </w:p>
    <w:p>
      <w:r>
        <w:br/>
        <w:t>В кінці обов’язково&lt;br /&gt;</w:t>
        <w:br/>
        <w:t>допише мама слово:&lt;br /&gt;</w:t>
        <w:br/>
        <w:t>"Ждемо твого привіта,&lt;br /&gt;</w:t>
        <w:br/>
        <w:t>як соловейко літа".&lt;br /&gt;</w:t>
        <w:br/>
        <w:t>Допише і заплаче,&lt;br /&gt;</w:t>
        <w:br/>
        <w:t>але щоб я не бачив&lt;br /&gt;</w:t>
        <w:br/>
        <w:t>в сльозах її лиця,&lt;br /&gt;</w:t>
        <w:br/>
        <w:t>задує каганця.</w:t>
      </w:r>
    </w:p>
    <w:p>
      <w:r>
        <w:br/>
        <w:t>* * *</w:t>
      </w:r>
    </w:p>
    <w:p>
      <w:r>
        <w:br/>
        <w:t>Хвилі здіймає, струмить блакить,&lt;br /&gt;</w:t>
        <w:br/>
        <w:t>над степом спекотним плине.&lt;br /&gt;</w:t>
        <w:br/>
        <w:t>Як соняшник, день стоїть&lt;br /&gt;</w:t>
        <w:br/>
        <w:t>в мареві по коліна.</w:t>
      </w:r>
    </w:p>
    <w:p>
      <w:r>
        <w:br/>
        <w:t>Пахне солома (ідуть жнива),&lt;br /&gt;</w:t>
        <w:br/>
        <w:t>золотою пливе дорога&lt;br /&gt;</w:t>
        <w:br/>
        <w:t>і жайвір співа,&lt;br /&gt;</w:t>
        <w:br/>
        <w:t>як душа співа&lt;br /&gt;</w:t>
        <w:br/>
        <w:t>аж під вікном у Бога.</w:t>
      </w:r>
    </w:p>
    <w:p>
      <w:r>
        <w:br/>
        <w:t>І я з пастухом Ясоном&lt;br /&gt;</w:t>
        <w:br/>
        <w:t>маревом після обіду&lt;br /&gt;</w:t>
        <w:br/>
        <w:t>пливу до синього Дону,&lt;br /&gt;</w:t>
        <w:br/>
        <w:t>а з Дону – уже в Колхіду...</w:t>
      </w:r>
    </w:p>
    <w:p>
      <w:r>
        <w:br/>
        <w:t>А вечером бідно в полі.&lt;br /&gt;</w:t>
        <w:br/>
        <w:t>вертаються вівці з паші,&lt;br /&gt;</w:t>
        <w:br/>
        <w:t>в кавалках синьої солі&lt;br /&gt;</w:t>
        <w:br/>
        <w:t>вилизують круглі чаші.</w:t>
      </w:r>
    </w:p>
    <w:p>
      <w:r>
        <w:br/>
        <w:t>Звисає клоччями руно,&lt;br /&gt;</w:t>
        <w:br/>
        <w:t>і трішки від того сумно,&lt;br /&gt;</w:t>
        <w:br/>
        <w:t>і пахне мені кулішем,&lt;br /&gt;</w:t>
        <w:br/>
        <w:t>що в таганку над вогнем.</w:t>
      </w:r>
    </w:p>
    <w:p>
      <w:r>
        <w:br/>
        <w:t>А, спершу такий полум’яний,&lt;br /&gt;</w:t>
        <w:br/>
        <w:t>вогонь знемагає, в’яне&lt;br /&gt;</w:t>
        <w:br/>
        <w:t>і на похилі плечі&lt;br /&gt;</w:t>
        <w:br/>
        <w:t>приміряє одяг чернечий.</w:t>
      </w:r>
    </w:p>
    <w:p>
      <w:r>
        <w:br/>
        <w:t>Сорока про всіх стрекоче&lt;br /&gt;</w:t>
        <w:br/>
        <w:t>і пес безугавно гавка&lt;br /&gt;</w:t>
        <w:br/>
        <w:t>на високе гніздо сороче,&lt;br /&gt;</w:t>
        <w:br/>
        <w:t>що як Мономахова шапка.</w:t>
      </w:r>
    </w:p>
    <w:p>
      <w:r>
        <w:br/>
        <w:t>Та вже на тім осокорі&lt;br /&gt;</w:t>
        <w:br/>
        <w:t>догоря на верхів’ї день.&lt;br /&gt;</w:t>
        <w:br/>
        <w:t>По тиху воду і перші зорі&lt;br /&gt;</w:t>
        <w:br/>
        <w:t>мама з відрами йде.</w:t>
      </w:r>
    </w:p>
    <w:p>
      <w:r>
        <w:br/>
        <w:t>І пахнуть бузки зірчасті,&lt;br /&gt;</w:t>
        <w:br/>
        <w:t>що ночують і днюють в хаті&lt;br /&gt;</w:t>
        <w:br/>
        <w:t>і геть не звертають увагу&lt;br /&gt;</w:t>
        <w:br/>
        <w:t>на радість твою чи горе.&lt;br /&gt;</w:t>
        <w:br/>
        <w:t>І як до турецького стягу&lt;br /&gt;</w:t>
        <w:br/>
        <w:t>півмісяць прилип до штори.</w:t>
      </w:r>
    </w:p>
    <w:p>
      <w:r>
        <w:br/>
        <w:t>І тхне керосином трішки&lt;br /&gt;</w:t>
        <w:br/>
        <w:t>від каганця в кутку.&lt;br /&gt;</w:t>
        <w:br/>
        <w:t>І лебідь на килимку&lt;br /&gt;</w:t>
        <w:br/>
        <w:t>над нашим з мамою ліжком,&lt;br /&gt;</w:t>
        <w:br/>
        <w:t>де, отримавши під боки,&lt;br /&gt;</w:t>
        <w:br/>
        <w:t>понадувались подушки,&lt;br /&gt;</w:t>
        <w:br/>
        <w:t>на які накидає вишивку,&lt;br /&gt;</w:t>
        <w:br/>
        <w:t>заглядаючи в шиби, вишенька.</w:t>
      </w:r>
    </w:p>
    <w:p>
      <w:r>
        <w:br/>
        <w:t>І я, що плавав з Ясоном,&lt;br /&gt;</w:t>
        <w:br/>
        <w:t>натомлений, зовсім сонний,&lt;br /&gt;</w:t>
        <w:br/>
        <w:t>в рідній уже стороні&lt;br /&gt;</w:t>
        <w:br/>
        <w:t>з князем Ігорем – на коні.</w:t>
      </w:r>
    </w:p>
    <w:p>
      <w:r>
        <w:br/>
        <w:t>Ми скачемо, скачемо, скачемо...&lt;br /&gt;</w:t>
        <w:br/>
        <w:t>І вже не збагнуть мені,&lt;br /&gt;</w:t>
        <w:br/>
        <w:t>чия то тінь на стіні&lt;br /&gt;</w:t>
        <w:br/>
        <w:t>і хто біля мене плаче.</w:t>
      </w:r>
    </w:p>
    <w:p>
      <w:r>
        <w:br/>
        <w:t>* * *</w:t>
      </w:r>
    </w:p>
    <w:p>
      <w:r>
        <w:br/>
        <w:t>Частує медом медуниця,&lt;br /&gt;</w:t>
        <w:br/>
        <w:t>мов уві сні дитинство сниться,&lt;br /&gt;</w:t>
        <w:br/>
        <w:t>і підганя петрів батіг&lt;br /&gt;</w:t>
        <w:br/>
        <w:t>ту стежку, що забути встиг.</w:t>
      </w:r>
    </w:p>
    <w:p>
      <w:r>
        <w:br/>
        <w:t>Помітить око материнку –&lt;br /&gt;</w:t>
        <w:br/>
        <w:t>і за плечима чую "синку..."&lt;br /&gt;</w:t>
        <w:br/>
        <w:t>То гляне так ромашка біла,&lt;br /&gt;</w:t>
        <w:br/>
        <w:t>немов колись тебе любила,</w:t>
      </w:r>
    </w:p>
    <w:p>
      <w:r>
        <w:br/>
        <w:t>то гостро пахне лепеха,&lt;br /&gt;</w:t>
        <w:br/>
        <w:t>то знову – очі незабудок&lt;br /&gt;</w:t>
        <w:br/>
        <w:t>такі, що радість притиха&lt;br /&gt;</w:t>
        <w:br/>
        <w:t>і слуха, як співає смуток</w:t>
      </w:r>
    </w:p>
    <w:p>
      <w:r>
        <w:br/>
        <w:t>про інший час і луг квітчастий,&lt;br /&gt;</w:t>
        <w:br/>
        <w:t>і кущ калини, під яким,&lt;br /&gt;</w:t>
        <w:br/>
        <w:t>лише нагнись, – і знайдеш щастя,&lt;br /&gt;</w:t>
        <w:br/>
        <w:t>що не загублене ніким,</w:t>
      </w:r>
    </w:p>
    <w:p>
      <w:r>
        <w:br/>
        <w:t>як ця при березі кульбабка,&lt;br /&gt;</w:t>
        <w:br/>
        <w:t>що підвелась на довгих лапках&lt;br /&gt;</w:t>
        <w:br/>
        <w:t>і посміхнулась золотим&lt;br /&gt;</w:t>
        <w:br/>
        <w:t>до тебе зубиком своїм.</w:t>
      </w:r>
    </w:p>
    <w:p>
      <w:r>
        <w:br/>
        <w:t>* * *</w:t>
      </w:r>
    </w:p>
    <w:p>
      <w:r>
        <w:br/>
        <w:t>Лист</w:t>
      </w:r>
    </w:p>
    <w:p>
      <w:r>
        <w:br/>
        <w:t>Я стою в залатаній тільняшці,&lt;br /&gt;</w:t>
        <w:br/>
        <w:t>на високу воду задививсь,&lt;br /&gt;</w:t>
        <w:br/>
        <w:t>що несе листа мого у пляшці&lt;br /&gt;</w:t>
        <w:br/>
        <w:t>аж до моря Чорного кудись.</w:t>
      </w:r>
    </w:p>
    <w:p>
      <w:r>
        <w:br/>
        <w:t>Ще без листя білі осокори&lt;br /&gt;</w:t>
        <w:br/>
        <w:t>і сороча сварка у гнізді.&lt;br /&gt;</w:t>
        <w:br/>
        <w:t>Мабуть, з осокора видно море,&lt;br /&gt;</w:t>
        <w:br/>
        <w:t>тільки ж він по крону у воді.</w:t>
      </w:r>
    </w:p>
    <w:p>
      <w:r>
        <w:br/>
        <w:t>Сонце, пробиваючись крізь хмари,&lt;br /&gt;</w:t>
        <w:br/>
        <w:t>камінці лоскоче в ручаї,&lt;br /&gt;</w:t>
        <w:br/>
        <w:t>"вісімкою" зблискує під яром&lt;br /&gt;</w:t>
        <w:br/>
        <w:t>чорнота кривої течії.</w:t>
      </w:r>
    </w:p>
    <w:p>
      <w:r>
        <w:br/>
        <w:t>Берег підмиває, шаленіє,&lt;br /&gt;</w:t>
        <w:br/>
        <w:t>всмоктуючи небо, чорторий,&lt;br /&gt;</w:t>
        <w:br/>
        <w:t>та не проковтнути чорторию&lt;br /&gt;</w:t>
        <w:br/>
        <w:t>ні моєї пляшки, ні надій!</w:t>
      </w:r>
    </w:p>
    <w:p>
      <w:r>
        <w:br/>
        <w:t>І невдовзі пляшка виринає,&lt;br /&gt;</w:t>
        <w:br/>
        <w:t>світиться, виблискуючи, скло.&lt;br /&gt;</w:t>
        <w:br/>
        <w:t>Хтось її помітить і спіймає,&lt;br /&gt;</w:t>
        <w:br/>
        <w:t>хтось за морем лист мій прочитає&lt;br /&gt;</w:t>
        <w:br/>
        <w:t>і мені напише у село...</w:t>
      </w:r>
    </w:p>
    <w:p>
      <w:r>
        <w:br/>
        <w:t>Вже давно зносилася тільняшка,&lt;br /&gt;</w:t>
        <w:br/>
        <w:t>вже і я далеко від села,&lt;br /&gt;</w:t>
        <w:br/>
        <w:t>звідки закоркованою пляшка&lt;br /&gt;</w:t>
        <w:br/>
        <w:t>із листом за обрій попливла.</w:t>
      </w:r>
    </w:p>
    <w:p>
      <w:r>
        <w:br/>
        <w:t>Підросли у небо осокори,&lt;br /&gt;</w:t>
        <w:br/>
        <w:t>обмілів глибокий чорторий,&lt;br /&gt;</w:t>
        <w:br/>
        <w:t>та широким виявилось море&lt;br /&gt;</w:t>
        <w:br/>
        <w:t>і далеким берег золотий.</w:t>
      </w:r>
    </w:p>
    <w:p>
      <w:r>
        <w:br/>
        <w:t>Хоч, можливо, у далекім краї&lt;br /&gt;</w:t>
        <w:br/>
        <w:t>хтось уже листа мого читає,&lt;br /&gt;</w:t>
        <w:br/>
        <w:t>навіть пише відповідь в село,&lt;br /&gt;</w:t>
        <w:br/>
        <w:t>де мене ніхто уже не знає,&lt;br /&gt;</w:t>
        <w:br/>
        <w:t>де мене ніхто не пам’ятає,&lt;br /&gt;</w:t>
        <w:br/>
        <w:t>де мене неначе й не було.</w:t>
      </w:r>
    </w:p>
    <w:p>
      <w:r>
        <w:br/>
        <w:t>* * *</w:t>
      </w:r>
    </w:p>
    <w:p>
      <w:r>
        <w:br/>
        <w:t>Василю Лопаті</w:t>
      </w:r>
    </w:p>
    <w:p>
      <w:r>
        <w:br/>
        <w:t>Ще палахкоче ранній схід,&lt;br /&gt;</w:t>
        <w:br/>
        <w:t>ще сонце дивиться у небо&lt;br /&gt;</w:t>
        <w:br/>
        <w:t>і на траві дитячий слід,&lt;br /&gt;</w:t>
        <w:br/>
        <w:t>який веде тебе до тебе.</w:t>
      </w:r>
    </w:p>
    <w:p>
      <w:r>
        <w:br/>
        <w:t>І ти ідеш, ідеш по ньому,&lt;br /&gt;</w:t>
        <w:br/>
        <w:t>неначе з далека додому,&lt;br /&gt;</w:t>
        <w:br/>
        <w:t>намаявшись на чужині.&lt;br /&gt;</w:t>
        <w:br/>
        <w:t>Ідеш в надії і тривозі&lt;br /&gt;</w:t>
        <w:br/>
        <w:t>туди, де мати у вікні&lt;br /&gt;</w:t>
        <w:br/>
        <w:t>і постать батька на порозі...</w:t>
      </w:r>
    </w:p>
    <w:p>
      <w:r>
        <w:br/>
        <w:t>Торкнешся хвіртки – і заплаче&lt;br /&gt;</w:t>
        <w:br/>
        <w:t>в тобі дитяче, щось, дитяче,&lt;br /&gt;</w:t>
        <w:br/>
        <w:t>яке, хоч як його товкмачив,&lt;br /&gt;</w:t>
        <w:br/>
        <w:t>а залишається собою,&lt;br /&gt;</w:t>
        <w:br/>
        <w:t>як за горою, за сльозою...</w:t>
      </w:r>
    </w:p>
    <w:p>
      <w:r>
        <w:br/>
        <w:t>* * *</w:t>
      </w:r>
    </w:p>
    <w:p>
      <w:r>
        <w:br/>
        <w:t>Щасливі – аж світивсь за нами слід,&lt;br /&gt;</w:t>
        <w:br/>
        <w:t>ми через чорний хід&lt;br /&gt;</w:t>
        <w:br/>
        <w:t>виходили у світ,&lt;br /&gt;</w:t>
        <w:br/>
        <w:t>що нас будив гудками спозаранку, –&lt;br /&gt;</w:t>
        <w:br/>
        <w:t>його облаштували, як могли,&lt;br /&gt;</w:t>
        <w:br/>
        <w:t>вождями обліпили, обжили&lt;br /&gt;</w:t>
        <w:br/>
        <w:t>і, засмітивши, нам передали&lt;br /&gt;</w:t>
        <w:br/>
        <w:t>не з перших рук,&lt;br /&gt;</w:t>
        <w:br/>
        <w:t>не на параднім ґанку.</w:t>
      </w:r>
    </w:p>
    <w:p>
      <w:r>
        <w:br/>
        <w:t>Не місто... не село –&lt;br /&gt;</w:t>
        <w:br/>
        <w:t>околиця міська,&lt;br /&gt;</w:t>
        <w:br/>
        <w:t>куди постійно бруд із міста витіка.&lt;br /&gt;</w:t>
        <w:br/>
        <w:t>Рембаза. Склад. Тупик на тупику,&lt;br /&gt;</w:t>
        <w:br/>
        <w:t>за шахтою відстійники в ярку,&lt;br /&gt;</w:t>
        <w:br/>
        <w:t>і шлак людський і промисловий шлак,&lt;br /&gt;</w:t>
        <w:br/>
        <w:t>гуртожиток, що схожий на барак,&lt;br /&gt;</w:t>
        <w:br/>
        <w:t>де п’яний спить в обісцянім кутку...</w:t>
      </w:r>
    </w:p>
    <w:p>
      <w:r>
        <w:br/>
        <w:t>Але немає страху і ниття,&lt;br /&gt;</w:t>
        <w:br/>
        <w:t>лише сталеві скреготи трамваю.&lt;br /&gt;</w:t>
        <w:br/>
        <w:t>І кращого, здається, не буває,&lt;br /&gt;</w:t>
        <w:br/>
        <w:t>ніж світ, де нас застукало життя,&lt;br /&gt;</w:t>
        <w:br/>
        <w:t>яке, можливо, урка під сараєм&lt;br /&gt;</w:t>
        <w:br/>
        <w:t>на кін поставить&lt;br /&gt;</w:t>
        <w:br/>
        <w:t>і в "очко" програє...</w:t>
      </w:r>
    </w:p>
    <w:p>
      <w:r>
        <w:br/>
        <w:t>Ніхто не знає, що там на кону...&lt;br /&gt;</w:t>
        <w:br/>
        <w:t>І музика з вікна&lt;br /&gt;</w:t>
        <w:br/>
        <w:t>гримить на всю весну.&lt;br /&gt;</w:t>
        <w:br/>
        <w:t>Сади цвітуть. І помахом легким&lt;br /&gt;</w:t>
        <w:br/>
        <w:t>ти на зупинці ловиш пелюстки.&lt;br /&gt;</w:t>
        <w:br/>
        <w:t>І ми щасливі, хоч і безборонні,&lt;br /&gt;</w:t>
        <w:br/>
        <w:t>і цій весні – ні краю, ні кінця,&lt;br /&gt;</w:t>
        <w:br/>
        <w:t>і диво біле ніби з рук Творця&lt;br /&gt;</w:t>
        <w:br/>
        <w:t>із перших рук&lt;br /&gt;</w:t>
        <w:br/>
        <w:t>у тебе на долоні.</w:t>
      </w:r>
    </w:p>
    <w:p>
      <w:r>
        <w:br/>
        <w:t>* * *</w:t>
      </w:r>
    </w:p>
    <w:p>
      <w:r>
        <w:br/>
        <w:t>Як новачку були не раді&lt;br /&gt;</w:t>
        <w:br/>
        <w:t>мені в стаханівській бригаді:&lt;br /&gt;</w:t>
        <w:br/>
        <w:t>не те підніс, не так подав,&lt;br /&gt;</w:t>
        <w:br/>
        <w:t>і кожен в’їдливо повчав&lt;br /&gt;</w:t>
        <w:br/>
        <w:t>і підганяв: – Давай, давай!&lt;br /&gt;</w:t>
        <w:br/>
        <w:t>Быстрее, ёханый бабай!&lt;br /&gt;</w:t>
        <w:br/>
        <w:t>Да говори на человеческом!&lt;br /&gt;</w:t>
        <w:br/>
        <w:t>А я селюк, я ще не вмію.&lt;br /&gt;</w:t>
        <w:br/>
        <w:t>Ніяковію і німію,&lt;br /&gt;</w:t>
        <w:br/>
        <w:t>і піонером червонію,&lt;br /&gt;</w:t>
        <w:br/>
        <w:t>що завинив перед отєчєством.</w:t>
      </w:r>
    </w:p>
    <w:p>
      <w:r>
        <w:br/>
        <w:t>І співчував лише Кузьмич:&lt;br /&gt;</w:t>
        <w:br/>
        <w:t>Ти не боись, всему обучим...&lt;br /&gt;</w:t>
        <w:br/>
        <w:t>І натякав, щоб я з получки&lt;br /&gt;</w:t>
        <w:br/>
        <w:t>не поскупивсь на могорич.</w:t>
      </w:r>
    </w:p>
    <w:p>
      <w:r>
        <w:br/>
        <w:t>І все було, як і повинно...&lt;br /&gt;</w:t>
        <w:br/>
        <w:t>І всі, звичайно ж, напились.&lt;br /&gt;</w:t>
        <w:br/>
        <w:t>А потім в пісні обнялись,&lt;br /&gt;</w:t>
        <w:br/>
        <w:t>як заспівали "Черемшину",&lt;br /&gt;</w:t>
        <w:br/>
        <w:t>яка і в нас біля бараку&lt;br /&gt;</w:t>
        <w:br/>
        <w:t>вже цвіт ронила на поріг,&lt;br /&gt;</w:t>
        <w:br/>
        <w:t>та я підспівувать не міг,&lt;br /&gt;</w:t>
        <w:br/>
        <w:t>мені хотілося заплакати&lt;br /&gt;</w:t>
        <w:br/>
        <w:t>і від горілки, і від того,&lt;br /&gt;</w:t>
        <w:br/>
        <w:t>що визнали мене своїм,&lt;br /&gt;</w:t>
        <w:br/>
        <w:t>і від черемхи над порогом&lt;br /&gt;</w:t>
        <w:br/>
        <w:t>бараку, що нам став за дім,&lt;br /&gt;</w:t>
        <w:br/>
        <w:t>а ще від того, що нічого&lt;br /&gt;</w:t>
        <w:br/>
        <w:t>не зміниться в житті моїм.</w:t>
      </w:r>
    </w:p>
    <w:p>
      <w:r>
        <w:br/>
        <w:t>* * *</w:t>
      </w:r>
    </w:p>
    <w:p>
      <w:r>
        <w:br/>
        <w:t>О. Т.</w:t>
      </w:r>
    </w:p>
    <w:p>
      <w:r>
        <w:br/>
        <w:t>Зі мною в човні однокласниця Оля.&lt;br /&gt;</w:t>
        <w:br/>
        <w:t>Ми човен двомісний взяли напрокат,&lt;br /&gt;</w:t>
        <w:br/>
        <w:t>І тільки годину&lt;br /&gt;</w:t>
        <w:br/>
        <w:t>дозволила доля&lt;br /&gt;</w:t>
        <w:br/>
        <w:t>новеньке весло потримати в руках.</w:t>
      </w:r>
    </w:p>
    <w:p>
      <w:r>
        <w:br/>
        <w:t>Купаються діти і крони вербові.&lt;br /&gt;</w:t>
        <w:br/>
        <w:t>На світлому плині тінь від моста.&lt;br /&gt;</w:t>
        <w:br/>
        <w:t>І здалеку чути, як маневровий&lt;br /&gt;</w:t>
        <w:br/>
        <w:t>вагони збиває, формує состав,&lt;br /&gt;</w:t>
        <w:br/>
        <w:t>і тягне його до міського вокзалу:&lt;br /&gt;</w:t>
        <w:br/>
        <w:t>то скрегіт металу,&lt;br /&gt;</w:t>
        <w:br/>
        <w:t>то знову – гудок...&lt;br /&gt;</w:t>
        <w:br/>
        <w:t>Оля на сумочку руки поклала,&lt;br /&gt;</w:t>
        <w:br/>
        <w:t>а в сумочці тліє на поїзд квиток.&lt;br /&gt;</w:t>
        <w:br/>
        <w:t>І вже добігає година кінця...</w:t>
      </w:r>
    </w:p>
    <w:p>
      <w:r>
        <w:br/>
        <w:t>В Дінці відбивається жовтий листок,&lt;br /&gt;</w:t>
        <w:br/>
        <w:t>і літо, як діти, виходить з Дінця.</w:t>
      </w:r>
    </w:p>
    <w:p>
      <w:r>
        <w:br/>
        <w:t>* * *</w:t>
      </w:r>
    </w:p>
    <w:p>
      <w:r>
        <w:br/>
        <w:t>І попливло вікно вагону,&lt;br /&gt;</w:t>
        <w:br/>
        <w:t>з якого хусточкою руки&lt;br /&gt;</w:t>
        <w:br/>
        <w:t>відмахуються від розлуки,&lt;br /&gt;</w:t>
        <w:br/>
        <w:t>й несеться вихор вздовж перону,&lt;br /&gt;</w:t>
        <w:br/>
        <w:t>як пасажир під стукіт сталі,&lt;br /&gt;</w:t>
        <w:br/>
        <w:t>в надії наздогнать состав,&lt;br /&gt;</w:t>
        <w:br/>
        <w:t>і ронить все, що підгрібав,&lt;br /&gt;</w:t>
        <w:br/>
        <w:t>на метушливому вокзалі.</w:t>
      </w:r>
    </w:p>
    <w:p>
      <w:r>
        <w:br/>
        <w:t>* * *</w:t>
      </w:r>
    </w:p>
    <w:p>
      <w:r>
        <w:br/>
        <w:t>Стрімкий терикон наступа на городи, –&lt;br /&gt;</w:t>
        <w:br/>
        <w:t>як з неба гримить&lt;br /&gt;</w:t>
        <w:br/>
        <w:t>териконом&lt;br /&gt;</w:t>
        <w:br/>
        <w:t>порода,&lt;br /&gt;</w:t>
        <w:br/>
        <w:t>і валить штахетник і дикий вишняк.&lt;br /&gt;</w:t>
        <w:br/>
        <w:t>І світу не бачать запилені квіти&lt;br /&gt;</w:t>
        <w:br/>
        <w:t>від спалахів гострих&lt;br /&gt;</w:t>
        <w:br/>
        <w:t>скалок антрациту,&lt;br /&gt;</w:t>
        <w:br/>
        <w:t>і щоки надув коронований мак,&lt;br /&gt;</w:t>
        <w:br/>
        <w:t>і віє зі степу важкий суховій&lt;br /&gt;</w:t>
        <w:br/>
        <w:t>і навіює сон золотий.</w:t>
      </w:r>
    </w:p>
    <w:p>
      <w:r>
        <w:br/>
        <w:t>А в сквері під кленами б’ють в доміно&lt;br /&gt;</w:t>
        <w:br/>
        <w:t>під пісню блатну&lt;br /&gt;</w:t>
        <w:br/>
        <w:t>розливають вино.&lt;br /&gt;</w:t>
        <w:br/>
        <w:t>І, може, від спеки,&lt;br /&gt;</w:t>
        <w:br/>
        <w:t>а, може, і ні,&lt;br /&gt;</w:t>
        <w:br/>
        <w:t>налите мій друг&lt;br /&gt;</w:t>
        <w:br/>
        <w:t>допиває вві сні&lt;br /&gt;</w:t>
        <w:br/>
        <w:t>на березі моря в красівом Криму,&lt;br /&gt;</w:t>
        <w:br/>
        <w:t>але на похмілля так нудно йому,&lt;br /&gt;</w:t>
        <w:br/>
        <w:t>такий розбитняк,&lt;br /&gt;</w:t>
        <w:br/>
        <w:t>що не треба нічого...&lt;br /&gt;</w:t>
        <w:br/>
        <w:t>І тягнеться день&lt;br /&gt;</w:t>
        <w:br/>
        <w:t>так ліниво,&lt;br /&gt;</w:t>
        <w:br/>
        <w:t>так довго,&lt;br /&gt;</w:t>
        <w:br/>
        <w:t>що, вічність проспавши,&lt;br /&gt;</w:t>
        <w:br/>
        <w:t>прокинеться – спека,&lt;br /&gt;</w:t>
        <w:br/>
        <w:t>і високо сонце,&lt;br /&gt;</w:t>
        <w:br/>
        <w:t>і вечір далеко,&lt;br /&gt;</w:t>
        <w:br/>
        <w:t>і все, як було:&lt;br /&gt;</w:t>
        <w:br/>
        <w:t>доміно і шмурдяк,&lt;br /&gt;</w:t>
        <w:br/>
        <w:t>і ніхто не говорить,&lt;br /&gt;</w:t>
        <w:br/>
        <w:t>що тут щось не так.&lt;br /&gt;</w:t>
        <w:br/>
        <w:t>І віє зі степу&lt;br /&gt;</w:t>
        <w:br/>
        <w:t>важкий суховій&lt;br /&gt;</w:t>
        <w:br/>
        <w:t>і навіює сон золотий.</w:t>
      </w:r>
    </w:p>
    <w:p>
      <w:r>
        <w:br/>
        <w:t>* * *</w:t>
      </w:r>
    </w:p>
    <w:p>
      <w:r>
        <w:br/>
        <w:t>Така роса, палахкотінь,&lt;br /&gt;</w:t>
        <w:br/>
        <w:t>що поглядом, куди не кинь,&lt;br /&gt;</w:t>
        <w:br/>
        <w:t>ти попадеш, як пальцем в небо,&lt;br /&gt;</w:t>
        <w:br/>
        <w:t>в живу краплину, що до тебе,&lt;br /&gt;</w:t>
        <w:br/>
        <w:t>тобі тобою усміхнеться і,&lt;br /&gt;</w:t>
        <w:br/>
        <w:t>відірвавшись, як від серця,&lt;br /&gt;</w:t>
        <w:br/>
        <w:t>в траві зникає через мить.&lt;br /&gt;</w:t>
        <w:br/>
        <w:t>І сонця плями біля хати&lt;br /&gt;</w:t>
        <w:br/>
        <w:t>гарячі, мов дитячі п’яти,&lt;br /&gt;</w:t>
        <w:br/>
        <w:t>якими світ кудись біжить,&lt;br /&gt;</w:t>
        <w:br/>
        <w:t>кудись тікає і зника,&lt;br /&gt;</w:t>
        <w:br/>
        <w:t>хоч біля нашого садка&lt;br /&gt;</w:t>
        <w:br/>
        <w:t>паркан без жодної щілини&lt;br /&gt;</w:t>
        <w:br/>
        <w:t>і золота очеретина&lt;br /&gt;</w:t>
        <w:br/>
        <w:t>у кожній дірці від сучка.</w:t>
      </w:r>
    </w:p>
    <w:p>
      <w:r>
        <w:br/>
        <w:t>* * *</w:t>
      </w:r>
    </w:p>
    <w:p>
      <w:r>
        <w:br/>
        <w:t>Далеко... далеко... (не допливти&lt;br /&gt;</w:t>
        <w:br/>
        <w:t>навіть осіннім маревом).&lt;br /&gt;</w:t>
        <w:br/>
        <w:t>Там з ложкою біля плити&lt;br /&gt;</w:t>
        <w:br/>
        <w:t>нахилилась мати над варивом&lt;br /&gt;</w:t>
        <w:br/>
        <w:t>із нового вже урожаю,&lt;br /&gt;</w:t>
        <w:br/>
        <w:t>і вкотре попереджає,&lt;br /&gt;</w:t>
        <w:br/>
        <w:t>щоб я не сідав на ліжко,&lt;br /&gt;</w:t>
        <w:br/>
        <w:t>бо дуже вмивалась, кішка&lt;br /&gt;</w:t>
        <w:br/>
        <w:t>і чула сусідка в місті,&lt;br /&gt;</w:t>
        <w:br/>
        <w:t>що вже нарешті, амністія...</w:t>
      </w:r>
    </w:p>
    <w:p>
      <w:r>
        <w:br/>
        <w:t>Там, як тоді, чавунна&lt;br /&gt;</w:t>
        <w:br/>
        <w:t>опівдні над степом спека,&lt;br /&gt;</w:t>
        <w:br/>
        <w:t>без колеса спить Фортуна,&lt;br /&gt;</w:t>
        <w:br/>
        <w:t>а в колесі спить лелека,</w:t>
      </w:r>
    </w:p>
    <w:p>
      <w:r>
        <w:br/>
        <w:t>Батьки спочивають з миром,&lt;br /&gt;</w:t>
        <w:br/>
        <w:t>на цілу вічність намаявшись,&lt;br /&gt;</w:t>
        <w:br/>
        <w:t>і час зупинивсь землеміром&lt;br /&gt;</w:t>
        <w:br/>
        <w:t>і стоїть із трикутним маятником,</w:t>
      </w:r>
    </w:p>
    <w:p>
      <w:r>
        <w:br/>
        <w:t>стоїть і чогось чекає&lt;br /&gt;</w:t>
        <w:br/>
        <w:t>на золотій стерні,&lt;br /&gt;</w:t>
        <w:br/>
        <w:t>а того, що був на стіні,&lt;br /&gt;</w:t>
        <w:br/>
        <w:t>годинника вже немає,&lt;br /&gt;</w:t>
        <w:br/>
        <w:t>лише невеличка дірка&lt;br /&gt;</w:t>
        <w:br/>
        <w:t>від цвяшка,&lt;br /&gt;</w:t>
        <w:br/>
        <w:t>де годинник висів,&lt;br /&gt;</w:t>
        <w:br/>
        <w:t>та ще збереглася гирка&lt;br /&gt;</w:t>
        <w:br/>
        <w:t>та ланцюжок&lt;br /&gt;</w:t>
        <w:br/>
        <w:t>зберігся...</w:t>
      </w:r>
    </w:p>
    <w:p>
      <w:r>
        <w:br/>
        <w:t>* * *</w:t>
      </w:r>
    </w:p>
    <w:p>
      <w:r>
        <w:br/>
        <w:t>Олександрові Чижику</w:t>
      </w:r>
    </w:p>
    <w:p>
      <w:r>
        <w:br/>
        <w:t>Батьки чекали:&lt;br /&gt;</w:t>
        <w:br/>
        <w:t>Може, ще приїдуть...&lt;br /&gt;</w:t>
        <w:br/>
        <w:t>І самогонку гнали про запас.&lt;br /&gt;</w:t>
        <w:br/>
        <w:t>Та замість нас&lt;br /&gt;</w:t>
        <w:br/>
        <w:t>приходили сусіди&lt;br /&gt;</w:t>
        <w:br/>
        <w:t>і святкували з ними&lt;br /&gt;</w:t>
        <w:br/>
        <w:t>замість нас...</w:t>
      </w:r>
    </w:p>
    <w:p>
      <w:r>
        <w:br/>
        <w:t>Невинні перед світом і законом,&lt;br /&gt;</w:t>
        <w:br/>
        <w:t>лежать батьки&lt;br /&gt;</w:t>
        <w:br/>
        <w:t>під чорним териконом,&lt;br /&gt;</w:t>
        <w:br/>
        <w:t>не висловлять ні болю, ні обиди.&lt;br /&gt;</w:t>
        <w:br/>
        <w:t>Навколо них плита біля плити, –&lt;br /&gt;</w:t>
        <w:br/>
        <w:t>так тісно оточили їх сусіди,&lt;br /&gt;</w:t>
        <w:br/>
        <w:t>що поруч з ними... не лягти.</w:t>
      </w:r>
    </w:p>
    <w:p>
      <w:r>
        <w:br/>
        <w:t>* * *</w:t>
      </w:r>
    </w:p>
    <w:p>
      <w:r>
        <w:br/>
        <w:t>На кожнім перехресті діжка квасу.&lt;br /&gt;</w:t>
        <w:br/>
        <w:t>І так багато музики і часу,&lt;br /&gt;</w:t>
        <w:br/>
        <w:t>і вірші, і дівчата, і вино,&lt;br /&gt;</w:t>
        <w:br/>
        <w:t>і вічність до вечірнього сеансу,&lt;br /&gt;</w:t>
        <w:br/>
        <w:t>де йтиме не для підлітків кіно.&lt;br /&gt;</w:t>
        <w:br/>
        <w:t>Було багато музики і часу,&lt;br /&gt;</w:t>
        <w:br/>
        <w:t>було багато квітів і героїв,&lt;br /&gt;</w:t>
        <w:br/>
        <w:t>бо навіть у трамвай сідали з боєм.</w:t>
      </w:r>
    </w:p>
    <w:p>
      <w:r>
        <w:br/>
        <w:t>Гримів оркестр. І рухались колони.&lt;br /&gt;</w:t>
        <w:br/>
        <w:t>А вулиця – в полотнищах червоних,&lt;br /&gt;</w:t>
        <w:br/>
        <w:t>якими приховали на балконах&lt;br /&gt;</w:t>
        <w:br/>
        <w:t>усе, що назбиралось за літа:&lt;br /&gt;</w:t>
        <w:br/>
        <w:t>від зламаних стільців і до пальта,&lt;br /&gt;</w:t>
        <w:br/>
        <w:t>які і по сьогодні там під пилом...</w:t>
      </w:r>
    </w:p>
    <w:p>
      <w:r>
        <w:br/>
        <w:t>А нас немає, нас неначе змило.&lt;br /&gt;</w:t>
        <w:br/>
        <w:t>Ні скверика, ні лавки в іменах,&lt;br /&gt;</w:t>
        <w:br/>
        <w:t>які уже за містом на хрестах,&lt;br /&gt;</w:t>
        <w:br/>
        <w:t>ні музики тієї, ані часу,&lt;br /&gt;</w:t>
        <w:br/>
        <w:t>ні хлопчаків, що штурмували касу,&lt;br /&gt;</w:t>
        <w:br/>
        <w:t>бо йтиме не для підлітків кіно.&lt;br /&gt;</w:t>
        <w:br/>
        <w:t>Але вони проб’ються все одно...&lt;br /&gt;</w:t>
        <w:br/>
        <w:t>Та мова не про них.&lt;br /&gt;</w:t>
        <w:br/>
        <w:t>Про інше річ,&lt;br /&gt;</w:t>
        <w:br/>
        <w:t>про те, що, переглянувши кіно,&lt;br /&gt;</w:t>
        <w:br/>
        <w:t>ми вийшли, як сліпі,&lt;br /&gt;</w:t>
        <w:br/>
        <w:t>і прямо – в ніч.</w:t>
      </w:r>
    </w:p>
    <w:p>
      <w:r>
        <w:br/>
        <w:t>* * *</w:t>
      </w:r>
    </w:p>
    <w:p>
      <w:r>
        <w:br/>
        <w:t>Озеро</w:t>
      </w:r>
    </w:p>
    <w:p>
      <w:r>
        <w:br/>
        <w:t>Я пам’ятаю озеро, як сон,&lt;br /&gt;</w:t>
        <w:br/>
        <w:t>При березі курінь із очерету&lt;br /&gt;</w:t>
        <w:br/>
        <w:t>І діда на пеньку перед багаттям,&lt;br /&gt;</w:t>
        <w:br/>
        <w:t>Де юшка закипає в таганку,&lt;br /&gt;</w:t>
        <w:br/>
        <w:t>З якого позира більмаста щука,&lt;br /&gt;</w:t>
        <w:br/>
        <w:t>Широколисті відблиски латаття,&lt;br /&gt;</w:t>
        <w:br/>
        <w:t>І лілії, і ниточку вужа,&lt;br /&gt;</w:t>
        <w:br/>
        <w:t>Що пришиває хмарку золоту&lt;br /&gt;</w:t>
        <w:br/>
        <w:t>До голубого плеса&lt;br /&gt;</w:t>
        <w:br/>
        <w:t>і щоразу&lt;br /&gt;</w:t>
        <w:br/>
        <w:t>Пригадую давним-давно минуле&lt;br /&gt;</w:t>
        <w:br/>
        <w:t>З деталями, відсутніми раніше,&lt;br /&gt;</w:t>
        <w:br/>
        <w:t>З відсутніми раніше кольорами&lt;br /&gt;</w:t>
        <w:br/>
        <w:t>І звуками. І я вже сам не знаю,&lt;br /&gt;</w:t>
        <w:br/>
        <w:t>Що в дійсності було, а що сьогодні&lt;br /&gt;</w:t>
        <w:br/>
        <w:t>Примхливо домальовує уява&lt;br /&gt;</w:t>
        <w:br/>
        <w:t>На білих плямах пам’яті моєї.&lt;br /&gt;</w:t>
        <w:br/>
        <w:t>А, може, проявляється поволі&lt;br /&gt;</w:t>
        <w:br/>
        <w:t>Не тільки те, що я тоді побачив&lt;br /&gt;</w:t>
        <w:br/>
        <w:t>І міг почути, але й те,&lt;br /&gt;</w:t>
        <w:br/>
        <w:t>Що діялося в мене за плечима,&lt;br /&gt;</w:t>
        <w:br/>
        <w:t>Що відбувалось потім поза мною&lt;br /&gt;</w:t>
        <w:br/>
        <w:t>І фіксувалося, скажімо, третім оком,&lt;br /&gt;</w:t>
        <w:br/>
        <w:t>Яке дивилося тоді, як з висоти,&lt;br /&gt;</w:t>
        <w:br/>
        <w:t>На мене і на світ, що був довкола,&lt;br /&gt;</w:t>
        <w:br/>
        <w:t>І став тепер у спогадах чіткішим,&lt;br /&gt;</w:t>
        <w:br/>
        <w:t>Об’ємнішим... Так ніби вчора...&lt;br /&gt;</w:t>
        <w:br/>
        <w:t>Над озером стою. Вода прозора&lt;br /&gt;</w:t>
        <w:br/>
        <w:t>Гойдає тіні і ранкову тишу,&lt;br /&gt;</w:t>
        <w:br/>
        <w:t>Ледь шурхотять густі очерети,&lt;br /&gt;</w:t>
        <w:br/>
        <w:t>Поміж якими стежки не знайти.&lt;br /&gt;</w:t>
        <w:br/>
        <w:t>Іще вологе листя і трава,&lt;br /&gt;</w:t>
        <w:br/>
        <w:t>Високим роєм в затінку мошва.&lt;br /&gt;</w:t>
        <w:br/>
        <w:t>Витрушую із чуба порох сіна.&lt;br /&gt;</w:t>
        <w:br/>
        <w:t>Кружляє джміль навколо конюшини.&lt;br /&gt;</w:t>
        <w:br/>
        <w:t>То збоку, то над нею джемелить,&lt;br /&gt;</w:t>
        <w:br/>
        <w:t>То крилами роздмухавши вуглинку&lt;br /&gt;</w:t>
        <w:br/>
        <w:t>Свого тільця, спалахує на мить.&lt;br /&gt;</w:t>
        <w:br/>
        <w:t>Жую рогіз і на хиткім човні&lt;br /&gt;</w:t>
        <w:br/>
        <w:t>Пливу, і роздивляюся на дні&lt;br /&gt;</w:t>
        <w:br/>
        <w:t>Незграбних раків, спинку окунця –&lt;br /&gt;</w:t>
        <w:br/>
        <w:t>Така вода, як з Божого лиця.&lt;br /&gt;</w:t>
        <w:br/>
        <w:t>Ще стрілка рівноваги не тремтить,&lt;br /&gt;</w:t>
        <w:br/>
        <w:t>І не гойднулась терезами віть,&lt;br /&gt;</w:t>
        <w:br/>
        <w:t>Де жевріюче яблучко висить&lt;br /&gt;</w:t>
        <w:br/>
        <w:t>Над спокоєм первісного буття.&lt;br /&gt;</w:t>
        <w:br/>
        <w:t>Думок немає, тільки відчуття&lt;br /&gt;</w:t>
        <w:br/>
        <w:t>Тепла і світла, радості земної.&lt;br /&gt;</w:t>
        <w:br/>
        <w:t>І тихо тане музика в мені,&lt;br /&gt;</w:t>
        <w:br/>
        <w:t>І в небі синім ангел наді мною&lt;br /&gt;</w:t>
        <w:br/>
        <w:t>Пливе, як я, у золотім човні...&lt;br /&gt;</w:t>
        <w:br/>
        <w:t>Про вечір нагадають комарі&lt;br /&gt;</w:t>
        <w:br/>
        <w:t>І доки дід потрусить ятері,&lt;br /&gt;</w:t>
        <w:br/>
        <w:t>Я назбираю в лісі сушняку&lt;br /&gt;</w:t>
        <w:br/>
        <w:t>І нарубаю на старім пеньку,&lt;br /&gt;</w:t>
        <w:br/>
        <w:t>І розпалю багаття. Сизий дим&lt;br /&gt;</w:t>
        <w:br/>
        <w:t>Відіб’ється у плесі золотім.&lt;br /&gt;</w:t>
        <w:br/>
        <w:t>А світло піднімається угору&lt;br /&gt;</w:t>
        <w:br/>
        <w:t>По стовбуру старого осокора,&lt;br /&gt;</w:t>
        <w:br/>
        <w:t>І вже на тому березі пітьма,&lt;br /&gt;</w:t>
        <w:br/>
        <w:t>Відбившись у воді, стоїть сторчма,&lt;br /&gt;</w:t>
        <w:br/>
        <w:t>Зливаючись в одне з очеретами,&lt;br /&gt;</w:t>
        <w:br/>
        <w:t>А потім дід мені розповідає&lt;br /&gt;</w:t>
        <w:br/>
        <w:t>Казки, які я знаю і не знаю,&lt;br /&gt;</w:t>
        <w:br/>
        <w:t>Про море і вітрила вдалині...&lt;br /&gt;</w:t>
        <w:br/>
        <w:t>І місячною стежкою вві сні&lt;br /&gt;</w:t>
        <w:br/>
        <w:t>Я знов пливу на дідовім човні.&lt;br /&gt;</w:t>
        <w:br/>
        <w:t>Переді мною гострий очерет&lt;br /&gt;</w:t>
        <w:br/>
        <w:t>Розсунувсь, пропускаючи вперед,&lt;br /&gt;</w:t>
        <w:br/>
        <w:t>І я нарешті на широкім плині&lt;br /&gt;</w:t>
        <w:br/>
        <w:t>У мене хліб і яблуко в торбині.&lt;br /&gt;</w:t>
        <w:br/>
        <w:t>Я вперто налягаю на весло,&lt;br /&gt;</w:t>
        <w:br/>
        <w:t>Та закрутило човен, понесло –&lt;br /&gt;</w:t>
        <w:br/>
        <w:t>То чорторий, то знову бистрина,&lt;br /&gt;</w:t>
        <w:br/>
        <w:t>А на порозі брила кам’яна&lt;br /&gt;</w:t>
        <w:br/>
        <w:t>І той поріг, як справжній водоспад,&lt;br /&gt;</w:t>
        <w:br/>
        <w:t>І я гребу, гребу, гребу назад&lt;br /&gt;</w:t>
        <w:br/>
        <w:t>До озера, до діда в курені,&lt;br /&gt;</w:t>
        <w:br/>
        <w:t>І просинаюсь, плачучи вві сні,&lt;br /&gt;</w:t>
        <w:br/>
        <w:t>Що й потім снився інколи мені...</w:t>
      </w:r>
    </w:p>
    <w:p>
      <w:r>
        <w:br/>
        <w:t>Мій дід помер, фантазії померкли.&lt;br /&gt;</w:t>
        <w:br/>
        <w:t>Розвіялися мрії і дива&lt;br /&gt;</w:t>
        <w:br/>
        <w:t>І я у місті розуму набрався,&lt;br /&gt;</w:t>
        <w:br/>
        <w:t>Який ми більше цінимо, ніж душу.&lt;br /&gt;</w:t>
        <w:br/>
        <w:t>Хоч випадку такого, щоб диявол&lt;br /&gt;</w:t>
        <w:br/>
        <w:t>З людиною за розум торгувався,&lt;br /&gt;</w:t>
        <w:br/>
        <w:t>На світі ще ніколи не було.&lt;br /&gt;</w:t>
        <w:br/>
        <w:t>Життя, як ліс осінній, оголилось,&lt;br /&gt;</w:t>
        <w:br/>
        <w:t>А в пам’яті неначе крізь туман&lt;br /&gt;</w:t>
        <w:br/>
        <w:t>Постало озеро&lt;br /&gt;</w:t>
        <w:br/>
        <w:t>Ще кращим, ніж було,&lt;br /&gt;</w:t>
        <w:br/>
        <w:t>І я поїхав у своє село,&lt;br /&gt;</w:t>
        <w:br/>
        <w:t>Щоб глянути на нього ще хоч раз&lt;br /&gt;</w:t>
        <w:br/>
        <w:t>Та поклонитись дідовій могилі.</w:t>
      </w:r>
    </w:p>
    <w:p>
      <w:r>
        <w:br/>
        <w:t>Три дні я проблукав у тому лісі,&lt;br /&gt;</w:t>
        <w:br/>
        <w:t>Де кожну стежку у дитинстві знав,&lt;br /&gt;</w:t>
        <w:br/>
        <w:t>Пролазив крізь густі очерети&lt;br /&gt;</w:t>
        <w:br/>
        <w:t>І натикався на мілкі озера,&lt;br /&gt;</w:t>
        <w:br/>
        <w:t>Але того я так і не знайшов.&lt;br /&gt;</w:t>
        <w:br/>
        <w:t>Можливо, обміліло, заросло,&lt;br /&gt;</w:t>
        <w:br/>
        <w:t>Змінилося, і я уже не міг&lt;br /&gt;</w:t>
        <w:br/>
        <w:t>Його впізнати...&lt;br /&gt;</w:t>
        <w:br/>
        <w:t>Стільки літ минуло...&lt;br /&gt;</w:t>
        <w:br/>
        <w:t>В ровесників запитував про нього,&lt;br /&gt;</w:t>
        <w:br/>
        <w:t>Та кожен з них лише здвигав плечима.&lt;br /&gt;</w:t>
        <w:br/>
        <w:t>Напевне, що воно не збереглося,&lt;br /&gt;</w:t>
        <w:br/>
        <w:t>Вже стільки тих озер, як не було.&lt;br /&gt;</w:t>
        <w:br/>
        <w:t>Болотом стала річечка Савинка,&lt;br /&gt;</w:t>
        <w:br/>
        <w:t>І не впізнати береги Дінця.&lt;br /&gt;</w:t>
        <w:br/>
        <w:t>Все незнайоме і чуже довкола...&lt;br /&gt;</w:t>
        <w:br/>
        <w:t>Але душа сюди постійно рветься,&lt;br /&gt;</w:t>
        <w:br/>
        <w:t>Бо все ж таки щось є і поза тим,&lt;br /&gt;</w:t>
        <w:br/>
        <w:t>Що очі бачать, чують наші вуха.&lt;br /&gt;</w:t>
        <w:br/>
        <w:t>Проте цією думкою тоді&lt;br /&gt;</w:t>
        <w:br/>
        <w:t>Не міг себе я втішить на вокзалі,&lt;br /&gt;</w:t>
        <w:br/>
        <w:t>Чекаючи на поїзд. І не зчувся,&lt;br /&gt;</w:t>
        <w:br/>
        <w:t>Коли до мене хлопчик підійшов&lt;br /&gt;</w:t>
        <w:br/>
        <w:t>Із кошиком лозовим, у якому&lt;br /&gt;</w:t>
        <w:br/>
        <w:t>Зашерхотіли панцерами раки.&lt;br /&gt;</w:t>
        <w:br/>
        <w:t>Купуйте, дядьку! Бачите які!&lt;br /&gt;</w:t>
        <w:br/>
        <w:t>Таких великих у Дінці немає,&lt;br /&gt;</w:t>
        <w:br/>
        <w:t>Це тільки в озері... Бо там така вода,&lt;br /&gt;</w:t>
        <w:br/>
        <w:t>Що пити можна... Чиста, мов сльоза. –&lt;br /&gt;</w:t>
        <w:br/>
        <w:t>Він посміхнувся, а в його очах&lt;br /&gt;</w:t>
        <w:br/>
        <w:t>Світилось озеро, що я знайти не міг.</w:t>
      </w:r>
    </w:p>
    <w:p>
      <w:r>
        <w:br/>
        <w:t>Хоч говорили ми хвилин п’ятнадцять,&lt;br /&gt;</w:t>
        <w:br/>
        <w:t>Та попрощалися, як давні друзі,&lt;br /&gt;</w:t>
        <w:br/>
        <w:t>І я подарував йому на спогад&lt;br /&gt;</w:t>
        <w:br/>
        <w:t>Свою найкращу вудку і садок,&lt;br /&gt;</w:t>
        <w:br/>
        <w:t>Який мені наповнить не вдалося&lt;br /&gt;</w:t>
        <w:br/>
        <w:t>Ні краснопіркою, ні срібною плотвою&lt;br /&gt;</w:t>
        <w:br/>
        <w:t>Із того озера, яке, тепер я знаю,&lt;br /&gt;</w:t>
        <w:br/>
        <w:t>Не заросло і чистим збереглося.&lt;br /&gt;</w:t>
        <w:br/>
        <w:t>І мій садок порожнім не лишиться.</w:t>
      </w:r>
    </w:p>
    <w:p>
      <w:r>
        <w:br/>
        <w:t>* * *</w:t>
      </w:r>
    </w:p>
    <w:p>
      <w:r>
        <w:br/>
        <w:t>Втома вечірня на камінь присіла.&lt;br /&gt;</w:t>
        <w:br/>
        <w:t>Тіні шукали&lt;br /&gt;</w:t>
        <w:br/>
        <w:t>під голови сіна.&lt;br /&gt;</w:t>
        <w:br/>
        <w:t>Сіріло. Темніло.&lt;br /&gt;</w:t>
        <w:br/>
        <w:t>А Сутінь Туманівна&lt;br /&gt;</w:t>
        <w:br/>
        <w:t>зілля варила,&lt;br /&gt;</w:t>
        <w:br/>
        <w:t>в гості заманювала.</w:t>
      </w:r>
    </w:p>
    <w:p>
      <w:r>
        <w:br/>
        <w:t>І місяця-красеня роздуми мучили –&lt;br /&gt;</w:t>
        <w:br/>
        <w:t>як його вислизнуть&lt;br /&gt;</w:t>
        <w:br/>
        <w:t>пальцем з обручки.&lt;br /&gt;</w:t>
        <w:br/>
        <w:t>Обридли і зорі, і двоє,&lt;br /&gt;</w:t>
        <w:br/>
        <w:t>що знову щасливі&lt;br /&gt;</w:t>
        <w:br/>
        <w:t>при місяці стоя.&lt;br /&gt;</w:t>
        <w:br/>
        <w:t>І той же маяк,&lt;br /&gt;</w:t>
        <w:br/>
        <w:t>що в самотності блима&lt;br /&gt;</w:t>
        <w:br/>
        <w:t>і вічно чекає, і тим і живе,&lt;br /&gt;</w:t>
        <w:br/>
        <w:t>що хтось його знову помітить&lt;br /&gt;</w:t>
        <w:br/>
        <w:t>і мимо,&lt;br /&gt;</w:t>
        <w:br/>
        <w:t>як мимо чужого&lt;br /&gt;</w:t>
        <w:br/>
        <w:t>повз нього пливе.</w:t>
      </w:r>
    </w:p>
    <w:p>
      <w:r>
        <w:br/>
        <w:t>Невже це довічно – дивитися з неба&lt;br /&gt;</w:t>
        <w:br/>
        <w:t>на псарню, що виє&lt;br /&gt;</w:t>
        <w:br/>
        <w:t>щоночі на тебе,&lt;br /&gt;</w:t>
        <w:br/>
        <w:t>і срібну стежину води&lt;br /&gt;</w:t>
        <w:br/>
        <w:t>топтати лише&lt;br /&gt;</w:t>
        <w:br/>
        <w:t>уві сні, як завжди.</w:t>
      </w:r>
    </w:p>
    <w:p>
      <w:r>
        <w:br/>
        <w:t>А в хаті Туманівни стіл у кутку&lt;br /&gt;</w:t>
        <w:br/>
        <w:t>і чарка стоїть&lt;br /&gt;</w:t>
        <w:br/>
        <w:t>на кленовім листку,&lt;br /&gt;</w:t>
        <w:br/>
        <w:t>і пахощі м’яти, і можна обняти,&lt;br /&gt;</w:t>
        <w:br/>
        <w:t>втомити Туманівну&lt;br /&gt;</w:t>
        <w:br/>
        <w:t>в п’янім танку&lt;br /&gt;</w:t>
        <w:br/>
        <w:t>і ніжно втопити&lt;br /&gt;</w:t>
        <w:br/>
        <w:t>в духмянім стіжку,&lt;br /&gt;</w:t>
        <w:br/>
        <w:t>і вічність прожити&lt;br /&gt;</w:t>
        <w:br/>
        <w:t>сп’янілим від зілля,&lt;br /&gt;</w:t>
        <w:br/>
        <w:t>якого ніхто не подасть на похмілля.</w:t>
      </w:r>
    </w:p>
    <w:p>
      <w:r>
        <w:br/>
        <w:t>Запитує в себе,&lt;br /&gt;</w:t>
        <w:br/>
        <w:t>запитує в Бога&lt;br /&gt;</w:t>
        <w:br/>
        <w:t>чому б не звернуть на узбіччя дороги?&lt;br /&gt;</w:t>
        <w:br/>
        <w:t>Туди, на галяву, де Сутінь Туманівна&lt;br /&gt;</w:t>
        <w:br/>
        <w:t>зілля варила&lt;br /&gt;</w:t>
        <w:br/>
        <w:t>в гості заманювала.&lt;br /&gt;</w:t>
        <w:br/>
        <w:t>Навіщо упоперек вічного плину&lt;br /&gt;</w:t>
        <w:br/>
        <w:t>протоптана мріями&lt;br /&gt;</w:t>
        <w:br/>
        <w:t>срібна стежина&lt;br /&gt;</w:t>
        <w:br/>
        <w:t>уперлася в берег,&lt;br /&gt;</w:t>
        <w:br/>
        <w:t>де знову ті ж двоє,&lt;br /&gt;</w:t>
        <w:br/>
        <w:t>і знову щасливі&lt;br /&gt;</w:t>
        <w:br/>
        <w:t>при місяці стоя?..</w:t>
      </w:r>
    </w:p>
    <w:p>
      <w:r>
        <w:br/>
        <w:t>* * *</w:t>
      </w:r>
    </w:p>
    <w:p>
      <w:r>
        <w:br/>
        <w:t>Віддаляється гроза,&lt;br /&gt;</w:t>
        <w:br/>
        <w:t>тільки дощ непевно мряче,&lt;br /&gt;</w:t>
        <w:br/>
        <w:t>вибачаючись неначе&lt;br /&gt;</w:t>
        <w:br/>
        <w:t>перед шибою в сльозах.</w:t>
      </w:r>
    </w:p>
    <w:p>
      <w:r>
        <w:br/>
        <w:t>І гримить над степом грім,&lt;br /&gt;</w:t>
        <w:br/>
        <w:t>і веселка, як в трьох лицях,&lt;br /&gt;</w:t>
        <w:br/>
        <w:t>і на стежечку пролився&lt;br /&gt;</w:t>
        <w:br/>
        <w:t>сонях душем золотим.</w:t>
      </w:r>
    </w:p>
    <w:p>
      <w:r>
        <w:br/>
        <w:t>Голуба струмить волога,&lt;br /&gt;</w:t>
        <w:br/>
        <w:t>і нагнулися гілки,&lt;br /&gt;</w:t>
        <w:br/>
        <w:t>де – щокою до щоки –&lt;br /&gt;</w:t>
        <w:br/>
        <w:t>двійко яблук над порогом.</w:t>
      </w:r>
    </w:p>
    <w:p>
      <w:r>
        <w:br/>
        <w:t>Спогад душу розворушить –&lt;br /&gt;</w:t>
        <w:br/>
        <w:t>і душа, як на крилі.&lt;br /&gt;</w:t>
        <w:br/>
        <w:t>Та устами до землі&lt;br /&gt;</w:t>
        <w:br/>
        <w:t>припадають стиглі груші.</w:t>
      </w:r>
    </w:p>
    <w:p>
      <w:r>
        <w:br/>
        <w:t>Дрібен дощ перестає,&lt;br /&gt;</w:t>
        <w:br/>
        <w:t>потім знову за своє, –&lt;br /&gt;</w:t>
        <w:br/>
        <w:t>дрібно сіє, мов крізь сито,&lt;br /&gt;</w:t>
        <w:br/>
        <w:t>ніби хоче попросити&lt;br /&gt;</w:t>
        <w:br/>
        <w:t>в когось більше, ніж дає.</w:t>
      </w:r>
    </w:p>
    <w:p>
      <w:r>
        <w:br/>
        <w:t>* * *</w:t>
      </w:r>
    </w:p>
    <w:p>
      <w:r>
        <w:br/>
        <w:t>Вже від багаття – тільки тління,&lt;br /&gt;</w:t>
        <w:br/>
        <w:t>як те кочівляне томління,&lt;br /&gt;</w:t>
        <w:br/>
        <w:t>що йде з нажитками своїми&lt;br /&gt;</w:t>
        <w:br/>
        <w:t>дорогою сліпого диму.&lt;br /&gt;</w:t>
        <w:br/>
        <w:t>Іде, іде в обітовану,&lt;br /&gt;</w:t>
        <w:br/>
        <w:t>не помічаючи між тим,&lt;br /&gt;</w:t>
        <w:br/>
        <w:t>як розсівається і тане&lt;br /&gt;</w:t>
        <w:br/>
        <w:t>поперед нього синій дим.</w:t>
      </w:r>
    </w:p>
    <w:p>
      <w:r>
        <w:br/>
        <w:t>* * *</w:t>
      </w:r>
    </w:p>
    <w:p>
      <w:r>
        <w:br/>
        <w:t>Глухо в Дикому полі&lt;br /&gt;</w:t>
        <w:br/>
        <w:t>і ні коня, ні волі.&lt;br /&gt;</w:t>
        <w:br/>
        <w:t>Обліжний туман стоїть&lt;br /&gt;</w:t>
        <w:br/>
        <w:t>і п’є із мого шолому&lt;br /&gt;</w:t>
        <w:br/>
        <w:t>воду з Дінця і Дону.&lt;br /&gt;</w:t>
        <w:br/>
        <w:t>Спить душа і не спить.&lt;br /&gt;</w:t>
        <w:br/>
        <w:t>Думає думу безсонну.&lt;br /&gt;</w:t>
        <w:br/>
        <w:t>Оврул мені не свистить&lt;br /&gt;</w:t>
        <w:br/>
        <w:t>і не видно кінця полону.</w:t>
      </w:r>
    </w:p>
    <w:p>
      <w:r>
        <w:br/>
        <w:t>Скрикне птах в комишах,&lt;br /&gt;</w:t>
        <w:br/>
        <w:t>і, наблукавшись ярами,&lt;br /&gt;</w:t>
        <w:br/>
        <w:t>ніби з глибокої ями,&lt;br /&gt;</w:t>
        <w:br/>
        <w:t>завиє вовча душа,&lt;br /&gt;</w:t>
        <w:br/>
        <w:t>піднімаючись вгору, вгору,&lt;br /&gt;</w:t>
        <w:br/>
        <w:t>аж доки не вириє в небі нору.</w:t>
      </w:r>
    </w:p>
    <w:p>
      <w:r>
        <w:br/>
        <w:t>Відчувши у серці голку,&lt;br /&gt;</w:t>
        <w:br/>
        <w:t>раптом позаздрю вовку,&lt;br /&gt;</w:t>
        <w:br/>
        <w:t>що в темінь таку над світом&lt;br /&gt;</w:t>
        <w:br/>
        <w:t>розгледів, де нору рити.&lt;br /&gt;</w:t>
        <w:br/>
        <w:t>Мав би сіркові очі,&lt;br /&gt;</w:t>
        <w:br/>
        <w:t>завив би я серед ночі&lt;br /&gt;</w:t>
        <w:br/>
        <w:t>і звив би якесь кубло,&lt;br /&gt;</w:t>
        <w:br/>
        <w:t>бо так усе остогидло&lt;br /&gt;</w:t>
        <w:br/>
        <w:t>на світі, де править бидло,&lt;br /&gt;</w:t>
        <w:br/>
        <w:t>з Хоми вироста Хамло!&lt;br /&gt;</w:t>
        <w:br/>
        <w:t>І просвітку вже нема...</w:t>
      </w:r>
    </w:p>
    <w:p>
      <w:r>
        <w:br/>
        <w:t>А над степом туман, туман, туман, спочатку в ярах, долинах, як раб, повзе на колінах, нагнувши голову долу, цілує вербам подоли, клубиться, росте, навалюється на степ, і вже – над панами пан – аж по Горлівку скрізь туман, а з Горлівки на Лиман перекотиполиться бусурман, на всі боки і звідусюди то горбатим повзе верблюдом, то на лузі стіжками сіна, натомившись, перепочине, то піднявшись, пливе, як дим, що забув, коли був молодим і де народивсь, і коли, над яким піднімався краєм, ні багаття свого, ні золи – нічого не пам’ятає. Звідусюди й нізвідкіля на села повзе , на поля, толоче високі трави від Ізюма аж до Полтави. І вже наповза на Київ річками триглавим змієм...&lt;br /&gt;</w:t>
        <w:br/>
        <w:t>Спис над змієм підняв святий, кінь копитом у землю вдарив і закляк, – перед ним не змій, а приблудна якась отара, розбрелась аж по самий обрій, уляглась на траві під лісом... І в задумі схиливсь Георгій, обхопивши руками списа.&lt;br /&gt;</w:t>
        <w:br/>
        <w:t>А туман, обложивши Київ, ніби всім уже очі виїв, ніби всім закладає вуха і ні слуху уже, ні духу, тільки він, тільки він один, і навіть на сполох дзвін, як в ополонці, плава, і стукають тихо-тихо, неначе розносять лихо, обережні підкови, і не чути ні Святослава, ні його Золотого слова.</w:t>
      </w:r>
    </w:p>
    <w:p>
      <w:r>
        <w:br/>
        <w:t>Ще глухіше в Дикому полі.&lt;br /&gt;</w:t>
        <w:br/>
        <w:t>І ні коня, ні волі.&lt;br /&gt;</w:t>
        <w:br/>
        <w:t>Тільки туман стоїть.&lt;br /&gt;</w:t>
        <w:br/>
        <w:t>Оврул мені не свистить.&lt;br /&gt;</w:t>
        <w:br/>
        <w:t>Спить душа і не спить,&lt;br /&gt;</w:t>
        <w:br/>
        <w:t>Міряє в темному полі&lt;br /&gt;</w:t>
        <w:br/>
        <w:t>думкою відстань до волі.</w:t>
      </w:r>
    </w:p>
    <w:p>
      <w:r>
        <w:br/>
        <w:t>Нечутним плином вода&lt;br /&gt;</w:t>
        <w:br/>
        <w:t>в Дінці очерет гойда,&lt;br /&gt;</w:t>
        <w:br/>
        <w:t>змиваючи сонну ряску.&lt;br /&gt;</w:t>
        <w:br/>
        <w:t>І шерхотить очерет,&lt;br /&gt;</w:t>
        <w:br/>
        <w:t>вриваючись в мій намет&lt;br /&gt;</w:t>
        <w:br/>
        <w:t>надією&lt;br /&gt;</w:t>
        <w:br/>
        <w:t>після поразки.</w:t>
      </w:r>
    </w:p>
    <w:p>
      <w:r>
        <w:br/>
        <w:t>* * *</w:t>
      </w:r>
    </w:p>
    <w:p>
      <w:r>
        <w:br/>
        <w:t>З кожним днем самотнішає осінь,&lt;br /&gt;</w:t>
        <w:br/>
        <w:t>з кожним днем біднішою стає.&lt;br /&gt;</w:t>
        <w:br/>
        <w:t>От і сонце вже роси не п’є.&lt;br /&gt;</w:t>
        <w:br/>
        <w:t>Ледве-ледве вранці підвелося.</w:t>
      </w:r>
    </w:p>
    <w:p>
      <w:r>
        <w:br/>
        <w:t>Осокір зітхає безборонно –&lt;br /&gt;</w:t>
        <w:br/>
        <w:t>вже немає половини крони.&lt;br /&gt;</w:t>
        <w:br/>
        <w:t>А нагнувся долу у тремтінні&lt;br /&gt;</w:t>
        <w:br/>
        <w:t>і розвів гілками усіма:&lt;br /&gt;</w:t>
        <w:br/>
        <w:t>– Господи, і половини тіні,&lt;br /&gt;</w:t>
        <w:br/>
        <w:t>котру не підняти, теж нема!</w:t>
      </w:r>
    </w:p>
    <w:p>
      <w:r>
        <w:br/>
        <w:t>Що не день самотнішає осінь,&lt;br /&gt;</w:t>
        <w:br/>
        <w:t>вже нікому не потрібна зовсім.&lt;br /&gt;</w:t>
        <w:br/>
        <w:t>І про все, що думає вона,&lt;br /&gt;</w:t>
        <w:br/>
        <w:t>знає тільки баба кам’яна.</w:t>
      </w:r>
    </w:p>
    <w:p>
      <w:r>
        <w:br/>
        <w:t>І куди не стукай – все одно&lt;br /&gt;</w:t>
        <w:br/>
        <w:t>жодне не засвітиться вікно&lt;br /&gt;</w:t>
        <w:br/>
        <w:t>і ніхто їй двері не відчинить.&lt;br /&gt;</w:t>
        <w:br/>
        <w:t>Темінню лякає пугачівна.</w:t>
      </w:r>
    </w:p>
    <w:p>
      <w:r>
        <w:br/>
        <w:t>Де вони, ті друзі із єлеєм?&lt;br /&gt;</w:t>
        <w:br/>
        <w:t>Всіх, як вітром з півночі, змело.&lt;br /&gt;</w:t>
        <w:br/>
        <w:t>От уже і листя проти неї&lt;br /&gt;</w:t>
        <w:br/>
        <w:t>червонясті п’яти підняло.</w:t>
      </w:r>
    </w:p>
    <w:p>
      <w:r>
        <w:br/>
        <w:t>А було ж, було іще недавно,&lt;br /&gt;</w:t>
        <w:br/>
        <w:t>ніби ще минулої доби,&lt;br /&gt;</w:t>
        <w:br/>
        <w:t>дружньо поспішали вранці-рано&lt;br /&gt;</w:t>
        <w:br/>
        <w:t>поклонитись, навіть за гриби.</w:t>
      </w:r>
    </w:p>
    <w:p>
      <w:r>
        <w:br/>
        <w:t>А сьогодні вже не поспішають.&lt;br /&gt;</w:t>
        <w:br/>
        <w:t>І її багряні килими&lt;br /&gt;</w:t>
        <w:br/>
        <w:t>стелять іншій... Іншу виглядають,&lt;br /&gt;</w:t>
        <w:br/>
        <w:t>вгору піднімаючись, дими,</w:t>
      </w:r>
    </w:p>
    <w:p>
      <w:r>
        <w:br/>
        <w:t>що й самі лежати килимами&lt;br /&gt;</w:t>
        <w:br/>
        <w:t>будуть незабаром під ногами,&lt;br /&gt;</w:t>
        <w:br/>
        <w:t>у тієї, що не за горами,&lt;br /&gt;</w:t>
        <w:br/>
        <w:t>їде вже по вимитій дорозі,&lt;br /&gt;</w:t>
        <w:br/>
        <w:t>їде зі своїми килимами,&lt;br /&gt;</w:t>
        <w:br/>
        <w:t>їде при озброєнім морозі.&lt;br /&gt;</w:t>
        <w:br/>
        <w:t>Недалеко дзвоники дзвенять&lt;br /&gt;</w:t>
        <w:br/>
        <w:t>і далеко світиться корона!&lt;br /&gt;</w:t>
        <w:br/>
        <w:t>І яка сороча метушня!&lt;br /&gt;</w:t>
        <w:br/>
        <w:t>В небі розкричалися ворони.&lt;br /&gt;</w:t>
        <w:br/>
        <w:t>Як прислуга бігає луна.&lt;br /&gt;</w:t>
        <w:br/>
        <w:t>І стоїть байдужа і стороння&lt;br /&gt;</w:t>
        <w:br/>
        <w:t>при дорозі баба кам’яна.</w:t>
      </w:r>
    </w:p>
    <w:p>
      <w:r>
        <w:br/>
        <w:t>Що їй, бабі, метушня навколо?&lt;br /&gt;</w:t>
        <w:br/>
        <w:t>Все, що вітер прикотив у Поле,&lt;br /&gt;</w:t>
        <w:br/>
        <w:t>той же вітер – з Поля видува.&lt;br /&gt;</w:t>
        <w:br/>
        <w:t>От і знову, безпритульне, голе&lt;br /&gt;</w:t>
        <w:br/>
        <w:t>покотилось перекотиполе,&lt;br /&gt;</w:t>
        <w:br/>
        <w:t>степової Ніки голова.</w:t>
      </w:r>
    </w:p>
    <w:p>
      <w:r>
        <w:br/>
        <w:t>* * *</w:t>
      </w:r>
    </w:p>
    <w:p>
      <w:r>
        <w:br/>
        <w:t>Валун</w:t>
      </w:r>
    </w:p>
    <w:p>
      <w:r>
        <w:br/>
        <w:t>Під місяцем в Дикім полі&lt;br /&gt;</w:t>
        <w:br/>
        <w:t>чорний, як вороняччя,&lt;br /&gt;</w:t>
        <w:br/>
        <w:t>в Полі, як у неволі,&lt;br /&gt;</w:t>
        <w:br/>
        <w:t>валун при дорозі плаче.</w:t>
      </w:r>
    </w:p>
    <w:p>
      <w:r>
        <w:br/>
        <w:t>Змахнуть би йому крилом&lt;br /&gt;</w:t>
        <w:br/>
        <w:t>над вічним своїм гніздом,&lt;br /&gt;</w:t>
        <w:br/>
        <w:t>чи степом із краю в край&lt;br /&gt;</w:t>
        <w:br/>
        <w:t>прокотитися, як курай.</w:t>
      </w:r>
    </w:p>
    <w:p>
      <w:r>
        <w:br/>
        <w:t>Та може лише біда&lt;br /&gt;</w:t>
        <w:br/>
        <w:t>підняти його з гнізда,&lt;br /&gt;</w:t>
        <w:br/>
        <w:t>щоб він росою безсило&lt;br /&gt;</w:t>
        <w:br/>
        <w:t>оплакав чиюсь могилу.</w:t>
      </w:r>
    </w:p>
    <w:p>
      <w:r>
        <w:br/>
        <w:t>Прибульцем з іншого світу&lt;br /&gt;</w:t>
        <w:br/>
        <w:t>чорніє в степу глухому&lt;br /&gt;</w:t>
        <w:br/>
        <w:t>і знають лише копита,&lt;br /&gt;</w:t>
        <w:br/>
        <w:t>скільки вогню у ньому.</w:t>
      </w:r>
    </w:p>
    <w:p>
      <w:r>
        <w:br/>
        <w:t>* * *</w:t>
      </w:r>
    </w:p>
    <w:p>
      <w:r>
        <w:br/>
        <w:t>Тінь-тінь-тінь-тінь плаче в степу полин тінь-тінь-тінь тужить сухий полин полиновий пилок літа гіркота гіркота-а гіркота-а тужно затужить птах шастає страх в очеретах вітер у комиші штопають степ шпориші куриться Муравський шлях вітер здіймає прах</w:t>
      </w:r>
    </w:p>
    <w:p>
      <w:r>
        <w:br/>
        <w:t>А степом стежки стежки стежки&lt;br /&gt;</w:t>
        <w:br/>
        <w:t>якими пройшли віки віки віки&lt;br /&gt;</w:t>
        <w:br/>
        <w:t>важкі несучи мішки&lt;br /&gt;</w:t>
        <w:br/>
        <w:t>і з усім що було в мішках&lt;br /&gt;</w:t>
        <w:br/>
        <w:t>погубилися в полинах&lt;br /&gt;</w:t>
        <w:br/>
        <w:t>тільки вітер здіймає прах&lt;br /&gt;</w:t>
        <w:br/>
        <w:t>тільки вітер гуде в степах&lt;br /&gt;</w:t>
        <w:br/>
        <w:t>тільки вітер в Дикому полі&lt;br /&gt;</w:t>
        <w:br/>
        <w:t>пам’ятає про їхні долі&lt;br /&gt;</w:t>
        <w:br/>
        <w:t>і про все що тоді було&lt;br /&gt;</w:t>
        <w:br/>
        <w:t>тільки вітер яким змело&lt;br /&gt;</w:t>
        <w:br/>
        <w:t>все і всіх... і яка вина&lt;br /&gt;</w:t>
        <w:br/>
        <w:t>їх усіх&lt;br /&gt;</w:t>
        <w:br/>
        <w:t>а можливо гріх&lt;br /&gt;</w:t>
        <w:br/>
        <w:t>перед степом чи перед Богом&lt;br /&gt;</w:t>
        <w:br/>
        <w:t>що згорнулась їхня дорога&lt;br /&gt;</w:t>
        <w:br/>
        <w:t>чорним коконом валуна&lt;br /&gt;</w:t>
        <w:br/>
        <w:t>все поглинула давнина</w:t>
      </w:r>
    </w:p>
    <w:p>
      <w:r>
        <w:br/>
        <w:t>Тільки баба стоїть кам’яна тільки туга стоїть навкруги тільки чайка ки-ги ки-ги ки-ги тільки чути фю-іть ідіть ідіть ідіть тропою забутих обрів за обрій за обрій за обрій ідіть</w:t>
      </w:r>
    </w:p>
    <w:p>
      <w:r>
        <w:br/>
        <w:t>із часом своїм і світом&lt;br /&gt;</w:t>
        <w:br/>
        <w:t>за вами спекотний вітер&lt;br /&gt;</w:t>
        <w:br/>
        <w:t>в Книзі Степу перегорта&lt;br /&gt;</w:t>
        <w:br/>
        <w:t>сторінку...</w:t>
      </w:r>
    </w:p>
    <w:p>
      <w:r>
        <w:br/>
        <w:t>За вами клубиться прах&lt;br /&gt;</w:t>
        <w:br/>
        <w:t>і курява на шляхах&lt;br /&gt;</w:t>
        <w:br/>
        <w:t>закриваючи ваші спини&lt;br /&gt;</w:t>
        <w:br/>
        <w:t>пропливе пропливе пролине&lt;br /&gt;</w:t>
        <w:br/>
        <w:t>і розсіється в полинах&lt;br /&gt;</w:t>
        <w:br/>
        <w:t>над полеглими в цих степах&lt;br /&gt;</w:t>
        <w:br/>
        <w:t>над горбами їхніх могил&lt;br /&gt;</w:t>
        <w:br/>
        <w:t>над протоптаними стежками&lt;br /&gt;</w:t>
        <w:br/>
        <w:t>і за вами за вами за вами&lt;br /&gt;</w:t>
        <w:br/>
        <w:t>зачиниться небосхил...</w:t>
      </w:r>
    </w:p>
    <w:p>
      <w:r>
        <w:br/>
        <w:t>...і знову роки роки роки топчуть НОВІ стежки і горбляться на стежках під тим що несуть в мішках і знову фю-іть! фю— іть! ідіть! ідіть! ідіть! у степ що співа дзвенить з шоломом і без шолому пийте з Дінця і Дону...</w:t>
      </w:r>
    </w:p>
    <w:p>
      <w:r>
        <w:br/>
        <w:t>* * *</w:t>
      </w:r>
    </w:p>
    <w:p>
      <w:r>
        <w:br/>
        <w:t>"Корогви над степом широким&lt;br /&gt;</w:t>
        <w:br/>
        <w:t>розвиваються в різні боки,&lt;br /&gt;</w:t>
        <w:br/>
        <w:t>одні Рюрикові, інші – Давидові..." –&lt;br /&gt;</w:t>
        <w:br/>
        <w:t>так автор "Слова" повідав.</w:t>
      </w:r>
    </w:p>
    <w:p>
      <w:r>
        <w:br/>
        <w:t>Чайка плаче "ки-ги, ки-ги", –&lt;br /&gt;</w:t>
        <w:br/>
        <w:t>не з’єднати їй береги.&lt;br /&gt;</w:t>
        <w:br/>
        <w:t>Розмежований світ.&lt;br /&gt;</w:t>
        <w:br/>
        <w:t>Плаче самотній слід.</w:t>
      </w:r>
    </w:p>
    <w:p>
      <w:r>
        <w:br/>
        <w:t>Спільну в дитинстві мову&lt;br /&gt;</w:t>
        <w:br/>
        <w:t>забули мій жест і слово.&lt;br /&gt;</w:t>
        <w:br/>
        <w:t>Руки летять врізнобіч,&lt;br /&gt;</w:t>
        <w:br/>
        <w:t>неначе у темну ніч,&lt;br /&gt;</w:t>
        <w:br/>
        <w:t>і тільки свіча розлуки&lt;br /&gt;</w:t>
        <w:br/>
        <w:t>з’єднає на грудях руки.</w:t>
      </w:r>
    </w:p>
    <w:p>
      <w:r>
        <w:br/>
        <w:t>Плаче моє ім’я,&lt;br /&gt;</w:t>
        <w:br/>
        <w:t>на два розпадаючись "я".&lt;br /&gt;</w:t>
        <w:br/>
        <w:t>Схилюсь над своїм Дінцем –&lt;br /&gt;</w:t>
        <w:br/>
        <w:t>з-під лиця виплива лице.</w:t>
      </w:r>
    </w:p>
    <w:p>
      <w:r>
        <w:br/>
        <w:t>В чорних обіймах змія&lt;br /&gt;</w:t>
        <w:br/>
        <w:t>плаче моя надія,&lt;br /&gt;</w:t>
        <w:br/>
        <w:t>плаче в його петлі,&lt;br /&gt;</w:t>
        <w:br/>
        <w:t>відриваючись від землі.&lt;br /&gt;</w:t>
        <w:br/>
        <w:t>А її утішає змій,&lt;br /&gt;</w:t>
        <w:br/>
        <w:t>язик роздвоївши свій.</w:t>
      </w:r>
    </w:p>
    <w:p>
      <w:r>
        <w:br/>
        <w:t>* * *</w:t>
      </w:r>
    </w:p>
    <w:p>
      <w:r>
        <w:br/>
        <w:t>Сюр.. сюр... сюр... сюр... сюр... тягнеться ніби услід за тим, хто пішов у світ тінню Григорія Савича, напевне, відповідь знаючи на вічні "чому?", "навіщо?", і не повернувсь до нас, зумером – в інший час, в минуле, яке за нами давно заросло хрестами, зумером – в світлий день, котрий, може, гряде сюр... сюр... сюр... сюр... в тишу, у ніч, в туман...&lt;br /&gt;</w:t>
        <w:br/>
        <w:t>А відповіді нема.&lt;br /&gt;</w:t>
        <w:br/>
        <w:t>Листя в кроні осінній в такому ж, як я томлінні, в пориванні кудись втекти від себе, від самоти, хоча б у далекий спогад, а спогад, як та дорога, гливка, безкінечна, довга... Засну на пахучім сіні, та сни мої неспокійні, ще й голка та ж сама в сіні, і холодно від роси, і смерть стоїть без коси, в цю мить і вона безсила: земля не приймає тіла, а душу виймеш із себе – душі не приймає небо...</w:t>
      </w:r>
    </w:p>
    <w:p>
      <w:r>
        <w:br/>
        <w:t>А крона всю ніч осінню&lt;br /&gt;</w:t>
        <w:br/>
        <w:t>беззахисно так тремтить,&lt;br /&gt;</w:t>
        <w:br/>
        <w:t>що хочеться світ накрить&lt;br /&gt;</w:t>
        <w:br/>
        <w:t>бодай би своєю тінню.</w:t>
      </w:r>
    </w:p>
    <w:p>
      <w:r>
        <w:br/>
        <w:t>Але у такий туман&lt;br /&gt;</w:t>
        <w:br/>
        <w:t>і тіні у мене нема.</w:t>
      </w:r>
    </w:p>
    <w:p>
      <w:r>
        <w:br/>
        <w:t>Тільки томління, довге, осіннє, і до знемоги – до себе, до Бога, до всіх і до всього зумером сюр... сюр... сюр... сюр...</w:t>
      </w:r>
    </w:p>
    <w:p>
      <w:r>
        <w:br/>
        <w:t>і зводить за муром мур,&lt;br /&gt;</w:t>
        <w:br/>
        <w:t>густішаючи, туман,&lt;br /&gt;</w:t>
        <w:br/>
        <w:t>а відповіді нема...</w:t>
      </w:r>
    </w:p>
    <w:p>
      <w:r>
        <w:br/>
        <w:t>* * *</w:t>
      </w:r>
    </w:p>
    <w:p>
      <w:r>
        <w:br/>
        <w:t>А вже в моїм теремі злотоверхім&lt;br /&gt;</w:t>
        <w:br/>
        <w:t>покрівля розвалена...&lt;br /&gt;</w:t>
        <w:br/>
        <w:t>І хмари горять над степом,&lt;br /&gt;</w:t>
        <w:br/>
        <w:t>і птахи кричать віддалено.</w:t>
      </w:r>
    </w:p>
    <w:p>
      <w:r>
        <w:br/>
        <w:t>Як бігла в степу за літом,&lt;br /&gt;</w:t>
        <w:br/>
        <w:t>як бігла разом із вітром,&lt;br /&gt;</w:t>
        <w:br/>
        <w:t>так на бігу й лягла&lt;br /&gt;</w:t>
        <w:br/>
        <w:t>за вітром в степу ковила.</w:t>
      </w:r>
    </w:p>
    <w:p>
      <w:r>
        <w:br/>
        <w:t>А дерево лист зронило,&lt;br /&gt;</w:t>
        <w:br/>
        <w:t>і серце... так защеміло&lt;br /&gt;</w:t>
        <w:br/>
        <w:t>у несподівано ветхім&lt;br /&gt;</w:t>
        <w:br/>
        <w:t>теремі злотоверхім.</w:t>
      </w:r>
    </w:p>
    <w:p>
      <w:r>
        <w:br/>
        <w:t>І дубові літо сниться,&lt;br /&gt;</w:t>
        <w:br/>
        <w:t>не тішить його синиця,&lt;br /&gt;</w:t>
        <w:br/>
        <w:t>у небі без журавля,&lt;br /&gt;</w:t>
        <w:br/>
        <w:t>як зайве, стирчить гілля.</w:t>
      </w:r>
    </w:p>
    <w:p>
      <w:r>
        <w:br/>
        <w:t>Вітрами гуде неспокій&lt;br /&gt;</w:t>
        <w:br/>
        <w:t>у кроні його широкій,&lt;br /&gt;</w:t>
        <w:br/>
        <w:t>ночами луна в дуплі&lt;br /&gt;</w:t>
        <w:br/>
        <w:t>метається на мітлі.</w:t>
      </w:r>
    </w:p>
    <w:p>
      <w:r>
        <w:br/>
        <w:t>Не вабить небесна синь,&lt;br /&gt;</w:t>
        <w:br/>
        <w:t>і клоняться віти долу,&lt;br /&gt;</w:t>
        <w:br/>
        <w:t>де вічно голодна тінь&lt;br /&gt;</w:t>
        <w:br/>
        <w:t>ходить і ходить довкола.</w:t>
      </w:r>
    </w:p>
    <w:p>
      <w:r>
        <w:br/>
        <w:t>До лісу&lt;br /&gt;</w:t>
        <w:br/>
        <w:t>повз білі гори&lt;br /&gt;</w:t>
        <w:br/>
        <w:t>Дінець небесно-прозорий&lt;br /&gt;</w:t>
        <w:br/>
        <w:t>котить свою блакить,&lt;br /&gt;</w:t>
        <w:br/>
        <w:t>а в лісі, вже через мить,&lt;br /&gt;</w:t>
        <w:br/>
        <w:t>як підпалений, палахкотить&lt;br /&gt;</w:t>
        <w:br/>
        <w:t>і сам, як вогню лавина,&lt;br /&gt;</w:t>
        <w:br/>
        <w:t>палаючим світом плине.</w:t>
      </w:r>
    </w:p>
    <w:p>
      <w:r>
        <w:br/>
        <w:t>Петляючи, як сліпець,&lt;br /&gt;</w:t>
        <w:br/>
        <w:t>тікає у степ Дінець&lt;br /&gt;</w:t>
        <w:br/>
        <w:t>і довго степом осіннім&lt;br /&gt;</w:t>
        <w:br/>
        <w:t>біжить із вогнем на спині.</w:t>
      </w:r>
    </w:p>
    <w:p>
      <w:r>
        <w:br/>
        <w:t>І хмара над ним кривава&lt;br /&gt;</w:t>
        <w:br/>
        <w:t>пливе, як ворожа слава,&lt;br /&gt;</w:t>
        <w:br/>
        <w:t>як знамення в сон Святослава.</w:t>
      </w:r>
    </w:p>
    <w:p>
      <w:r>
        <w:br/>
        <w:t>* * *</w:t>
      </w:r>
    </w:p>
    <w:p>
      <w:r>
        <w:br/>
        <w:t>... І пройшли вони із мечем,&lt;br /&gt;</w:t>
        <w:br/>
        <w:t>наче полум’я комишем, –&lt;br /&gt;</w:t>
        <w:br/>
        <w:t>і над ними високий дим&lt;br /&gt;</w:t>
        <w:br/>
        <w:t>по сьогодні –&lt;br /&gt;</w:t>
        <w:br/>
        <w:t>небом глухим.</w:t>
      </w:r>
    </w:p>
    <w:p>
      <w:r>
        <w:br/>
        <w:t>І все допили у спеку,&lt;br /&gt;</w:t>
        <w:br/>
        <w:t>за горло стиснувши глека&lt;br /&gt;</w:t>
        <w:br/>
        <w:t>так, що, тріснувши під руками,&lt;br /&gt;</w:t>
        <w:br/>
        <w:t>він до нас долетів&lt;br /&gt;</w:t>
        <w:br/>
        <w:t>черепками,&lt;br /&gt;</w:t>
        <w:br/>
        <w:t>над якими туга постійна,&lt;br /&gt;</w:t>
        <w:br/>
        <w:t>бо не глеки вони і не глина.</w:t>
      </w:r>
    </w:p>
    <w:p>
      <w:r>
        <w:br/>
        <w:t>* * *</w:t>
      </w:r>
    </w:p>
    <w:p>
      <w:r>
        <w:br/>
        <w:t>У небі високім&lt;br /&gt;</w:t>
        <w:br/>
        <w:t>співаюча птиця –&lt;br /&gt;</w:t>
        <w:br/>
        <w:t>і спрагла стріла&lt;br /&gt;</w:t>
        <w:br/>
        <w:t>вилітає напиться.</w:t>
      </w:r>
    </w:p>
    <w:p>
      <w:r>
        <w:br/>
        <w:t>Пташиного їй&lt;br /&gt;</w:t>
        <w:br/>
        <w:t>не дістати крила,&lt;br /&gt;</w:t>
        <w:br/>
        <w:t>та пісню твою&lt;br /&gt;</w:t>
        <w:br/>
        <w:t>обриває стріла.</w:t>
      </w:r>
    </w:p>
    <w:p>
      <w:r>
        <w:br/>
        <w:t>Стрілу із грудей&lt;br /&gt;</w:t>
        <w:br/>
        <w:t>ти руками ривком&lt;br /&gt;</w:t>
        <w:br/>
        <w:t>висмикуєш&lt;br /&gt;</w:t>
        <w:br/>
        <w:t>разом з червоним струмком,&lt;br /&gt;</w:t>
        <w:br/>
        <w:t>і скрапує крапля&lt;br /&gt;</w:t>
        <w:br/>
        <w:t>із вістря стріли&lt;br /&gt;</w:t>
        <w:br/>
        <w:t>на біле волосся&lt;br /&gt;</w:t>
        <w:br/>
        <w:t>трави ковили.</w:t>
      </w:r>
    </w:p>
    <w:p>
      <w:r>
        <w:br/>
        <w:t>Ще птиця летить,&lt;br /&gt;</w:t>
        <w:br/>
        <w:t>ще висока луна,&lt;br /&gt;</w:t>
        <w:br/>
        <w:t>та вже туманіє&lt;br /&gt;</w:t>
        <w:br/>
        <w:t>в очах далина.</w:t>
      </w:r>
    </w:p>
    <w:p>
      <w:r>
        <w:br/>
        <w:t>* * *</w:t>
      </w:r>
    </w:p>
    <w:p>
      <w:r>
        <w:br/>
        <w:t>У небі високім&lt;br /&gt;</w:t>
        <w:br/>
        <w:t>співаюча птиця –&lt;br /&gt;</w:t>
        <w:br/>
        <w:t>і спрагла стріла&lt;br /&gt;</w:t>
        <w:br/>
        <w:t>вилітає напиться.</w:t>
      </w:r>
    </w:p>
    <w:p>
      <w:r>
        <w:br/>
        <w:t>Пташиного їй&lt;br /&gt;</w:t>
        <w:br/>
        <w:t>не дістати крила,&lt;br /&gt;</w:t>
        <w:br/>
        <w:t>та пісню твою&lt;br /&gt;</w:t>
        <w:br/>
        <w:t>обриває стріла.</w:t>
      </w:r>
    </w:p>
    <w:p>
      <w:r>
        <w:br/>
        <w:t>Стрілу із грудей&lt;br /&gt;</w:t>
        <w:br/>
        <w:t>ти руками ривком&lt;br /&gt;</w:t>
        <w:br/>
        <w:t>висмикуєш&lt;br /&gt;</w:t>
        <w:br/>
        <w:t>разом з червоним струмком,&lt;br /&gt;</w:t>
        <w:br/>
        <w:t>і скрапує крапля&lt;br /&gt;</w:t>
        <w:br/>
        <w:t>із вістря стріли&lt;br /&gt;</w:t>
        <w:br/>
        <w:t>на біле волосся&lt;br /&gt;</w:t>
        <w:br/>
        <w:t>трави ковили.</w:t>
      </w:r>
    </w:p>
    <w:p>
      <w:r>
        <w:br/>
        <w:t>Ще птиця летить,&lt;br /&gt;</w:t>
        <w:br/>
        <w:t>ще висока луна,&lt;br /&gt;</w:t>
        <w:br/>
        <w:t>та вже туманіє&lt;br /&gt;</w:t>
        <w:br/>
        <w:t>в очах далина.</w:t>
      </w:r>
    </w:p>
    <w:p>
      <w:r>
        <w:br/>
        <w:t>Плакучу вербу,&lt;br /&gt;</w:t>
        <w:br/>
        <w:t>обхопивши за стан,&lt;br /&gt;</w:t>
        <w:br/>
        <w:t>над прірвою стримує&lt;br /&gt;</w:t>
        <w:br/>
        <w:t>сивий туман.</w:t>
      </w:r>
    </w:p>
    <w:p>
      <w:r>
        <w:br/>
        <w:t>А пісня, що прагла&lt;br /&gt;</w:t>
        <w:br/>
        <w:t>до Бога дійти,&lt;br /&gt;</w:t>
        <w:br/>
        <w:t>як свічка сльозою,&lt;br /&gt;</w:t>
        <w:br/>
        <w:t>спада з висоти.</w:t>
      </w:r>
    </w:p>
    <w:p>
      <w:r>
        <w:br/>
        <w:t>* * *</w:t>
      </w:r>
    </w:p>
    <w:p>
      <w:r>
        <w:br/>
        <w:t>По лігвах своїх вовки&lt;br /&gt;</w:t>
        <w:br/>
        <w:t>людські розтягли кістки</w:t>
      </w:r>
    </w:p>
    <w:p>
      <w:r>
        <w:br/>
        <w:t>і ворон із черепів&lt;br /&gt;</w:t>
        <w:br/>
        <w:t>як переможець пив</w:t>
      </w:r>
    </w:p>
    <w:p>
      <w:r>
        <w:br/>
        <w:t>довго лисиці вночі&lt;br /&gt;</w:t>
        <w:br/>
        <w:t>облизували мечі</w:t>
      </w:r>
    </w:p>
    <w:p>
      <w:r>
        <w:br/>
        <w:t>а потім труїлись трави&lt;br /&gt;</w:t>
        <w:br/>
        <w:t>іржею людської слави</w:t>
      </w:r>
    </w:p>
    <w:p>
      <w:r>
        <w:br/>
        <w:t>* * *</w:t>
      </w:r>
    </w:p>
    <w:p>
      <w:r>
        <w:br/>
        <w:t>... І степ, і воля, та, одначе,&lt;br /&gt;</w:t>
        <w:br/>
        <w:t>все те ж ки-ги, ки-ги чаїне,&lt;br /&gt;</w:t>
        <w:br/>
        <w:t>яке хіба-що переплаче&lt;br /&gt;</w:t>
        <w:br/>
        <w:t>сліпа з народження шротина.</w:t>
      </w:r>
    </w:p>
    <w:p>
      <w:r>
        <w:br/>
        <w:t>* * *</w:t>
      </w:r>
    </w:p>
    <w:p>
      <w:r>
        <w:br/>
        <w:t>За тінню тінь до видноколу&lt;br /&gt;</w:t>
        <w:br/>
        <w:t>горбато рухалася, йшла,&lt;br /&gt;</w:t>
        <w:br/>
        <w:t>за тінню тінь, широким полем&lt;br /&gt;</w:t>
        <w:br/>
        <w:t>і довгим шляхом лемеша.</w:t>
      </w:r>
    </w:p>
    <w:p>
      <w:r>
        <w:br/>
        <w:t>За тінню тінь до видноколу,&lt;br /&gt;</w:t>
        <w:br/>
        <w:t>де обривалась далина,&lt;br /&gt;</w:t>
        <w:br/>
        <w:t>де ніби щастя йде по колу&lt;br /&gt;</w:t>
        <w:br/>
        <w:t>і всіх обходить, обмина.</w:t>
      </w:r>
    </w:p>
    <w:p>
      <w:r>
        <w:br/>
        <w:t>За тінню тінь до небосхилу,&lt;br /&gt;</w:t>
        <w:br/>
        <w:t>а світло з неба уві млі&lt;br /&gt;</w:t>
        <w:br/>
        <w:t>стовпом лилося, струменіло,&lt;br /&gt;</w:t>
        <w:br/>
        <w:t>стояло Спасом на ріллі.</w:t>
      </w:r>
    </w:p>
    <w:p>
      <w:r>
        <w:br/>
        <w:t>І я у вузлику коріння&lt;br /&gt;</w:t>
        <w:br/>
        <w:t>тримав нажите за літа&lt;br /&gt;</w:t>
        <w:br/>
        <w:t>і припадав до поля тінню&lt;br /&gt;</w:t>
        <w:br/>
        <w:t>свого похилого хреста.</w:t>
      </w:r>
    </w:p>
    <w:p>
      <w:r>
        <w:br/>
        <w:t>* * *</w:t>
      </w:r>
    </w:p>
    <w:p>
      <w:r>
        <w:br/>
        <w:t>Що то шумить, що то дзвенить&lt;br /&gt;</w:t>
        <w:br/>
        <w:t>Перед зорею ранньою?..</w:t>
      </w:r>
    </w:p>
    <w:p>
      <w:r>
        <w:br/>
        <w:t>Уже осіння глибина&lt;br /&gt;</w:t>
        <w:br/>
        <w:t>стає прозорою до дна,&lt;br /&gt;</w:t>
        <w:br/>
        <w:t>а все, чим, друже Володимире,&lt;br /&gt;</w:t>
        <w:br/>
        <w:t>ще ніби вчора, володіли ми,&lt;br /&gt;</w:t>
        <w:br/>
        <w:t>скарбами світиться на дні</w:t>
      </w:r>
    </w:p>
    <w:p>
      <w:r>
        <w:br/>
        <w:t>у тім степу, у тій Каялі,&lt;br /&gt;</w:t>
        <w:br/>
        <w:t>куди летіли на коні&lt;br /&gt;</w:t>
        <w:br/>
        <w:t>нетерпеливі і зухвалі...</w:t>
      </w:r>
    </w:p>
    <w:p>
      <w:r>
        <w:br/>
        <w:t>І наша пляшка затекла,&lt;br /&gt;</w:t>
        <w:br/>
        <w:t>як ніч холодна і туманна.&lt;br /&gt;</w:t>
        <w:br/>
        <w:t>Підсядем ближче до тепла,&lt;br /&gt;</w:t>
        <w:br/>
        <w:t>хай не твереза і не п’яна&lt;br /&gt;</w:t>
        <w:br/>
        <w:t>тече розмова спроквола.</w:t>
      </w:r>
    </w:p>
    <w:p>
      <w:r>
        <w:br/>
        <w:t>Не "скіфи" ми, що круто п’ють,&lt;br /&gt;</w:t>
        <w:br/>
        <w:t>аби напитись до знемоги,&lt;br /&gt;</w:t>
        <w:br/>
        <w:t>і піднімають каламуть&lt;br /&gt;</w:t>
        <w:br/>
        <w:t>із глибини, де ще нічого&lt;br /&gt;</w:t>
        <w:br/>
        <w:t>у них немає дорогого,&lt;br /&gt;</w:t>
        <w:br/>
        <w:t>якщо ж і є,&lt;br /&gt;</w:t>
        <w:br/>
        <w:t>то не в ціні,&lt;br /&gt;</w:t>
        <w:br/>
        <w:t>дешевше істини в вині.</w:t>
      </w:r>
    </w:p>
    <w:p>
      <w:r>
        <w:br/>
        <w:t>Стару продовжимо розмову,&lt;br /&gt;</w:t>
        <w:br/>
        <w:t>зігрієм чарочкою слово,&lt;br /&gt;</w:t>
        <w:br/>
        <w:t>хай буде радість з гіркотою,&lt;br /&gt;</w:t>
        <w:br/>
        <w:t>але останньої на дні&lt;br /&gt;</w:t>
        <w:br/>
        <w:t>не більше, ніж у тім вині,&lt;br /&gt;</w:t>
        <w:br/>
        <w:t>що допиваємо з тобою.</w:t>
      </w:r>
    </w:p>
    <w:p>
      <w:r>
        <w:br/>
        <w:t>Іще вогонь не догорів,&lt;br /&gt;</w:t>
        <w:br/>
        <w:t>ще повен місяць угорі,&lt;br /&gt;</w:t>
        <w:br/>
        <w:t>і дим до місяця стоїть,&lt;br /&gt;</w:t>
        <w:br/>
        <w:t>та вже шумить... уже шумить&lt;br /&gt;</w:t>
        <w:br/>
        <w:t>не степ своїми полинами –&lt;br /&gt;</w:t>
        <w:br/>
        <w:t>шумить над степом і над нами.</w:t>
      </w:r>
    </w:p>
    <w:p>
      <w:r>
        <w:br/>
        <w:t>* * *</w:t>
      </w:r>
    </w:p>
    <w:p>
      <w:r>
        <w:br/>
        <w:t>Гуде вогонь і зголоднілий&lt;br /&gt;</w:t>
        <w:br/>
        <w:t>вилизується на гілки&lt;br /&gt;</w:t>
        <w:br/>
        <w:t>і палахкоче, як листки,&lt;br /&gt;</w:t>
        <w:br/>
        <w:t>що на гілках палахкотіли.&lt;br /&gt;</w:t>
        <w:br/>
        <w:t>Він сам в собі, у самоті,&lt;br /&gt;</w:t>
        <w:br/>
        <w:t>і ніби третій поміж нас,&lt;br /&gt;</w:t>
        <w:br/>
        <w:t>що пам’ятає інший час&lt;br /&gt;</w:t>
        <w:br/>
        <w:t>і нас ще в іншому житті.&lt;br /&gt;</w:t>
        <w:br/>
        <w:t>То спалахне, як давній спогад,&lt;br /&gt;</w:t>
        <w:br/>
        <w:t>то знемага до чорноти,&lt;br /&gt;</w:t>
        <w:br/>
        <w:t>і нам очей не відвести&lt;br /&gt;</w:t>
        <w:br/>
        <w:t>не відвернутися від нього.</w:t>
      </w:r>
    </w:p>
    <w:p>
      <w:r>
        <w:br/>
        <w:t>* * *</w:t>
      </w:r>
    </w:p>
    <w:p>
      <w:r>
        <w:br/>
        <w:t>Миколі Руденку</w:t>
      </w:r>
    </w:p>
    <w:p>
      <w:r>
        <w:br/>
        <w:t>Притишено плине осінній Дінець,&lt;br /&gt;</w:t>
        <w:br/>
        <w:t>мазками на синє лягає багрець,&lt;br /&gt;</w:t>
        <w:br/>
        <w:t>і ширшає тиша. І ти над Дінцем&lt;br /&gt;</w:t>
        <w:br/>
        <w:t>стоїш, нахилившись лицем у лице,&lt;br /&gt;</w:t>
        <w:br/>
        <w:t>непевен у тому, тебе чи подобу&lt;br /&gt;</w:t>
        <w:br/>
        <w:t>малює Митець, не спиняючи воду,&lt;br /&gt;</w:t>
        <w:br/>
        <w:t>і стримуєш сльози. І, ніби в пітьмі,&lt;br /&gt;</w:t>
        <w:br/>
        <w:t>спалахують спогади глухонімі,&lt;br /&gt;</w:t>
        <w:br/>
        <w:t>І все постає, як тоді, як тоді,&lt;br /&gt;</w:t>
        <w:br/>
        <w:t>і юне обличчя на світлій воді...</w:t>
      </w:r>
    </w:p>
    <w:p>
      <w:r>
        <w:br/>
        <w:t>Та каркає ворон, здригається віть,&lt;br /&gt;</w:t>
        <w:br/>
        <w:t>і листя без вітру над плином летить,&lt;br /&gt;</w:t>
        <w:br/>
        <w:t>і холодом віє, і хмариться небо,&lt;br /&gt;</w:t>
        <w:br/>
        <w:t>і спиною ліс повернувся до тебе.&lt;br /&gt;</w:t>
        <w:br/>
        <w:t>Дерева злились і стоять, як стіна,&lt;br /&gt;</w:t>
        <w:br/>
        <w:t>і дятлу її не пробить головою,&lt;br /&gt;</w:t>
        <w:br/>
        <w:t>а там за стіною така далина,&lt;br /&gt;</w:t>
        <w:br/>
        <w:t>така далина!., за стіною...</w:t>
      </w:r>
    </w:p>
    <w:p>
      <w:r>
        <w:br/>
        <w:t>Туман, що напився води, як біди,&lt;br /&gt;</w:t>
        <w:br/>
        <w:t>підводиться знову блукати по світу&lt;br /&gt;</w:t>
        <w:br/>
        <w:t>і голову сиву не знає куди,&lt;br /&gt;</w:t>
        <w:br/>
        <w:t>до кого йому прихилити.&lt;br /&gt;</w:t>
        <w:br/>
        <w:t>Притишено плине осінній Дінець,&lt;br /&gt;</w:t>
        <w:br/>
        <w:t>мазками на синє лягає багрець.&lt;br /&gt;</w:t>
        <w:br/>
        <w:t>Від берега тінь, як висока стіна,&lt;br /&gt;</w:t>
        <w:br/>
        <w:t>пірнувши, її не пробить головою.&lt;br /&gt;</w:t>
        <w:br/>
        <w:t>А там за стіною така глибина,&lt;br /&gt;</w:t>
        <w:br/>
        <w:t>така глибина!., за стіною...</w:t>
      </w:r>
    </w:p>
    <w:p>
      <w:r>
        <w:br/>
        <w:t>* * *</w:t>
      </w:r>
    </w:p>
    <w:p>
      <w:r>
        <w:br/>
        <w:t>Папороть квітне&lt;br /&gt;</w:t>
        <w:br/>
        <w:t>кольором сивим,&lt;br /&gt;</w:t>
        <w:br/>
        <w:t>де, щастя шукаючи,&lt;br /&gt;</w:t>
        <w:br/>
        <w:t>був я щасливим.</w:t>
      </w:r>
    </w:p>
    <w:p>
      <w:r>
        <w:br/>
        <w:t>А стежка волога&lt;br /&gt;</w:t>
        <w:br/>
        <w:t>повз тихі дуби&lt;br /&gt;</w:t>
        <w:br/>
        <w:t>у спогад веде,&lt;br /&gt;</w:t>
        <w:br/>
        <w:t>як вела по гриби.</w:t>
      </w:r>
    </w:p>
    <w:p>
      <w:r>
        <w:br/>
        <w:t>З минулого літа&lt;br /&gt;</w:t>
        <w:br/>
        <w:t>запахне буркун&lt;br /&gt;</w:t>
        <w:br/>
        <w:t>і я вже щасливий,&lt;br /&gt;</w:t>
        <w:br/>
        <w:t>як в сіні цвіркун.</w:t>
      </w:r>
    </w:p>
    <w:p>
      <w:r>
        <w:br/>
        <w:t>По-іншому бачу&lt;br /&gt;</w:t>
        <w:br/>
        <w:t>і землю, і небо,&lt;br /&gt;</w:t>
        <w:br/>
        <w:t>і крони, що світяться&lt;br /&gt;</w:t>
        <w:br/>
        <w:t>самі від себе...</w:t>
      </w:r>
    </w:p>
    <w:p>
      <w:r>
        <w:br/>
        <w:t>Невтолений ясен&lt;br /&gt;</w:t>
        <w:br/>
        <w:t>листок простяга,&lt;br /&gt;</w:t>
        <w:br/>
        <w:t>яким непригублена&lt;br /&gt;</w:t>
        <w:br/>
        <w:t>крапля збіга...</w:t>
      </w:r>
    </w:p>
    <w:p>
      <w:r>
        <w:br/>
        <w:t>Гриби шерхотять,&lt;br /&gt;</w:t>
        <w:br/>
        <w:t>підіймаючи листя.&lt;br /&gt;</w:t>
        <w:br/>
        <w:t>Кружляє,&lt;br /&gt;</w:t>
        <w:br/>
        <w:t>мисливця шукаючи,&lt;br /&gt;</w:t>
        <w:br/>
        <w:t>птиця.</w:t>
      </w:r>
    </w:p>
    <w:p>
      <w:r>
        <w:br/>
        <w:t>* * *</w:t>
      </w:r>
    </w:p>
    <w:p>
      <w:r>
        <w:br/>
        <w:t>Гонитва</w:t>
      </w:r>
    </w:p>
    <w:p>
      <w:r>
        <w:br/>
        <w:t>В. Герасим’юку&lt;br /&gt;</w:t>
        <w:br/>
        <w:t>Оглянешся раптом – впізнаєш ловця,&lt;br /&gt;</w:t>
        <w:br/>
        <w:t>відчуєш: гонитві не буде кінця,&lt;br /&gt;</w:t>
        <w:br/>
        <w:t>і – рано чи пізно – впадеш знемагаючи,&lt;br /&gt;</w:t>
        <w:br/>
        <w:t>тобі не втекти, як Григорію Савичу.</w:t>
      </w:r>
    </w:p>
    <w:p>
      <w:r>
        <w:br/>
        <w:t>За спиною в тебе вже триста, як скло,&lt;br /&gt;</w:t>
        <w:br/>
        <w:t>всі триста, як скло,&lt;br /&gt;</w:t>
        <w:br/>
        <w:t>товариства лягло,&lt;br /&gt;</w:t>
        <w:br/>
        <w:t>як в землю осінню,&lt;br /&gt;</w:t>
        <w:br/>
        <w:t>вмерзаючи в пам’ять,&lt;br /&gt;</w:t>
        <w:br/>
        <w:t>і чорною тінню&lt;br /&gt;</w:t>
        <w:br/>
        <w:t>у ній не відтануть.</w:t>
      </w:r>
    </w:p>
    <w:p>
      <w:r>
        <w:br/>
        <w:t>А круки ті ж самі кружляють над мурами,&lt;br /&gt;</w:t>
        <w:br/>
        <w:t>і хмара багряна&lt;br /&gt;</w:t>
        <w:br/>
        <w:t>пливе, як з Батурина.</w:t>
      </w:r>
    </w:p>
    <w:p>
      <w:r>
        <w:br/>
        <w:t>Побачиш, оглянувшись, – до Колими&lt;br /&gt;</w:t>
        <w:br/>
        <w:t>гонитва біліє людськими кістьми,&lt;br /&gt;</w:t>
        <w:br/>
        <w:t>загонці кричать, відпускаючи псоту,&lt;br /&gt;</w:t>
        <w:br/>
        <w:t>а псоту зробили з колючого дроту.</w:t>
      </w:r>
    </w:p>
    <w:p>
      <w:r>
        <w:br/>
        <w:t>Пронизує вітер і, сіючи страх,&lt;br /&gt;</w:t>
        <w:br/>
        <w:t>розсіює нас по чужинських світах,&lt;br /&gt;</w:t>
        <w:br/>
        <w:t>де в хлібі насущнім полин-гіркота,&lt;br /&gt;</w:t>
        <w:br/>
        <w:t>і мертвою плоттю п’ята зароста...</w:t>
      </w:r>
    </w:p>
    <w:p>
      <w:r>
        <w:br/>
        <w:t>Триває гонитва ...&lt;br /&gt;</w:t>
        <w:br/>
        <w:t>Хоч інші часи,&lt;br /&gt;</w:t>
        <w:br/>
        <w:t>загонці ті ж самі, – і котяться пси,&lt;br /&gt;</w:t>
        <w:br/>
        <w:t>і нас не врятують осінні ліси&lt;br /&gt;</w:t>
        <w:br/>
        <w:t>від світу-ловця&lt;br /&gt;</w:t>
        <w:br/>
        <w:t>у повстанському схроні.&lt;br /&gt;</w:t>
        <w:br/>
        <w:t>Ліси оголились&lt;br /&gt;</w:t>
        <w:br/>
        <w:t>і – як на долоні...</w:t>
      </w:r>
    </w:p>
    <w:p>
      <w:r>
        <w:br/>
        <w:t>* * *</w:t>
      </w:r>
    </w:p>
    <w:p>
      <w:r>
        <w:br/>
        <w:t>Хліб насущний доїдаю,&lt;br /&gt;</w:t>
        <w:br/>
        <w:t>мертвою водою запиваю,&lt;br /&gt;</w:t>
        <w:br/>
        <w:t>щось таке з відразою вдихаю,&lt;br /&gt;</w:t>
        <w:br/>
        <w:t>що на видих сил не вистачає.</w:t>
      </w:r>
    </w:p>
    <w:p>
      <w:r>
        <w:br/>
        <w:t>А душа до шиби припадає&lt;br /&gt;</w:t>
        <w:br/>
        <w:t>і спокійно дивиться згори,&lt;br /&gt;</w:t>
        <w:br/>
        <w:t>як плотолюбива&lt;br /&gt;</w:t>
        <w:br/>
        <w:t>Косарівна&lt;br /&gt;</w:t>
        <w:br/>
        <w:t>нахиляє натовп у дворі.&lt;br /&gt;</w:t>
        <w:br/>
        <w:t>В чорнім крепі, в квітах, у вінках,&lt;br /&gt;</w:t>
        <w:br/>
        <w:t>спрямувавши погляди на прах,&lt;br /&gt;</w:t>
        <w:br/>
        <w:t>аж до блиску видраєні труби&lt;br /&gt;</w:t>
        <w:br/>
        <w:t>підійма, як виклик небесам,&lt;br /&gt;</w:t>
        <w:br/>
        <w:t>і її цілують в мідні губи&lt;br /&gt;</w:t>
        <w:br/>
        <w:t>сизі музиканти за сто грам.</w:t>
      </w:r>
    </w:p>
    <w:p>
      <w:r>
        <w:br/>
        <w:t>* * *</w:t>
      </w:r>
    </w:p>
    <w:p>
      <w:r>
        <w:br/>
        <w:t>Кохана моя, кохана,&lt;br /&gt;</w:t>
        <w:br/>
        <w:t>ранкова зоря багряна&lt;br /&gt;</w:t>
        <w:br/>
        <w:t>збудила вогонь на схилах –&lt;br /&gt;</w:t>
        <w:br/>
        <w:t>і ліс у вогні, і птиці&lt;br /&gt;</w:t>
        <w:br/>
        <w:t>останні вже таємниці&lt;br /&gt;</w:t>
        <w:br/>
        <w:t>виносять з вогню на крилах.</w:t>
      </w:r>
    </w:p>
    <w:p>
      <w:r>
        <w:br/>
        <w:t>Ще солодко спати доні,&lt;br /&gt;</w:t>
        <w:br/>
        <w:t>ще доля, як місяць вповні,&lt;br /&gt;</w:t>
        <w:br/>
        <w:t>нічого ще не збулося,&lt;br /&gt;</w:t>
        <w:br/>
        <w:t>не випало із долоні,&lt;br /&gt;</w:t>
        <w:br/>
        <w:t>крізь пальці не пролилося.</w:t>
      </w:r>
    </w:p>
    <w:p>
      <w:r>
        <w:br/>
        <w:t>Лиш вітер плаття дитяче&lt;br /&gt;</w:t>
        <w:br/>
        <w:t>зірвав і підняв над дачею,&lt;br /&gt;</w:t>
        <w:br/>
        <w:t>хоч як не тримала чіпко&lt;br /&gt;</w:t>
        <w:br/>
        <w:t>його у зубах прищіпка.</w:t>
      </w:r>
    </w:p>
    <w:p>
      <w:r>
        <w:br/>
        <w:t>Ще трішки і всі дрібниці&lt;br /&gt;</w:t>
        <w:br/>
        <w:t>сховає під снігом грудень.&lt;br /&gt;</w:t>
        <w:br/>
        <w:t>І вже – ні листка, ні птиці,&lt;br /&gt;</w:t>
        <w:br/>
        <w:t>а тільки трепет у грудях.</w:t>
      </w:r>
    </w:p>
    <w:p>
      <w:r>
        <w:br/>
        <w:t>Притихли сади і сквери.&lt;br /&gt;</w:t>
        <w:br/>
        <w:t>Під крони, що вже без пісні,&lt;br /&gt;</w:t>
        <w:br/>
        <w:t>приходять пенсіонери&lt;br /&gt;</w:t>
        <w:br/>
        <w:t>на свої побачення пізні.</w:t>
      </w:r>
    </w:p>
    <w:p>
      <w:r>
        <w:br/>
        <w:t>Кохана моя, кохана,&lt;br /&gt;</w:t>
        <w:br/>
        <w:t>на стежці листя багряне,&lt;br /&gt;</w:t>
        <w:br/>
        <w:t>у вирії наші птиці&lt;br /&gt;</w:t>
        <w:br/>
        <w:t>і – жодної таємниці.</w:t>
      </w:r>
    </w:p>
    <w:p>
      <w:r>
        <w:br/>
        <w:t>А ми на узбіччі раю,&lt;br /&gt;</w:t>
        <w:br/>
        <w:t>і все, що на нас чекає,&lt;br /&gt;</w:t>
        <w:br/>
        <w:t>і все, що було в минулім,&lt;br /&gt;</w:t>
        <w:br/>
        <w:t>простіше "ку-ку" зозулі.</w:t>
      </w:r>
    </w:p>
    <w:p>
      <w:r>
        <w:br/>
        <w:t>І, може, так воно й треба:&lt;br /&gt;</w:t>
        <w:br/>
        <w:t>щоб ні листка, ні птиці –&lt;br /&gt;</w:t>
        <w:br/>
        <w:t>лише незбагненний трепет&lt;br /&gt;</w:t>
        <w:br/>
        <w:t>оголеної таємниці,&lt;br /&gt;</w:t>
        <w:br/>
        <w:t>лише марнота співуча,&lt;br /&gt;</w:t>
        <w:br/>
        <w:t>в якій і Дніпро, і кручі.</w:t>
      </w:r>
    </w:p>
    <w:p>
      <w:r>
        <w:br/>
        <w:t>* * *</w:t>
      </w:r>
    </w:p>
    <w:p>
      <w:r>
        <w:br/>
        <w:t>Міддю темніють води&lt;br /&gt;</w:t>
        <w:br/>
        <w:t>і вітер, як дзвін, гуде,&lt;br /&gt;</w:t>
        <w:br/>
        <w:t>і не поспіша виходити&lt;br /&gt;</w:t>
        <w:br/>
        <w:t>з Дінця перебулий день.</w:t>
      </w:r>
    </w:p>
    <w:p>
      <w:r>
        <w:br/>
        <w:t>А ліс потемнів стіною&lt;br /&gt;</w:t>
        <w:br/>
        <w:t>від низу до верховіть,&lt;br /&gt;</w:t>
        <w:br/>
        <w:t>і пилкою вогняною&lt;br /&gt;</w:t>
        <w:br/>
        <w:t>захід над ним стоїть.</w:t>
      </w:r>
    </w:p>
    <w:p>
      <w:r>
        <w:br/>
        <w:t>Під берегом біла піна,&lt;br /&gt;</w:t>
        <w:br/>
        <w:t>сліди на сипкім піску.&lt;br /&gt;</w:t>
        <w:br/>
        <w:t>Заходить моя дружина&lt;br /&gt;</w:t>
        <w:br/>
        <w:t>у течію стрімку...</w:t>
      </w:r>
    </w:p>
    <w:p>
      <w:r>
        <w:br/>
        <w:t>Проміння ловлю останнє,&lt;br /&gt;</w:t>
        <w:br/>
        <w:t>намагаючись уявить,&lt;br /&gt;</w:t>
        <w:br/>
        <w:t>як захід оцей світанням&lt;br /&gt;</w:t>
        <w:br/>
        <w:t>над лісом чужим стоїть.</w:t>
      </w:r>
    </w:p>
    <w:p>
      <w:r>
        <w:br/>
        <w:t>Роса розвішує дзвоники,&lt;br /&gt;</w:t>
        <w:br/>
        <w:t>а коники так сюрчать,&lt;br /&gt;</w:t>
        <w:br/>
        <w:t>неначе на свято коники&lt;br /&gt;</w:t>
        <w:br/>
        <w:t>при дзвониках будуть мчать.</w:t>
      </w:r>
    </w:p>
    <w:p>
      <w:r>
        <w:br/>
        <w:t>Ще трішки – і зовсім смеркне,&lt;br /&gt;</w:t>
        <w:br/>
        <w:t>І тихо душа щемить...&lt;br /&gt;</w:t>
        <w:br/>
        <w:t>Хоч що їй, душі безсмертній,&lt;br /&gt;</w:t>
        <w:br/>
        <w:t>одна проминальна мить..</w:t>
      </w:r>
    </w:p>
    <w:p>
      <w:r>
        <w:br/>
        <w:t>* * *</w:t>
      </w:r>
    </w:p>
    <w:p>
      <w:r>
        <w:br/>
        <w:t>Збіднілі крони шерхотять,&lt;br /&gt;</w:t>
        <w:br/>
        <w:t>і так зносились їхні тіні,&lt;br /&gt;</w:t>
        <w:br/>
        <w:t>що не заштопать павутині,&lt;br /&gt;</w:t>
        <w:br/>
        <w:t>і квіти посіріли в сіні –&lt;br /&gt;</w:t>
        <w:br/>
        <w:t>не відрізнити, не впізнать.</w:t>
      </w:r>
    </w:p>
    <w:p>
      <w:r>
        <w:br/>
        <w:t>А вітер шматтями розніс&lt;br /&gt;</w:t>
        <w:br/>
        <w:t>вітрила плинучого літа,&lt;br /&gt;</w:t>
        <w:br/>
        <w:t>і, ніби хвилями прибитий,&lt;br /&gt;</w:t>
        <w:br/>
        <w:t>під берегом чорніє ліс.</w:t>
      </w:r>
    </w:p>
    <w:p>
      <w:r>
        <w:br/>
        <w:t>І вже не світиться багрець,&lt;br /&gt;</w:t>
        <w:br/>
        <w:t>як золоті ворожі стріли,&lt;br /&gt;</w:t>
        <w:br/>
        <w:t>які у сокола летіли&lt;br /&gt;</w:t>
        <w:br/>
        <w:t>і густо падали в Дінець.</w:t>
      </w:r>
    </w:p>
    <w:p>
      <w:r>
        <w:br/>
        <w:t>Ніхто не скаче за тобою,&lt;br /&gt;</w:t>
        <w:br/>
        <w:t>не чути стріл над головою,&lt;br /&gt;</w:t>
        <w:br/>
        <w:t>але стрілою кожна мить летить&lt;br /&gt;</w:t>
        <w:br/>
        <w:t>і прагне зупинить тебе своєю гіркотою.</w:t>
      </w:r>
    </w:p>
    <w:p>
      <w:r>
        <w:br/>
        <w:t>* * *</w:t>
      </w:r>
    </w:p>
    <w:p>
      <w:r>
        <w:br/>
        <w:t>Пливуть над степом в мареві хрести,&lt;br /&gt;</w:t>
        <w:br/>
        <w:t>куди не глянь – усюди колір синій,&lt;br /&gt;</w:t>
        <w:br/>
        <w:t>і синіми здаються навіть тіні&lt;br /&gt;</w:t>
        <w:br/>
        <w:t>на мармурі могильної плити.&lt;br /&gt;</w:t>
        <w:br/>
        <w:t>Накрита хлібом чарка гіркоти&lt;br /&gt;</w:t>
        <w:br/>
        <w:t>і паска на простеленій хустині.&lt;br /&gt;</w:t>
        <w:br/>
        <w:t>Кущі бузку вже квітнуть де-не-де.&lt;br /&gt;</w:t>
        <w:br/>
        <w:t>Усміхнене обличчя молоде&lt;br /&gt;</w:t>
        <w:br/>
        <w:t>на мармурі. І згорблена роками,&lt;br /&gt;</w:t>
        <w:br/>
        <w:t>уже неначе горбик між горбками,&lt;br /&gt;</w:t>
        <w:br/>
        <w:t>чорніє постать...</w:t>
      </w:r>
    </w:p>
    <w:p>
      <w:r>
        <w:br/>
        <w:t>* * *</w:t>
      </w:r>
    </w:p>
    <w:p>
      <w:r>
        <w:br/>
        <w:t>Ні голосу Бога з неба,&lt;br /&gt;</w:t>
        <w:br/>
        <w:t>ні погляду звіра з хащі –&lt;br /&gt;</w:t>
        <w:br/>
        <w:t>нікого навколо тебе&lt;br /&gt;</w:t>
        <w:br/>
        <w:t>крім тебе, пропащого.</w:t>
      </w:r>
    </w:p>
    <w:p>
      <w:r>
        <w:br/>
        <w:t>Не страшно уже нічого.&lt;br /&gt;</w:t>
        <w:br/>
        <w:t>То звідки в душі тривога?&lt;br /&gt;</w:t>
        <w:br/>
        <w:t>Навколо ніде нікого&lt;br /&gt;</w:t>
        <w:br/>
        <w:t>ніде нікого,&lt;br /&gt;</w:t>
        <w:br/>
        <w:t>крім тебе&lt;br /&gt;</w:t>
        <w:br/>
        <w:t>собі чужого.</w:t>
      </w:r>
    </w:p>
    <w:p>
      <w:r>
        <w:br/>
        <w:t>* * *</w:t>
      </w:r>
    </w:p>
    <w:p>
      <w:r>
        <w:br/>
        <w:t>– Так сумно, бісе...&lt;br /&gt;</w:t>
        <w:br/>
        <w:t>– То чому ж не п’єш? –,&lt;br /&gt;</w:t>
        <w:br/>
        <w:t>шепоче біс,&lt;br /&gt;</w:t>
        <w:br/>
        <w:t>підсовуючи зілля, –&lt;br /&gt;</w:t>
        <w:br/>
        <w:t>– У понеділок&lt;br /&gt;</w:t>
        <w:br/>
        <w:t>все одно ж – похмілля,&lt;br /&gt;</w:t>
        <w:br/>
        <w:t>якщо до понеділка&lt;br /&gt;</w:t>
        <w:br/>
        <w:t>доживеш.</w:t>
      </w:r>
    </w:p>
    <w:p>
      <w:r>
        <w:br/>
        <w:t>* * *</w:t>
      </w:r>
    </w:p>
    <w:p>
      <w:r>
        <w:br/>
        <w:t>І жити неможливо,&lt;br /&gt;</w:t>
        <w:br/>
        <w:t>а живем&lt;br /&gt;</w:t>
        <w:br/>
        <w:t>і виживаєм навіть під ножем,&lt;br /&gt;</w:t>
        <w:br/>
        <w:t>і, голову схопивши в руки,&lt;br /&gt;</w:t>
        <w:br/>
        <w:t>вже й не дивуємося, ні,&lt;br /&gt;</w:t>
        <w:br/>
        <w:t>що в нас ні правди, ні науки,&lt;br /&gt;</w:t>
        <w:br/>
        <w:t>лише апостоли одні.</w:t>
      </w:r>
    </w:p>
    <w:p>
      <w:r>
        <w:br/>
        <w:t>Ох, неоднаково мені.</w:t>
      </w:r>
    </w:p>
    <w:p>
      <w:r>
        <w:br/>
        <w:t>* * *</w:t>
      </w:r>
    </w:p>
    <w:p>
      <w:r>
        <w:br/>
        <w:t>Не знаю, чому, все не те і не так,&lt;br /&gt;</w:t>
        <w:br/>
        <w:t>і хто я сьогодні – не знаю –&lt;br /&gt;</w:t>
        <w:br/>
        <w:t>і вільний неначе, і майже козак,&lt;br /&gt;</w:t>
        <w:br/>
        <w:t>хоч ніби козак за Дунаєм...</w:t>
      </w:r>
    </w:p>
    <w:p>
      <w:r>
        <w:br/>
        <w:t>То, може, ще випити "чарку, не більш",&lt;br /&gt;</w:t>
        <w:br/>
        <w:t>і не перейматись турботами,&lt;br /&gt;</w:t>
        <w:br/>
        <w:t>читаючи напис: "Надію облиш..."&lt;br /&gt;</w:t>
        <w:br/>
        <w:t>над золотими воротами.</w:t>
      </w:r>
    </w:p>
    <w:p>
      <w:r>
        <w:br/>
        <w:t>* * *</w:t>
      </w:r>
    </w:p>
    <w:p>
      <w:r>
        <w:br/>
        <w:t>Ми відновили Божий храм&lt;br /&gt;</w:t>
        <w:br/>
        <w:t>і сяють золотом ікони,&lt;br /&gt;</w:t>
        <w:br/>
        <w:t>мов прикрашаючи бедлам,&lt;br /&gt;</w:t>
        <w:br/>
        <w:t>що в наших душах і навколо.</w:t>
      </w:r>
    </w:p>
    <w:p>
      <w:r>
        <w:br/>
        <w:t>І вже, покаявшись сповна,&lt;br /&gt;</w:t>
        <w:br/>
        <w:t>смиренно просимо у Бога&lt;br /&gt;</w:t>
        <w:br/>
        <w:t>дарів, якими Сатана&lt;br /&gt;</w:t>
        <w:br/>
        <w:t>на грішну зманює дорогу.</w:t>
      </w:r>
    </w:p>
    <w:p>
      <w:r>
        <w:br/>
        <w:t>* * *</w:t>
      </w:r>
    </w:p>
    <w:p>
      <w:r>
        <w:br/>
        <w:t>Зазналися, не знаючи нічого.&lt;br /&gt;</w:t>
        <w:br/>
        <w:t>Ми тільки в яблуко, у таємницю Бога&lt;br /&gt;</w:t>
        <w:br/>
        <w:t>вповзли колись нахабно черв’яком,&lt;br /&gt;</w:t>
        <w:br/>
        <w:t>впиваючись молочними зубами&lt;br /&gt;</w:t>
        <w:br/>
        <w:t>у те, що мало прорости садами,&lt;br /&gt;</w:t>
        <w:br/>
        <w:t>і поточили в порох, і над нами&lt;br /&gt;</w:t>
        <w:br/>
        <w:t>із того пороху піднявсь Содом.</w:t>
      </w:r>
    </w:p>
    <w:p>
      <w:r>
        <w:br/>
        <w:t>* * *</w:t>
      </w:r>
    </w:p>
    <w:p>
      <w:r>
        <w:br/>
        <w:t>І перший ангел просурмив...</w:t>
      </w:r>
    </w:p>
    <w:p>
      <w:r>
        <w:br/>
        <w:t>І піднялась пітьма з пітьми,&lt;br /&gt;</w:t>
        <w:br/>
        <w:t>і наростає дрож у тілі,&lt;br /&gt;</w:t>
        <w:br/>
        <w:t>і море Київське шумить,&lt;br /&gt;</w:t>
        <w:br/>
        <w:t>і підійма, і котить хвилі&lt;br /&gt;</w:t>
        <w:br/>
        <w:t>числом 666.</w:t>
      </w:r>
    </w:p>
    <w:p>
      <w:r>
        <w:br/>
        <w:t>* * *</w:t>
      </w:r>
    </w:p>
    <w:p>
      <w:r>
        <w:br/>
        <w:t>Я прахом був, у прах вернуся...&lt;br /&gt;</w:t>
        <w:br/>
        <w:t>Але чи був?.. А що, як ні?..&lt;br /&gt;</w:t>
        <w:br/>
        <w:t>І все приснилося мені&lt;br /&gt;</w:t>
        <w:br/>
        <w:t>у віщім сні, який не збувся,&lt;br /&gt;</w:t>
        <w:br/>
        <w:t>який тривав коротку мить,&lt;br /&gt;</w:t>
        <w:br/>
        <w:t>клубився голубим туманом,&lt;br /&gt;</w:t>
        <w:br/>
        <w:t>у тому сні збирався жить,&lt;br /&gt;</w:t>
        <w:br/>
        <w:t>шукав якусь обітовану&lt;br /&gt;</w:t>
        <w:br/>
        <w:t>не день, не два – роки... роки...&lt;br /&gt;</w:t>
        <w:br/>
        <w:t>запам’яталися піски...&lt;br /&gt;</w:t>
        <w:br/>
        <w:t>піски... кістки... якась пустеля,&lt;br /&gt;</w:t>
        <w:br/>
        <w:t>якийсь пророк чи пустомеля...&lt;br /&gt;</w:t>
        <w:br/>
        <w:t>якесь майбутнє, що гряде,&lt;br /&gt;</w:t>
        <w:br/>
        <w:t>і знов піски... і рід за родом&lt;br /&gt;</w:t>
        <w:br/>
        <w:t>туди отарою бреде&lt;br /&gt;</w:t>
        <w:br/>
        <w:t>і звідти зграєю виходить...&lt;br /&gt;</w:t>
        <w:br/>
        <w:t>Пора (не треба вже нічого)&lt;br /&gt;</w:t>
        <w:br/>
        <w:t>оті крихти, що на майбуть,&lt;br /&gt;</w:t>
        <w:br/>
        <w:t>згребти рукою на підлогу,&lt;br /&gt;</w:t>
        <w:br/>
        <w:t>звільнити стіл, де покладут&lt;br /&gt;</w:t>
        <w:br/>
        <w:t>мене, готового в дорогу&lt;br /&gt;</w:t>
        <w:br/>
        <w:t>у ті ж піски... Де знов... кістки...&lt;br /&gt;</w:t>
        <w:br/>
        <w:t>Кістки по самий небокрай,&lt;br /&gt;</w:t>
        <w:br/>
        <w:t>овечі, вовчі і пророка,&lt;br /&gt;</w:t>
        <w:br/>
        <w:t>що шерхотить крізь вушко голки,&lt;br /&gt;</w:t>
        <w:br/>
        <w:t>пересипаючись у рай.</w:t>
      </w:r>
    </w:p>
    <w:p>
      <w:r>
        <w:br/>
        <w:t>* * *</w:t>
      </w:r>
    </w:p>
    <w:p>
      <w:r>
        <w:br/>
        <w:t>Маруся</w:t>
      </w:r>
    </w:p>
    <w:p>
      <w:r>
        <w:br/>
        <w:t>Уголь стонет и соль забелелась&lt;br /&gt;</w:t>
        <w:br/>
        <w:t>И железная воет руда.&lt;br /&gt;</w:t>
        <w:br/>
        <w:t>То над степью пустой загорелась&lt;br /&gt;</w:t>
        <w:br/>
        <w:t>Мне Америки новой звезда.</w:t>
      </w:r>
    </w:p>
    <w:p>
      <w:r>
        <w:br/>
        <w:t>А. Блок</w:t>
      </w:r>
    </w:p>
    <w:p>
      <w:r>
        <w:br/>
        <w:t>Надриваючись, стогне траса,&lt;br /&gt;</w:t>
        <w:br/>
        <w:t>удень і вночі шумить.&lt;br /&gt;</w:t>
        <w:br/>
        <w:t>І в часу немає часу&lt;br /&gt;</w:t>
        <w:br/>
        <w:t>зупинитися хоч на мить.&lt;br /&gt;</w:t>
        <w:br/>
        <w:t>На все твоя, Боже, милість.&lt;br /&gt;</w:t>
        <w:br/>
        <w:t>У пам’яті залишилось&lt;br /&gt;</w:t>
        <w:br/>
        <w:t>не все, що було, збулось,&lt;br /&gt;</w:t>
        <w:br/>
        <w:t>за спогадами моїми,&lt;br /&gt;</w:t>
        <w:br/>
        <w:t>як доля стоїть незримее&lt;br /&gt;</w:t>
        <w:br/>
        <w:t>і навіть не назване щось.&lt;br /&gt;</w:t>
        <w:br/>
        <w:t>Не розпустити плетива&lt;br /&gt;</w:t>
        <w:br/>
        <w:t>далеких подій і днів&lt;br /&gt;</w:t>
        <w:br/>
        <w:t>і все, що туман засклив,&lt;br /&gt;</w:t>
        <w:br/>
        <w:t>то відлунює шумом Лети,&lt;br /&gt;</w:t>
        <w:br/>
        <w:t>то мелодією без слів,&lt;br /&gt;</w:t>
        <w:br/>
        <w:t>то голосом безіменним&lt;br /&gt;</w:t>
        <w:br/>
        <w:t>долітає з пітьми до мене,&lt;br /&gt;</w:t>
        <w:br/>
        <w:t>та що я в пітьмі побачу&lt;br /&gt;</w:t>
        <w:br/>
        <w:t>в осіннім садку глухому,&lt;br /&gt;</w:t>
        <w:br/>
        <w:t>де, мов на плечі чужому,&lt;br /&gt;</w:t>
        <w:br/>
        <w:t>дощ безпритульний плаче?.&lt;br /&gt;</w:t>
        <w:br/>
        <w:t>То крона густої ночі&lt;br /&gt;</w:t>
        <w:br/>
        <w:t>платівкою зашерхоче, –&lt;br /&gt;</w:t>
        <w:br/>
        <w:t>і розмотується пітьма,</w:t>
      </w:r>
    </w:p>
    <w:p>
      <w:r>
        <w:br/>
        <w:t>і співає мені Маруся:&lt;br /&gt;</w:t>
        <w:br/>
        <w:t>"В мене чорних брів нема,&lt;br /&gt;</w:t>
        <w:br/>
        <w:t>та я не журюся"...</w:t>
      </w:r>
    </w:p>
    <w:p>
      <w:r>
        <w:br/>
        <w:t>Від терикону лише за крок&lt;br /&gt;</w:t>
        <w:br/>
        <w:t>безоглядно цвіте бузок!&lt;br /&gt;</w:t>
        <w:br/>
        <w:t>Вже приречений. Ще цвіте,&lt;br /&gt;</w:t>
        <w:br/>
        <w:t>пелюстками летить у степ.&lt;br /&gt;</w:t>
        <w:br/>
        <w:t>Гострі відблиски антрациту&lt;br /&gt;</w:t>
        <w:br/>
        <w:t>І скільки навколо цвіту,&lt;br /&gt;</w:t>
        <w:br/>
        <w:t>отої краси довкіл,&lt;br /&gt;</w:t>
        <w:br/>
        <w:t>що, певне, рятує бджіл.&lt;br /&gt;</w:t>
        <w:br/>
        <w:t>Тліє смердюча сірка.&lt;br /&gt;</w:t>
        <w:br/>
        <w:t>На копрі п’ятикутна зірка.&lt;br /&gt;</w:t>
        <w:br/>
        <w:t>А тії, що побачив Блок,&lt;br /&gt;</w:t>
        <w:br/>
        <w:t>ще не видно серед зірок.&lt;br /&gt;</w:t>
        <w:br/>
        <w:t>Та виспівують солов’ї&lt;br /&gt;</w:t>
        <w:br/>
        <w:t>і босотою ручаї&lt;br /&gt;</w:t>
        <w:br/>
        <w:t>аж вихлюпуються з ярків до Марусиних чобітків, і вдихають її духи&lt;br /&gt;</w:t>
        <w:br/>
        <w:t>аж до серця всі женихи.&lt;br /&gt;</w:t>
        <w:br/>
        <w:t>Райським яблуком червоніє&lt;br /&gt;</w:t>
        <w:br/>
        <w:t>той, хто зайнять не сміє,&lt;br /&gt;</w:t>
        <w:br/>
        <w:t>який не такий, як усі парубки,&lt;br /&gt;</w:t>
        <w:br/>
        <w:t>ховає в кишеню трепет руки,&lt;br /&gt;</w:t>
        <w:br/>
        <w:t>ніби шукаючи цигарки.&lt;br /&gt;</w:t>
        <w:br/>
        <w:t>Нарешті Марусю до танцю запрошує.&lt;br /&gt;</w:t>
        <w:br/>
        <w:t>А плаття Марусі в червоний горошок.&lt;br /&gt;</w:t>
        <w:br/>
        <w:t>Зупиниться погляд на горошині –&lt;br /&gt;</w:t>
        <w:br/>
        <w:t>і не заснути до третіх півнів.</w:t>
      </w:r>
    </w:p>
    <w:p>
      <w:r>
        <w:br/>
        <w:t>А в небі така блакить!&lt;br /&gt;</w:t>
        <w:br/>
        <w:t>І марево степом плине.&lt;br /&gt;</w:t>
        <w:br/>
        <w:t>Як соняшник, день стоїть&lt;br /&gt;</w:t>
        <w:br/>
        <w:t>в мареві по коліна.&lt;br /&gt;</w:t>
        <w:br/>
        <w:t>За хвилями хвилі сині,&lt;br /&gt;</w:t>
        <w:br/>
        <w:t>хоч кораблик майструй дитині&lt;br /&gt;</w:t>
        <w:br/>
        <w:t>і човен собі ладнай,&lt;br /&gt;</w:t>
        <w:br/>
        <w:t>націлившись за Дунай.&lt;br /&gt;</w:t>
        <w:br/>
        <w:t>Хоч там, у краї чужім,&lt;br /&gt;</w:t>
        <w:br/>
        <w:t>такі ж, як і тут, міражі,&lt;br /&gt;</w:t>
        <w:br/>
        <w:t>так само цвіте лопух&lt;br /&gt;</w:t>
        <w:br/>
        <w:t>і гнізда беззахисні у степу,&lt;br /&gt;</w:t>
        <w:br/>
        <w:t>так само кури під тинном&lt;br /&gt;</w:t>
        <w:br/>
        <w:t>гребуться біля дороги,&lt;br /&gt;</w:t>
        <w:br/>
        <w:t>і жайвір над вічним плином&lt;br /&gt;</w:t>
        <w:br/>
        <w:t>співа під вікном у Бога.</w:t>
      </w:r>
    </w:p>
    <w:p>
      <w:r>
        <w:br/>
        <w:t>Шумлять над Дінцем дуби&lt;br /&gt;</w:t>
        <w:br/>
        <w:t>як за Ігоревої доби,&lt;br /&gt;</w:t>
        <w:br/>
        <w:t>і хмара пливе багряна.&lt;br /&gt;</w:t>
        <w:br/>
        <w:t>І, ніби рядком Корана,&lt;br /&gt;</w:t>
        <w:br/>
        <w:t>над невірними грім гримить.&lt;br /&gt;</w:t>
        <w:br/>
        <w:t>Темніє. І дощ шумить,&lt;br /&gt;</w:t>
        <w:br/>
        <w:t>як військо, що за горбами&lt;br /&gt;</w:t>
        <w:br/>
        <w:t>поспішає напитись з Дону.</w:t>
      </w:r>
    </w:p>
    <w:p>
      <w:r>
        <w:br/>
        <w:t>І, змилувавшись над нами,&lt;br /&gt;</w:t>
        <w:br/>
        <w:t>Господь відчиняє рами&lt;br /&gt;</w:t>
        <w:br/>
        <w:t>і протягами озону&lt;br /&gt;</w:t>
        <w:br/>
        <w:t>провітрює димний степ,&lt;br /&gt;</w:t>
        <w:br/>
        <w:t>де вишня гільцем цвіте.</w:t>
      </w:r>
    </w:p>
    <w:p>
      <w:r>
        <w:br/>
        <w:t>І зібралося на весілля&lt;br /&gt;</w:t>
        <w:br/>
        <w:t>в їдальні все доокілля.&lt;br /&gt;</w:t>
        <w:br/>
        <w:t>Сидять, як зуб біля зуба,&lt;br /&gt;</w:t>
        <w:br/>
        <w:t>молоді прометеї і сонцеруби.&lt;br /&gt;</w:t>
        <w:br/>
        <w:t>І, ніби на "дошці пошани",&lt;br /&gt;</w:t>
        <w:br/>
        <w:t>на почесних місцях – ветерани.&lt;br /&gt;</w:t>
        <w:br/>
        <w:t>В костюмах, в поважній позі,&lt;br /&gt;</w:t>
        <w:br/>
        <w:t>при медалях і... силікозі.&lt;br /&gt;</w:t>
        <w:br/>
        <w:t>Парторг молодим вручив&lt;br /&gt;</w:t>
        <w:br/>
        <w:t>від квартири нової ключі.&lt;br /&gt;</w:t>
        <w:br/>
        <w:t>І подруги прошепотіли:&lt;br /&gt;</w:t>
        <w:br/>
        <w:t>– Це ж треба – так пощастило!</w:t>
      </w:r>
    </w:p>
    <w:p>
      <w:r>
        <w:br/>
        <w:t>І Марусі стало незручно.&lt;br /&gt;</w:t>
        <w:br/>
        <w:t>А доля все посміхалась&lt;br /&gt;</w:t>
        <w:br/>
        <w:t>і ніби&lt;br /&gt;</w:t>
        <w:br/>
        <w:t>на інший&lt;br /&gt;</w:t>
        <w:br/>
        <w:t>палець&lt;br /&gt;</w:t>
        <w:br/>
        <w:t>приміряла її обручку...</w:t>
      </w:r>
    </w:p>
    <w:p>
      <w:r>
        <w:br/>
        <w:t>Як новенька у небі зірка.&lt;br /&gt;</w:t>
        <w:br/>
        <w:t>Аж до зірки лунає "гірко"!&lt;br /&gt;</w:t>
        <w:br/>
        <w:t>І скриплять на копрі колеса,&lt;br /&gt;</w:t>
        <w:br/>
        <w:t>неначе в царство небесне&lt;br /&gt;</w:t>
        <w:br/>
        <w:t>до пролетарського раю&lt;br /&gt;</w:t>
        <w:br/>
        <w:t>історія підіймає, –&lt;br /&gt;</w:t>
        <w:br/>
        <w:t>і безугавно, вперто&lt;br /&gt;</w:t>
        <w:br/>
        <w:t>за вагонеткою вагонетка,&lt;br /&gt;</w:t>
        <w:br/>
        <w:t>вискиглюючи покору,&lt;br /&gt;</w:t>
        <w:br/>
        <w:t>териконом повзе угору,&lt;br /&gt;</w:t>
        <w:br/>
        <w:t>де звалює грім породи,&lt;br /&gt;</w:t>
        <w:br/>
        <w:t>що видовбав "цар" природи&lt;br /&gt;</w:t>
        <w:br/>
        <w:t>і підкорив нарешті&lt;br /&gt;</w:t>
        <w:br/>
        <w:t>все, що міг підкорить...</w:t>
      </w:r>
    </w:p>
    <w:p>
      <w:r>
        <w:br/>
        <w:t>Як тиша на очереті,&lt;br /&gt;</w:t>
        <w:br/>
        <w:t>шахтарське селище спить.&lt;br /&gt;</w:t>
        <w:br/>
        <w:t>І шерхотять листки,&lt;br /&gt;</w:t>
        <w:br/>
        <w:t>і кожен – на всі боки,&lt;br /&gt;</w:t>
        <w:br/>
        <w:t>і кожен з усіх боків&lt;br /&gt;</w:t>
        <w:br/>
        <w:t>ловить шурхіт листків.&lt;br /&gt;</w:t>
        <w:br/>
        <w:t>Спалахнули шиби осінні,&lt;br /&gt;</w:t>
        <w:br/>
        <w:t>заворушилися на траві&lt;br /&gt;</w:t>
        <w:br/>
        <w:t>і піднялися тіні,&lt;br /&gt;</w:t>
        <w:br/>
        <w:t>як волосся на голові.</w:t>
      </w:r>
    </w:p>
    <w:p>
      <w:r>
        <w:br/>
        <w:t>Стежками і навпрошки&lt;br /&gt;</w:t>
        <w:br/>
        <w:t>до шахти біжать жінки –&lt;br /&gt;</w:t>
        <w:br/>
        <w:t>не піднялася зміна,&lt;br /&gt;</w:t>
        <w:br/>
        <w:t>на шахті вночі обвал...&lt;br /&gt;</w:t>
        <w:br/>
        <w:t>І кожна чиясь дружина&lt;br /&gt;</w:t>
        <w:br/>
        <w:t>а, може, уже вдова&lt;br /&gt;</w:t>
        <w:br/>
        <w:t>на розгубленого парторга&lt;br /&gt;</w:t>
        <w:br/>
        <w:t>дивиться, як на Бога,&lt;br /&gt;</w:t>
        <w:br/>
        <w:t>і кожна з останніх сил&lt;br /&gt;</w:t>
        <w:br/>
        <w:t>просить: "Господи, пронеси&lt;br /&gt;</w:t>
        <w:br/>
        <w:t>наповнену чашу мимо"...&lt;br /&gt;</w:t>
        <w:br/>
        <w:t>Та не Бог стоїть перед ними.&lt;br /&gt;</w:t>
        <w:br/>
        <w:t>Байдуже годинник стука.&lt;br /&gt;</w:t>
        <w:br/>
        <w:t>І зараз...&lt;br /&gt;</w:t>
        <w:br/>
        <w:t>зараз...&lt;br /&gt;</w:t>
        <w:br/>
        <w:t>немов з гори&lt;br /&gt;</w:t>
        <w:br/>
        <w:t>Маруся впаде на руки&lt;br /&gt;</w:t>
        <w:br/>
        <w:t>молоденької медсестри.</w:t>
      </w:r>
    </w:p>
    <w:p>
      <w:r>
        <w:br/>
        <w:t>Загиблим – царство небесне.&lt;br /&gt;</w:t>
        <w:br/>
        <w:t>На могилах – огарки свіч.&lt;br /&gt;</w:t>
        <w:br/>
        <w:t>Над копром стугонять колеса,&lt;br /&gt;</w:t>
        <w:br/>
        <w:t>Крутяться день і ніч.&lt;br /&gt;</w:t>
        <w:br/>
        <w:t>Так з віку у вік щоденно&lt;br /&gt;</w:t>
        <w:br/>
        <w:t>крутилися веретена&lt;br /&gt;</w:t>
        <w:br/>
        <w:t>і в безпросвітні ночі&lt;br /&gt;</w:t>
        <w:br/>
        <w:t>ткали руки жіночі&lt;br /&gt;</w:t>
        <w:br/>
        <w:t>оту нерозривну нить,&lt;br /&gt;</w:t>
        <w:br/>
        <w:t>на якій колиска висить,&lt;br /&gt;</w:t>
        <w:br/>
        <w:t>не обриваючись по сьогодні.&lt;br /&gt;</w:t>
        <w:br/>
        <w:t>Все у руках Господніх.</w:t>
      </w:r>
    </w:p>
    <w:p>
      <w:r>
        <w:br/>
        <w:t>І Маруся своє відплакала&lt;br /&gt;</w:t>
        <w:br/>
        <w:t>до сльози у полин-траву.&lt;br /&gt;</w:t>
        <w:br/>
        <w:t>І забули всі удову.&lt;br /&gt;</w:t>
        <w:br/>
        <w:t>А над тире між датами,&lt;br /&gt;</w:t>
        <w:br/>
        <w:t>що на хресті чорніють,&lt;br /&gt;</w:t>
        <w:br/>
        <w:t>ніби інше ім’я –&lt;br /&gt;</w:t>
        <w:br/>
        <w:t>Марія.</w:t>
      </w:r>
    </w:p>
    <w:p>
      <w:r>
        <w:br/>
        <w:t>Дивлюсь на її лице&lt;br /&gt;</w:t>
        <w:br/>
        <w:t>і проступа з туману&lt;br /&gt;</w:t>
        <w:br/>
        <w:t>в дитячій руці гільце,&lt;br /&gt;</w:t>
        <w:br/>
        <w:t>що, як іній, на гілці тане...</w:t>
      </w:r>
    </w:p>
    <w:p>
      <w:r>
        <w:br/>
        <w:t>На все твоя, Боже, милість.&lt;br /&gt;</w:t>
        <w:br/>
        <w:t>У пам’яті залишилось&lt;br /&gt;</w:t>
        <w:br/>
        <w:t>не все, що було, збулось,&lt;br /&gt;</w:t>
        <w:br/>
        <w:t>над спогадами моїми&lt;br /&gt;</w:t>
        <w:br/>
        <w:t>як музика – щось незримее&lt;br /&gt;</w:t>
        <w:br/>
        <w:t>і навіть не назване щось.&lt;br /&gt;</w:t>
        <w:br/>
        <w:t>Тьмяніють знайомих лиця,&lt;br /&gt;</w:t>
        <w:br/>
        <w:t>події переплелися,&lt;br /&gt;</w:t>
        <w:br/>
        <w:t>і всі голоси злилися&lt;br /&gt;</w:t>
        <w:br/>
        <w:t>у хорі, в якім не тісно,&lt;br /&gt;</w:t>
        <w:br/>
        <w:t>хоч кожен своє співає,&lt;br /&gt;</w:t>
        <w:br/>
        <w:t>і кожному добре в пісні,&lt;br /&gt;</w:t>
        <w:br/>
        <w:t>як там, де його немає.</w:t>
      </w:r>
    </w:p>
    <w:p>
      <w:r>
        <w:br/>
        <w:t>І наче на браму раю&lt;br /&gt;</w:t>
        <w:br/>
        <w:t>оглядаюся я назад –&lt;br /&gt;</w:t>
        <w:br/>
        <w:t>і наплива сльоза,&lt;br /&gt;</w:t>
        <w:br/>
        <w:t>напливає та не проллється –&lt;br /&gt;</w:t>
        <w:br/>
        <w:t>повертається знов до серця&lt;br /&gt;</w:t>
        <w:br/>
        <w:t>солоною, як була...</w:t>
      </w:r>
    </w:p>
    <w:p>
      <w:r>
        <w:br/>
        <w:t>Забіліла, як сіль ковила,&lt;br /&gt;</w:t>
        <w:br/>
        <w:t>надриваючись, стогне траса,&lt;br /&gt;</w:t>
        <w:br/>
        <w:t>удень і вночі шумить.&lt;br /&gt;</w:t>
        <w:br/>
        <w:t>І в часу немає часу&lt;br /&gt;</w:t>
        <w:br/>
        <w:t>зупинитися хоч на мить.&lt;br /&gt;</w:t>
        <w:br/>
        <w:t>Териконом так само вперто&lt;br /&gt;</w:t>
        <w:br/>
        <w:t>за вагонеткою вагонетка,&lt;br /&gt;</w:t>
        <w:br/>
        <w:t>вискиглюючи покору,&lt;br /&gt;</w:t>
        <w:br/>
        <w:t>тягне породу вгору,</w:t>
      </w:r>
    </w:p>
    <w:p>
      <w:r>
        <w:br/>
        <w:t>і тліє так само сірка,&lt;br /&gt;</w:t>
        <w:br/>
        <w:t>і п’ятикутна зірка&lt;br /&gt;</w:t>
        <w:br/>
        <w:t>на тім же копрі не меркне,&lt;br /&gt;</w:t>
        <w:br/>
        <w:t>і той же смог і туман.&lt;br /&gt;</w:t>
        <w:br/>
        <w:t>І ні нової Америки,&lt;br /&gt;</w:t>
        <w:br/>
        <w:t>ні України іще нема.&lt;br /&gt;</w:t>
        <w:br/>
        <w:t>Від хмар велетенські тіні&lt;br /&gt;</w:t>
        <w:br/>
        <w:t>пливуть по траві осінній&lt;br /&gt;</w:t>
        <w:br/>
        <w:t>і вісниками без вісті&lt;br /&gt;</w:t>
        <w:br/>
        <w:t>зникають в степу імлистім.</w:t>
      </w:r>
    </w:p>
    <w:p>
      <w:r>
        <w:br/>
        <w:t>* * *</w:t>
      </w:r>
    </w:p>
    <w:p>
      <w:r>
        <w:br/>
        <w:t>Іще твій сон біля вікон&lt;br /&gt;</w:t>
        <w:br/>
        <w:t>і ти, як сон, який нізвідки,&lt;br /&gt;</w:t>
        <w:br/>
        <w:t>усміхнений, як був вві сні,&lt;br /&gt;</w:t>
        <w:br/>
        <w:t>тому що сонце у вікні&lt;br /&gt;</w:t>
        <w:br/>
        <w:t>промінням зігріва повіки,&lt;br /&gt;</w:t>
        <w:br/>
        <w:t>ледь-ледь торкаючись чола,&lt;br /&gt;</w:t>
        <w:br/>
        <w:t>і золота кружля бджола,&lt;br /&gt;</w:t>
        <w:br/>
        <w:t>яку ти бачиш крізь повіки.&lt;br /&gt;</w:t>
        <w:br/>
        <w:t>І не розплющуєш повік,&lt;br /&gt;</w:t>
        <w:br/>
        <w:t>аби цей сон, як сон, не зник.</w:t>
      </w:r>
    </w:p>
    <w:p>
      <w:r>
        <w:br/>
        <w:t>Та і не хочеться у світ,&lt;br /&gt;</w:t>
        <w:br/>
        <w:t>де, знаєш, не працює ліфт&lt;br /&gt;</w:t>
        <w:br/>
        <w:t>і знову – через чорний хід&lt;br /&gt;</w:t>
        <w:br/>
        <w:t>по сходинках, де п’ють дебіли,&lt;br /&gt;</w:t>
        <w:br/>
        <w:t>де йде у темряві свіча,&lt;br /&gt;</w:t>
        <w:br/>
        <w:t>бо вже давно перегоріла&lt;br /&gt;</w:t>
        <w:br/>
        <w:t>лампочка Ілліча,&lt;br /&gt;</w:t>
        <w:br/>
        <w:t>а кожне, що у двір, вікно&lt;br /&gt;</w:t>
        <w:br/>
        <w:t>замурувала, теж давно,&lt;br /&gt;</w:t>
        <w:br/>
        <w:t>і до наступного потопу&lt;br /&gt;</w:t>
        <w:br/>
        <w:t>міцна робочого рука,&lt;br /&gt;</w:t>
        <w:br/>
        <w:t>тож і не видно ні Європи,&lt;br /&gt;</w:t>
        <w:br/>
        <w:t>ні сходинок, ні смітника,&lt;br /&gt;</w:t>
        <w:br/>
        <w:t>який усюди під ногами,&lt;br /&gt;</w:t>
        <w:br/>
        <w:t>і ми вітаємось лобами&lt;br /&gt;</w:t>
        <w:br/>
        <w:t>та так, що іскра Ілліча&lt;br /&gt;</w:t>
        <w:br/>
        <w:t>засвічує вогонь в очах&lt;br /&gt;</w:t>
        <w:br/>
        <w:t>і в "ліхтарях" на наших ликах...</w:t>
      </w:r>
    </w:p>
    <w:p>
      <w:r>
        <w:br/>
        <w:t>Та на розплющених повіках,&lt;br /&gt;</w:t>
        <w:br/>
        <w:t>що розімліли від тепла,&lt;br /&gt;</w:t>
        <w:br/>
        <w:t>та ж сама топчеться бджола,&lt;br /&gt;</w:t>
        <w:br/>
        <w:t>щось намагається знайти&lt;br /&gt;</w:t>
        <w:br/>
        <w:t>у чашах, повних гіркоти.&lt;br /&gt;</w:t>
        <w:br/>
        <w:t>Думки літають навмання,&lt;br /&gt;</w:t>
        <w:br/>
        <w:t>як ще до яблука і до знання,&lt;br /&gt;</w:t>
        <w:br/>
        <w:t>до хліба нашого гіркого,&lt;br /&gt;</w:t>
        <w:br/>
        <w:t>що ми ж і сіємо, і жнем,&lt;br /&gt;</w:t>
        <w:br/>
        <w:t>і "даждь нам.." просимо у Бога,&lt;br /&gt;</w:t>
        <w:br/>
        <w:t>та з рук диявола берем&lt;br /&gt;</w:t>
        <w:br/>
        <w:t>ще й кланяємось без кінця,&lt;br /&gt;</w:t>
        <w:br/>
        <w:t>жахаючись свого лиця,&lt;br /&gt;</w:t>
        <w:br/>
        <w:t>в яке плює не тільки час.&lt;br /&gt;</w:t>
        <w:br/>
        <w:t>І туманіє в нашім полі,&lt;br /&gt;</w:t>
        <w:br/>
        <w:t>де є свобода, та без волі,&lt;br /&gt;</w:t>
        <w:br/>
        <w:t>і воля є, та не для нас.</w:t>
      </w:r>
    </w:p>
    <w:p>
      <w:r>
        <w:br/>
        <w:t>Оце лише і вільна мить!&lt;br /&gt;</w:t>
        <w:br/>
        <w:t>Літай, допоки сонна доля,&lt;br /&gt;</w:t>
        <w:br/>
        <w:t>допоки ще в дорозі вість&lt;br /&gt;</w:t>
        <w:br/>
        <w:t>із Дикого твойого поля.</w:t>
      </w:r>
    </w:p>
    <w:p>
      <w:r>
        <w:br/>
        <w:t>Літай над темінню, над виром,&lt;br /&gt;</w:t>
        <w:br/>
        <w:t>який затягує на дно,&lt;br /&gt;</w:t>
        <w:br/>
        <w:t>де всім, хто не міняє шкіри,&lt;br /&gt;</w:t>
        <w:br/>
        <w:t>її здирають все одно.</w:t>
      </w:r>
    </w:p>
    <w:p>
      <w:r>
        <w:br/>
        <w:t>Літай, допоки ти не плоть,&lt;br /&gt;</w:t>
        <w:br/>
        <w:t>не здобич здирників і тліну,&lt;br /&gt;</w:t>
        <w:br/>
        <w:t>а тільки те, що твій Господь&lt;br /&gt;</w:t>
        <w:br/>
        <w:t>вдихнув довірливо у глину.</w:t>
      </w:r>
    </w:p>
    <w:p>
      <w:r>
        <w:br/>
        <w:t>Аби воно, твоє земнее&lt;br /&gt;</w:t>
        <w:br/>
        <w:t>єство не втратило надій,&lt;br /&gt;</w:t>
        <w:br/>
        <w:t>що пелюстково спалахне&lt;br /&gt;</w:t>
        <w:br/>
        <w:t>зернятко макове над і.</w:t>
      </w:r>
    </w:p>
    <w:p>
      <w:r>
        <w:br/>
        <w:t>* * *</w:t>
      </w:r>
    </w:p>
    <w:p>
      <w:r>
        <w:br/>
        <w:t>Нарешті в горлівській газеті&lt;br /&gt;</w:t>
        <w:br/>
        <w:t>сторінка з віршами поетів,&lt;br /&gt;</w:t>
        <w:br/>
        <w:t>і ми святкуєм в ресторані&lt;br /&gt;</w:t>
        <w:br/>
        <w:t>від слави збуджені і п’яні.</w:t>
      </w:r>
    </w:p>
    <w:p>
      <w:r>
        <w:br/>
        <w:t>Мій друг Володя Яловецький,&lt;br /&gt;</w:t>
        <w:br/>
        <w:t>можливо циган, може грек,&lt;br /&gt;</w:t>
        <w:br/>
        <w:t>а може, українець грецький –&lt;br /&gt;</w:t>
        <w:br/>
        <w:t>із дитбудинку, згодом – зек&lt;br /&gt;</w:t>
        <w:br/>
        <w:t>(працює нині кочегаром)&lt;br /&gt;</w:t>
        <w:br/>
        <w:t>читає, дихаючи жаром,&lt;br /&gt;</w:t>
        <w:br/>
        <w:t>і так, що Горлівка ус&lt;br /&gt;</w:t>
        <w:br/>
        <w:t>за-слу-ха-ла-ся!</w:t>
      </w:r>
    </w:p>
    <w:p>
      <w:r>
        <w:br/>
        <w:t>А за Володею всі інші&lt;br /&gt;</w:t>
        <w:br/>
        <w:t>свої нові читають вірші,&lt;br /&gt;</w:t>
        <w:br/>
        <w:t>і підійма натхнення сила&lt;br /&gt;</w:t>
        <w:br/>
        <w:t>тугі над Летою вітрила.</w:t>
      </w:r>
    </w:p>
    <w:p>
      <w:r>
        <w:br/>
        <w:t>Стіна дзеркальна відбива&lt;br /&gt;</w:t>
        <w:br/>
        <w:t>всі наші жести і слова,&lt;br /&gt;</w:t>
        <w:br/>
        <w:t>і нашу молодість, і вірші,&lt;br /&gt;</w:t>
        <w:br/>
        <w:t>і нас неначе вдвічі більше.&lt;br /&gt;</w:t>
        <w:br/>
        <w:t>І стільки волі для думок!&lt;br /&gt;</w:t>
        <w:br/>
        <w:t>І, нахилившись, Яловецький&lt;br /&gt;</w:t>
        <w:br/>
        <w:t>уже, як класик, на салфетці&lt;br /&gt;</w:t>
        <w:br/>
        <w:t>новий записує рядок,&lt;br /&gt;</w:t>
        <w:br/>
        <w:t>щоб непрочитаним не зник.&lt;br /&gt;</w:t>
        <w:br/>
        <w:t>Встає. І плечі розпрямляє,&lt;br /&gt;</w:t>
        <w:br/>
        <w:t>і вкотре басом замовляє&lt;br /&gt;</w:t>
        <w:br/>
        <w:t>по сто і "Пісню про рушник".</w:t>
      </w:r>
    </w:p>
    <w:p>
      <w:r>
        <w:br/>
        <w:t>Приємно навіть відчувати,&lt;br /&gt;</w:t>
        <w:br/>
        <w:t>що підслуховують тебе,&lt;br /&gt;</w:t>
        <w:br/>
        <w:t>якому зараз наплювати&lt;br /&gt;</w:t>
        <w:br/>
        <w:t>на все радянське КДБ.&lt;br /&gt;</w:t>
        <w:br/>
        <w:t>Ми ще не відаєм, кого там&lt;br /&gt;</w:t>
        <w:br/>
        <w:t>перефарбують в чорну масть,&lt;br /&gt;</w:t>
        <w:br/>
        <w:t>хто душу чортові продасть,&lt;br /&gt;</w:t>
        <w:br/>
        <w:t>а хто її проп’є із чортом.</w:t>
      </w:r>
    </w:p>
    <w:p>
      <w:r>
        <w:br/>
        <w:t>В очах у кожного жарина,&lt;br /&gt;</w:t>
        <w:br/>
        <w:t>що спалахне – і все життя,&lt;br /&gt;</w:t>
        <w:br/>
        <w:t>можливо, завтра безпуття&lt;br /&gt;</w:t>
        <w:br/>
        <w:t>згорить... усе... до соломини.&lt;br /&gt;</w:t>
        <w:br/>
        <w:t>Але таких думок нема.</w:t>
      </w:r>
    </w:p>
    <w:p>
      <w:r>
        <w:br/>
        <w:t>П’ємо за дружбу зокрема,&lt;br /&gt;</w:t>
        <w:br/>
        <w:t>то за Сосюру, то за Блока...&lt;br /&gt;</w:t>
        <w:br/>
        <w:t>і душу музика висока,&lt;br /&gt;</w:t>
        <w:br/>
        <w:t>як ангел, в небо підійма...</w:t>
      </w:r>
    </w:p>
    <w:p>
      <w:r>
        <w:br/>
        <w:t>А біля столу, як вітрило,&lt;br /&gt;</w:t>
        <w:br/>
        <w:t>звисає щось відносно біле&lt;br /&gt;</w:t>
        <w:br/>
        <w:t>і непрасоване давно,&lt;br /&gt;</w:t>
        <w:br/>
        <w:t>яким завісили вікно&lt;br /&gt;</w:t>
        <w:br/>
        <w:t>і ту весну, що за вікном&lt;br /&gt;</w:t>
        <w:br/>
        <w:t>не помолилась перед сном...</w:t>
      </w:r>
    </w:p>
    <w:p>
      <w:r>
        <w:br/>
        <w:t>В пітьму розсипалися кроки,&lt;br /&gt;</w:t>
        <w:br/>
        <w:t>урвалась музика висока,&lt;br /&gt;</w:t>
        <w:br/>
        <w:t>і пристрасті одвирували –&lt;br /&gt;</w:t>
        <w:br/>
        <w:t>той скурвився, того зламали...&lt;br /&gt;</w:t>
        <w:br/>
        <w:t>І залишилось від поетів&lt;br /&gt;</w:t>
        <w:br/>
        <w:t>лиш кілька віршів у газеті.</w:t>
      </w:r>
    </w:p>
    <w:p>
      <w:r>
        <w:br/>
        <w:t>А як і скільки б написали,&lt;br /&gt;</w:t>
        <w:br/>
        <w:t>коли б той час, той сон, той вік&lt;br /&gt;</w:t>
        <w:br/>
        <w:t>замовить знов, як замовляли&lt;br /&gt;</w:t>
        <w:br/>
        <w:t>по сто і "Пісню про рушник"?..</w:t>
      </w:r>
    </w:p>
    <w:p>
      <w:r>
        <w:br/>
        <w:t>* * *</w:t>
      </w:r>
    </w:p>
    <w:p>
      <w:r>
        <w:br/>
        <w:t>Як з вирію, біліє наша хата,&lt;br /&gt;</w:t>
        <w:br/>
        <w:t>густий бузок синіє при вікні&lt;br /&gt;</w:t>
        <w:br/>
        <w:t>і листям, як губами немовлята,&lt;br /&gt;</w:t>
        <w:br/>
        <w:t>перебирає у солодкім сні.</w:t>
      </w:r>
    </w:p>
    <w:p>
      <w:r>
        <w:br/>
        <w:t>І розв’язала вузлики бруньок&lt;br /&gt;</w:t>
        <w:br/>
        <w:t>старенька вишня, і старий садок&lt;br /&gt;</w:t>
        <w:br/>
        <w:t>мов у далеку юність повернувся.&lt;br /&gt;</w:t>
        <w:br/>
        <w:t>А до біленьких вузликів спішать&lt;br /&gt;</w:t>
        <w:br/>
        <w:t>джмелі і бджоли, і моя душа,&lt;br /&gt;</w:t>
        <w:br/>
        <w:t>якій запахло пряником бабусі.</w:t>
      </w:r>
    </w:p>
    <w:p>
      <w:r>
        <w:br/>
        <w:t>А на мотузці підсиха прання&lt;br /&gt;</w:t>
        <w:br/>
        <w:t>і тінь свою від себе відганя,&lt;br /&gt;</w:t>
        <w:br/>
        <w:t>не вперше намагаючись злетіти&lt;br /&gt;</w:t>
        <w:br/>
        <w:t>над світом, над прищіпками всіма&lt;br /&gt;</w:t>
        <w:br/>
        <w:t>і ловить рукавом сорочки вітер,&lt;br /&gt;</w:t>
        <w:br/>
        <w:t>як над конем, холошу підійма.</w:t>
      </w:r>
    </w:p>
    <w:p>
      <w:r>
        <w:br/>
        <w:t>А вітер скаче садом навпрошки&lt;br /&gt;</w:t>
        <w:br/>
        <w:t>і струшує на себе пелюстки,&lt;br /&gt;</w:t>
        <w:br/>
        <w:t>що зірочками в нього на боках&lt;br /&gt;</w:t>
        <w:br/>
        <w:t>замерехтіли, як у рисака,&lt;br /&gt;</w:t>
        <w:br/>
        <w:t>що вже промчав – і тільки дзвін у вусі,&lt;br /&gt;</w:t>
        <w:br/>
        <w:t>і тільки запах пряника бабусі.</w:t>
      </w:r>
    </w:p>
    <w:p>
      <w:r>
        <w:br/>
        <w:t>* * *</w:t>
      </w:r>
    </w:p>
    <w:p>
      <w:r>
        <w:br/>
        <w:t>...І скрипнувши дверима, даленіє&lt;br /&gt;</w:t>
        <w:br/>
        <w:t>іще непевним кроком за дверми...&lt;br /&gt;</w:t>
        <w:br/>
        <w:t>Невже і ти?., невже і ти, надіє,&lt;br /&gt;</w:t>
        <w:br/>
        <w:t>ось так... із хати... в переддень зими?</w:t>
      </w:r>
    </w:p>
    <w:p>
      <w:r>
        <w:br/>
        <w:t>А що лишаєш приспаним лукаво?&lt;br /&gt;</w:t>
        <w:br/>
        <w:t>синицю в небі, костур у руці&lt;br /&gt;</w:t>
        <w:br/>
        <w:t>та суєту сіреньких горобців,&lt;br /&gt;</w:t>
        <w:br/>
        <w:t>та саду чорноту кістляву,</w:t>
      </w:r>
    </w:p>
    <w:p>
      <w:r>
        <w:br/>
        <w:t>розкидане каміння та руїну,&lt;br /&gt;</w:t>
        <w:br/>
        <w:t>та вічне павутиння у кутку,&lt;br /&gt;</w:t>
        <w:br/>
        <w:t>та вишитих на білім рушнику&lt;br /&gt;</w:t>
        <w:br/>
        <w:t>двох півників, що б’ються за зернину,</w:t>
      </w:r>
    </w:p>
    <w:p>
      <w:r>
        <w:br/>
        <w:t>та непроглядь державної імли,&lt;br /&gt;</w:t>
        <w:br/>
        <w:t>де Україна бакенами блима,&lt;br /&gt;</w:t>
        <w:br/>
        <w:t>щоб навіть не подякувавши, мимо&lt;br /&gt;</w:t>
        <w:br/>
        <w:t>варяги й греки з певністю пливли.</w:t>
      </w:r>
    </w:p>
    <w:p>
      <w:r>
        <w:br/>
        <w:t>* * *</w:t>
      </w:r>
    </w:p>
    <w:p>
      <w:r>
        <w:br/>
        <w:t>У Києві сніг і над Києвом сніг,&lt;br /&gt;</w:t>
        <w:br/>
        <w:t>під снігом глухе бездоріжжя доріг.&lt;br /&gt;</w:t>
        <w:br/>
        <w:t>У білій імлі розчинилися крони,&lt;br /&gt;</w:t>
        <w:br/>
        <w:t>від міста лишилися тільки вогні,&lt;br /&gt;</w:t>
        <w:br/>
        <w:t>і Київ так легко вмирає вві сні&lt;br /&gt;</w:t>
        <w:br/>
        <w:t>під мертві Софіївські дзвони.</w:t>
      </w:r>
    </w:p>
    <w:p>
      <w:r>
        <w:br/>
        <w:t>Клоччя агіток звисають на брамі,&lt;br /&gt;</w:t>
        <w:br/>
        <w:t>в неонових спалахах сліпнуть сніги,&lt;br /&gt;</w:t>
        <w:br/>
        <w:t>і ніби повії, реклама рекламі,&lt;br /&gt;</w:t>
        <w:br/>
        <w:t>вітрина вітрині&lt;br /&gt;</w:t>
        <w:br/>
        <w:t>моргають з нудьги.</w:t>
      </w:r>
    </w:p>
    <w:p>
      <w:r>
        <w:br/>
        <w:t>Місяць з-за хмари розгублено визирне,&lt;br /&gt;</w:t>
        <w:br/>
        <w:t>і переливчата снігу блакить&lt;br /&gt;</w:t>
        <w:br/>
        <w:t>над бездоріжжям доріг мерехтить,&lt;br /&gt;</w:t>
        <w:br/>
        <w:t>неначе запівніч екран телевізора,&lt;br /&gt;</w:t>
        <w:br/>
        <w:t>де вісті останні і наше кіно&lt;br /&gt;</w:t>
        <w:br/>
        <w:t>уже прокрутили давним-давно,</w:t>
      </w:r>
    </w:p>
    <w:p>
      <w:r>
        <w:br/>
        <w:t>і все відбулось... А від "виру подій"&lt;br /&gt;</w:t>
        <w:br/>
        <w:t>одні лише дати, одні лише дати,&lt;br /&gt;</w:t>
        <w:br/>
        <w:t>як низка ключів од порожньої хати,&lt;br /&gt;</w:t>
        <w:br/>
        <w:t>в якій ти прожив на землі не своїй.</w:t>
      </w:r>
    </w:p>
    <w:p>
      <w:r>
        <w:br/>
        <w:t>Клоччя афіші звисають на брамі,&lt;br /&gt;</w:t>
        <w:br/>
        <w:t>і падає сніг, і така тишина,&lt;br /&gt;</w:t>
        <w:br/>
        <w:t>немов перед дійством у київській драмі,&lt;br /&gt;</w:t>
        <w:br/>
        <w:t>а, може, трагедії – хто його зна...</w:t>
      </w:r>
    </w:p>
    <w:p>
      <w:r>
        <w:br/>
        <w:t>І, може, сьогодні, а, може, у середу...&lt;br /&gt;</w:t>
        <w:br/>
        <w:t>Чекання, як мати, стоїть у вікні.&lt;br /&gt;</w:t>
        <w:br/>
        <w:t>І все ще попереду, все ще попереду,&lt;br /&gt;</w:t>
        <w:br/>
        <w:t>як в ніч новорічну...&lt;br /&gt;</w:t>
        <w:br/>
        <w:t>І падає сніг...</w:t>
      </w:r>
    </w:p>
    <w:p>
      <w:r>
        <w:br/>
        <w:t>На Банковій тиша. Біліють будівлі.&lt;br /&gt;</w:t>
        <w:br/>
        <w:t>Намети в снігу. І Хрещатик завмер,&lt;br /&gt;</w:t>
        <w:br/>
        <w:t>немов дослухаючись музики сфер,&lt;br /&gt;</w:t>
        <w:br/>
        <w:t>яка передує і хору, і дії...</w:t>
      </w:r>
    </w:p>
    <w:p>
      <w:r>
        <w:br/>
        <w:t>* * *</w:t>
      </w:r>
    </w:p>
    <w:p>
      <w:r>
        <w:br/>
        <w:t>Який порив! Якої сили!&lt;br /&gt;</w:t>
        <w:br/>
        <w:t>Мітингували, говорили&lt;br /&gt;</w:t>
        <w:br/>
        <w:t>до сліз, до самозабуття&lt;br /&gt;</w:t>
        <w:br/>
        <w:t>і повертались, як на крилах&lt;br /&gt;</w:t>
        <w:br/>
        <w:t>із того мітингу в життя&lt;br /&gt;</w:t>
        <w:br/>
        <w:t>у сподіванні – щось та буде...&lt;br /&gt;</w:t>
        <w:br/>
        <w:t>Й за те, що буде, налили,&lt;br /&gt;</w:t>
        <w:br/>
        <w:t>адже не випить не могли,&lt;br /&gt;</w:t>
        <w:br/>
        <w:t>бо лікувались від простуди...</w:t>
      </w:r>
    </w:p>
    <w:p>
      <w:r>
        <w:br/>
        <w:t>А вранці глянув чоловік –&lt;br /&gt;</w:t>
        <w:br/>
        <w:t>а за вікном той самий вік,&lt;br /&gt;</w:t>
        <w:br/>
        <w:t>немитий посуд, крихти хліба,&lt;br /&gt;</w:t>
        <w:br/>
        <w:t>і день заплаканий і шиба,&lt;br /&gt;</w:t>
        <w:br/>
        <w:t>і по душі шкребе двірник,&lt;br /&gt;</w:t>
        <w:br/>
        <w:t>який – хоч важко на похмілля –&lt;br /&gt;</w:t>
        <w:br/>
        <w:t>про наше дбаючи життя,&lt;br /&gt;</w:t>
        <w:br/>
        <w:t>слизький полій присипав сіллю,&lt;br /&gt;</w:t>
        <w:br/>
        <w:t>підмів накидане сміття&lt;br /&gt;</w:t>
        <w:br/>
        <w:t>і нахиливсь – його канудить.</w:t>
      </w:r>
    </w:p>
    <w:p>
      <w:r>
        <w:br/>
        <w:t>Два пальці в рот –&lt;br /&gt;</w:t>
        <w:br/>
        <w:t>і легше буде.</w:t>
      </w:r>
    </w:p>
    <w:p>
      <w:r>
        <w:br/>
        <w:t>* * *</w:t>
      </w:r>
    </w:p>
    <w:p>
      <w:r>
        <w:br/>
        <w:t>Було... і вже за видноколом,&lt;br /&gt;</w:t>
        <w:br/>
        <w:t>і тільки золото стерні&lt;br /&gt;</w:t>
        <w:br/>
        <w:t>та синє марево над полем,&lt;br /&gt;</w:t>
        <w:br/>
        <w:t>та постать жінки вдалині.</w:t>
      </w:r>
    </w:p>
    <w:p>
      <w:r>
        <w:br/>
        <w:t>Все пересохло, аж димить.&lt;br /&gt;</w:t>
        <w:br/>
        <w:t>І синя бабка – тільки очі –&lt;br /&gt;</w:t>
        <w:br/>
        <w:t>вже безтілесно мерехтить&lt;br /&gt;</w:t>
        <w:br/>
        <w:t>і невідомо, чим шерхоче.</w:t>
      </w:r>
    </w:p>
    <w:p>
      <w:r>
        <w:br/>
        <w:t>На вітрі туга журавлинна,&lt;br /&gt;</w:t>
        <w:br/>
        <w:t>і в серці голка натяка,&lt;br /&gt;</w:t>
        <w:br/>
        <w:t>що вже і ниточка тонка&lt;br /&gt;</w:t>
        <w:br/>
        <w:t>і нетривка, як павутина.</w:t>
      </w:r>
    </w:p>
    <w:p>
      <w:r>
        <w:br/>
        <w:t>Та нелиняючу блакить&lt;br /&gt;</w:t>
        <w:br/>
        <w:t>перелива над полем спека,&lt;br /&gt;</w:t>
        <w:br/>
        <w:t>і там, за маревом, далеко&lt;br /&gt;</w:t>
        <w:br/>
        <w:t>жіноча постать ще стоїть,&lt;br /&gt;</w:t>
        <w:br/>
        <w:t>як за сльозою... Так далеко,&lt;br /&gt;</w:t>
        <w:br/>
        <w:t>що і не видно, хто стоїть.</w:t>
      </w:r>
    </w:p>
    <w:p>
      <w:r>
        <w:br/>
        <w:t>* * *</w:t>
      </w:r>
    </w:p>
    <w:p>
      <w:r>
        <w:br/>
        <w:t>Все глибшає осінь,&lt;br /&gt;</w:t>
        <w:br/>
        <w:t>все глибшає тиша,&lt;br /&gt;</w:t>
        <w:br/>
        <w:t>якої не відав&lt;br /&gt;</w:t>
        <w:br/>
        <w:t>ні ранок мудріший,&lt;br /&gt;</w:t>
        <w:br/>
        <w:t>ні літо, якому&lt;br /&gt;</w:t>
        <w:br/>
        <w:t>над вухом бджола&lt;br /&gt;</w:t>
        <w:br/>
        <w:t>своє відбриніла,&lt;br /&gt;</w:t>
        <w:br/>
        <w:t>своє відгула.</w:t>
      </w:r>
    </w:p>
    <w:p>
      <w:r>
        <w:br/>
        <w:t>Все глибшає тиша.&lt;br /&gt;</w:t>
        <w:br/>
        <w:t>Садок порідів,&lt;br /&gt;</w:t>
        <w:br/>
        <w:t>і листя спливло,&lt;br /&gt;</w:t>
        <w:br/>
        <w:t>наче хліб по воді.</w:t>
      </w:r>
    </w:p>
    <w:p>
      <w:r>
        <w:br/>
        <w:t>Волого чорніє&lt;br /&gt;</w:t>
        <w:br/>
        <w:t>знайома дорога,&lt;br /&gt;</w:t>
        <w:br/>
        <w:t>яку не пройти,&lt;br /&gt;</w:t>
        <w:br/>
        <w:t>не спіткнувшись об спогад.</w:t>
      </w:r>
    </w:p>
    <w:p>
      <w:r>
        <w:br/>
        <w:t>То ясен старий,&lt;br /&gt;</w:t>
        <w:br/>
        <w:t>то гніздо між гілок,&lt;br /&gt;</w:t>
        <w:br/>
        <w:t>то друга вікно&lt;br /&gt;</w:t>
        <w:br/>
        <w:t>уповільнюють крок,</w:t>
      </w:r>
    </w:p>
    <w:p>
      <w:r>
        <w:br/>
        <w:t>то знов перехожий&lt;br /&gt;</w:t>
        <w:br/>
        <w:t>мене оклика,&lt;br /&gt;</w:t>
        <w:br/>
        <w:t>в якому свого&lt;br /&gt;</w:t>
        <w:br/>
        <w:t>впізнаю двійника,</w:t>
      </w:r>
    </w:p>
    <w:p>
      <w:r>
        <w:br/>
        <w:t>з ним поруч сміється&lt;br /&gt;</w:t>
        <w:br/>
        <w:t>русяве дівча, –&lt;br /&gt;</w:t>
        <w:br/>
        <w:t>і сонячні бісики&lt;br /&gt;</w:t>
        <w:br/>
        <w:t>стрибом в очах,</w:t>
      </w:r>
    </w:p>
    <w:p>
      <w:r>
        <w:br/>
        <w:t>і плаття легке,&lt;br /&gt;</w:t>
        <w:br/>
        <w:t>невагоме для вітру,&lt;br /&gt;</w:t>
        <w:br/>
        <w:t>що разом зі мною&lt;br /&gt;</w:t>
        <w:br/>
        <w:t>поторсував хвіртку&lt;br /&gt;</w:t>
        <w:br/>
        <w:t>і сипав горошком&lt;br /&gt;</w:t>
        <w:br/>
        <w:t>таким солов’їним&lt;br /&gt;</w:t>
        <w:br/>
        <w:t>у травні далекім&lt;br /&gt;</w:t>
        <w:br/>
        <w:t>вечором синім...</w:t>
      </w:r>
    </w:p>
    <w:p>
      <w:r>
        <w:br/>
        <w:t>Все глибшає осінь.&lt;br /&gt;</w:t>
        <w:br/>
        <w:t>Все глибшає тиша,&lt;br /&gt;</w:t>
        <w:br/>
        <w:t>а думка снується&lt;br /&gt;</w:t>
        <w:br/>
        <w:t>про ранок мудріший,</w:t>
      </w:r>
    </w:p>
    <w:p>
      <w:r>
        <w:br/>
        <w:t>про час, у якому&lt;br /&gt;</w:t>
        <w:br/>
        <w:t>сади молоді&lt;br /&gt;</w:t>
        <w:br/>
        <w:t>в чеканні того,&lt;br /&gt;</w:t>
        <w:br/>
        <w:t>що спливло по воді.</w:t>
      </w:r>
    </w:p>
    <w:p>
      <w:r>
        <w:br/>
        <w:t>* * *</w:t>
      </w:r>
    </w:p>
    <w:p>
      <w:r>
        <w:br/>
        <w:t>Тихо-тихо ллється музика,&lt;br /&gt;</w:t>
        <w:br/>
        <w:t>і не терпиться душі,&lt;br /&gt;</w:t>
        <w:br/>
        <w:t>та розв’язувати вузлика&lt;br /&gt;</w:t>
        <w:br/>
        <w:t>сива пам’ять не спішить.</w:t>
      </w:r>
    </w:p>
    <w:p>
      <w:r>
        <w:br/>
        <w:t>Чи не знає, що у ньому,&lt;br /&gt;</w:t>
        <w:br/>
        <w:t>чи злякалася й сама, –&lt;br /&gt;</w:t>
        <w:br/>
        <w:t>може, в вузлику старому&lt;br /&gt;</w:t>
        <w:br/>
        <w:t>нічогісінько нема.</w:t>
      </w:r>
    </w:p>
    <w:p>
      <w:r>
        <w:br/>
        <w:t>Може, сховане у вузлику&lt;br /&gt;</w:t>
        <w:br/>
        <w:t>і не варто ворушить?&lt;br /&gt;</w:t>
        <w:br/>
        <w:t>Тихо-тихо ллється музика,&lt;br /&gt;</w:t>
        <w:br/>
        <w:t>і не терпиться душі.</w:t>
      </w:r>
    </w:p>
    <w:p>
      <w:r>
        <w:br/>
        <w:t>* * *</w:t>
      </w:r>
    </w:p>
    <w:p>
      <w:r>
        <w:br/>
        <w:t>Дінець, туманіючи,&lt;br /&gt;</w:t>
        <w:br/>
        <w:t>пісню несе,&lt;br /&gt;</w:t>
        <w:br/>
        <w:t>яка ні про що,&lt;br /&gt;</w:t>
        <w:br/>
        <w:t>ні про що&lt;br /&gt;</w:t>
        <w:br/>
        <w:t>і про все.&lt;br /&gt;</w:t>
        <w:br/>
        <w:t>А звідки та пісня,&lt;br /&gt;</w:t>
        <w:br/>
        <w:t>як плач Ярославни,&lt;br /&gt;</w:t>
        <w:br/>
        <w:t>з якого Путивля пливе крізь тумани?&lt;br /&gt;</w:t>
        <w:br/>
        <w:t>У відповідь хвиля губою плямкне&lt;br /&gt;</w:t>
        <w:br/>
        <w:t>та рінь перекотить із ямки в ямку,&lt;br /&gt;</w:t>
        <w:br/>
        <w:t>та клен зашерхоче так само, як рінь,&lt;br /&gt;</w:t>
        <w:br/>
        <w:t>та ще на листок порідішає тінь.</w:t>
      </w:r>
    </w:p>
    <w:p>
      <w:r>
        <w:br/>
        <w:t>Дінець, туманіючи,&lt;br /&gt;</w:t>
        <w:br/>
        <w:t>пісню несе,&lt;br /&gt;</w:t>
        <w:br/>
        <w:t>яка ні про що,&lt;br /&gt;</w:t>
        <w:br/>
        <w:t>ні про що&lt;br /&gt;</w:t>
        <w:br/>
        <w:t>і про все:&lt;br /&gt;</w:t>
        <w:br/>
        <w:t>про долю жіночу,&lt;br /&gt;</w:t>
        <w:br/>
        <w:t>про листя на плині,&lt;br /&gt;</w:t>
        <w:br/>
        <w:t>де побачили очі,&lt;br /&gt;</w:t>
        <w:br/>
        <w:t>що вони вже не сині...</w:t>
      </w:r>
    </w:p>
    <w:p>
      <w:r>
        <w:br/>
        <w:t>* * *</w:t>
      </w:r>
    </w:p>
    <w:p>
      <w:r>
        <w:br/>
        <w:t>Під кроною&lt;br /&gt;</w:t>
        <w:br/>
        <w:t>навкіс&lt;br /&gt;</w:t>
        <w:br/>
        <w:t>пробірка проміння,&lt;br /&gt;</w:t>
        <w:br/>
        <w:t>де праху земного святкове роїння,&lt;br /&gt;</w:t>
        <w:br/>
        <w:t>як бал безтілесності,&lt;br /&gt;</w:t>
        <w:br/>
        <w:t>світла і тіні, –&lt;br /&gt;</w:t>
        <w:br/>
        <w:t>це все, що від літа лишилося нині,&lt;br /&gt;</w:t>
        <w:br/>
        <w:t>це все, що невдовзі лишиться від нас...&lt;br /&gt;</w:t>
        <w:br/>
        <w:t>Та як до дітей,&lt;br /&gt;</w:t>
        <w:br/>
        <w:t>усміхається час,&lt;br /&gt;</w:t>
        <w:br/>
        <w:t>і сонячним зайчиком&lt;br /&gt;</w:t>
        <w:br/>
        <w:t>сонячна мить&lt;br /&gt;</w:t>
        <w:br/>
        <w:t>по стежці з окрайчиком щастя біжить.</w:t>
      </w:r>
    </w:p>
    <w:p>
      <w:r>
        <w:br/>
        <w:t>* * *</w:t>
      </w:r>
    </w:p>
    <w:p>
      <w:r>
        <w:br/>
        <w:t>Здається, ні гонитви,&lt;br /&gt;</w:t>
        <w:br/>
        <w:t>ні облави, і вже на ситій пенсії стрільці,&lt;br /&gt;</w:t>
        <w:br/>
        <w:t>але в очах то хлопчики криваві,&lt;br /&gt;</w:t>
        <w:br/>
        <w:t>то листя спалахне, як прапорці.&lt;br /&gt;</w:t>
        <w:br/>
        <w:t>І що не день прозорішає крона,&lt;br /&gt;</w:t>
        <w:br/>
        <w:t>і скоро вже під наглядом сорок&lt;br /&gt;</w:t>
        <w:br/>
        <w:t>за вміння говорити красномовно&lt;br /&gt;</w:t>
        <w:br/>
        <w:t>мовчання відбуватиме садок.</w:t>
      </w:r>
    </w:p>
    <w:p>
      <w:r>
        <w:br/>
        <w:t>І краще вже не буде, ніж тепер,&lt;br /&gt;</w:t>
        <w:br/>
        <w:t>хіба що після чарки з гіркотою&lt;br /&gt;</w:t>
        <w:br/>
        <w:t>та, може, після дощика в четвер,&lt;br /&gt;</w:t>
        <w:br/>
        <w:t>що прошумить і пройде стороною.</w:t>
      </w:r>
    </w:p>
    <w:p>
      <w:r>
        <w:br/>
        <w:t>* * *</w:t>
      </w:r>
    </w:p>
    <w:p>
      <w:r>
        <w:br/>
        <w:t>Дощ пройшов...&lt;br /&gt;</w:t>
        <w:br/>
        <w:t>Сьогодні вже четвер.&lt;br /&gt;</w:t>
        <w:br/>
        <w:t>Все, що залишилось –&lt;br /&gt;</w:t>
        <w:br/>
        <w:t>це тепер.&lt;br /&gt;</w:t>
        <w:br/>
        <w:t>Пробігає мимо електричка,&lt;br /&gt;</w:t>
        <w:br/>
        <w:t>хтось на тебе дивиться з вікна, –&lt;br /&gt;</w:t>
        <w:br/>
        <w:t>і протяжна туга залізнична&lt;br /&gt;</w:t>
        <w:br/>
        <w:t>тягнеться, мов колія стальна.</w:t>
      </w:r>
    </w:p>
    <w:p>
      <w:r>
        <w:br/>
        <w:t>Червоніє листя у воді,&lt;br /&gt;</w:t>
        <w:br/>
        <w:t>наче під водою стало тихо.&lt;br /&gt;</w:t>
        <w:br/>
        <w:t>І читаєш розклад поїздів,&lt;br /&gt;</w:t>
        <w:br/>
        <w:t>знаючи, що твій давно поїхав.</w:t>
      </w:r>
    </w:p>
    <w:p>
      <w:r>
        <w:br/>
        <w:t>Можна ще пройтися по вокзалу,&lt;br /&gt;</w:t>
        <w:br/>
        <w:t>де вітри афішу розірвали,&lt;br /&gt;</w:t>
        <w:br/>
        <w:t>де найголовніше не сказали,&lt;br /&gt;</w:t>
        <w:br/>
        <w:t>хоч суфлером шепотів листок.</w:t>
      </w:r>
    </w:p>
    <w:p>
      <w:r>
        <w:br/>
        <w:t>Що ж тепер?&lt;br /&gt;</w:t>
        <w:br/>
        <w:t>Пора на посошок...&lt;br /&gt;</w:t>
        <w:br/>
        <w:t>Потім на коня...&lt;br /&gt;</w:t>
        <w:br/>
        <w:t>І – поминай як звали.</w:t>
      </w:r>
    </w:p>
    <w:p>
      <w:r>
        <w:br/>
        <w:t>* * *</w:t>
      </w:r>
    </w:p>
    <w:p>
      <w:r>
        <w:br/>
        <w:t>Адріатика</w:t>
      </w:r>
    </w:p>
    <w:p>
      <w:r>
        <w:br/>
        <w:t>Джуро Відмаровичу</w:t>
      </w:r>
    </w:p>
    <w:p>
      <w:r>
        <w:br/>
        <w:t>Я про тебе запитував Джуро&lt;br /&gt;</w:t>
        <w:br/>
        <w:t>Відмаровича*,&lt;br /&gt;</w:t>
        <w:br/>
        <w:t>переклав я про тебе десятки рядків,&lt;br /&gt;</w:t>
        <w:br/>
        <w:t>ти в уяві моїй голубіла, як марево,&lt;br /&gt;</w:t>
        <w:br/>
        <w:t>ти біліла вітрилами кораблів.</w:t>
      </w:r>
    </w:p>
    <w:p>
      <w:r>
        <w:br/>
        <w:t>І Дубровник білів, ніби день Великодній,&lt;br /&gt;</w:t>
        <w:br/>
        <w:t>як білів за Марулича**,&lt;br /&gt;</w:t>
        <w:br/>
        <w:t>як біліє сьогодні&lt;br /&gt;</w:t>
        <w:br/>
        <w:t>десь далеко, на іншім краєчку землі,&lt;br /&gt;</w:t>
        <w:br/>
        <w:t>де не знайдуть причалу мої кораблі.</w:t>
      </w:r>
    </w:p>
    <w:p>
      <w:r>
        <w:br/>
        <w:t>Ще тягнуся до тебе вечірньою тінню,&lt;br /&gt;</w:t>
        <w:br/>
        <w:t>хоч уже листопад і в очах мерехтить,&lt;br /&gt;</w:t>
        <w:br/>
        <w:t>і над садом летить павутина осіння,&lt;br /&gt;</w:t>
        <w:br/>
        <w:t>із клубка Аріадни обірвана нить.</w:t>
      </w:r>
    </w:p>
    <w:p>
      <w:r>
        <w:br/>
        <w:t>Прощавай, Адріатико. Ти – тільки мрія,&lt;br /&gt;</w:t>
        <w:br/>
        <w:t>що змарніла з роками і зникла. Амінь.&lt;br /&gt;</w:t>
        <w:br/>
        <w:t>Та звернусь, як Марулич, до діви Марії,&lt;br /&gt;</w:t>
        <w:br/>
        <w:t>і в очах її бачу твою голубінь.</w:t>
      </w:r>
    </w:p>
    <w:p>
      <w:r>
        <w:br/>
        <w:t>* – Джуро Відмарович – хорватський поет, перекладач на хорватську мову багатьох творів українських поетів і прозаїків.&lt;br /&gt;</w:t>
        <w:br/>
        <w:t>** – Марулич Марко(1450-1524) – один з найвидатніших хорватських поетів епохи Відродження, автор популярного вірша-молитви "Діві Марії".</w:t>
      </w:r>
    </w:p>
    <w:p>
      <w:r>
        <w:br/>
        <w:t>* * *</w:t>
      </w:r>
    </w:p>
    <w:p>
      <w:r>
        <w:br/>
        <w:t>На перекаті така молода&lt;br /&gt;</w:t>
        <w:br/>
        <w:t>біжить,&lt;br /&gt;</w:t>
        <w:br/>
        <w:t>оголивши коліна,&lt;br /&gt;</w:t>
        <w:br/>
        <w:t>вода,&lt;br /&gt;</w:t>
        <w:br/>
        <w:t>збіга, сміючись,&lt;br /&gt;</w:t>
        <w:br/>
        <w:t>і збиваючи піну,&lt;br /&gt;</w:t>
        <w:br/>
        <w:t>і струнко поодаль&lt;br /&gt;</w:t>
        <w:br/>
        <w:t>стоїть очерет,&lt;br /&gt;</w:t>
        <w:br/>
        <w:t>і стежить&lt;br /&gt;</w:t>
        <w:br/>
        <w:t>крізь марлю віконця намет,&lt;br /&gt;</w:t>
        <w:br/>
        <w:t>як ти урочисто&lt;br /&gt;</w:t>
        <w:br/>
        <w:t>виходиш із плину.</w:t>
      </w:r>
    </w:p>
    <w:p>
      <w:r>
        <w:br/>
        <w:t>Повільно, повільно&lt;br /&gt;</w:t>
        <w:br/>
        <w:t>ростеш над Дінцем.&lt;br /&gt;</w:t>
        <w:br/>
        <w:t>І зараз,&lt;br /&gt;</w:t>
        <w:br/>
        <w:t>торкнувшись до суші стопами,&lt;br /&gt;</w:t>
        <w:br/>
        <w:t>волосся вологе&lt;br /&gt;</w:t>
        <w:br/>
        <w:t>розсунеш руками&lt;br /&gt;</w:t>
        <w:br/>
        <w:t>і явиш&lt;br /&gt;</w:t>
        <w:br/>
        <w:t>усміхнене в краплях лице.</w:t>
      </w:r>
    </w:p>
    <w:p>
      <w:r>
        <w:br/>
        <w:t>* * *</w:t>
      </w:r>
    </w:p>
    <w:p>
      <w:r>
        <w:br/>
        <w:t>Пора приготуватися до ночі.&lt;br /&gt;</w:t>
        <w:br/>
        <w:t>Притихло на вербі гніздо сороче&lt;br /&gt;</w:t>
        <w:br/>
        <w:t>таке незграбне, ніби неохоче,&lt;br /&gt;</w:t>
        <w:br/>
        <w:t>між балачками зліплене з гілок&lt;br /&gt;</w:t>
        <w:br/>
        <w:t>і наспіх, як не тільки у сорок.</w:t>
      </w:r>
    </w:p>
    <w:p>
      <w:r>
        <w:br/>
        <w:t>Кипить вода, дочищена густірка.&lt;br /&gt;</w:t>
        <w:br/>
        <w:t>А до багаття підступа пітьма&lt;br /&gt;</w:t>
        <w:br/>
        <w:t>і погляд мій у небо підійма,&lt;br /&gt;</w:t>
        <w:br/>
        <w:t>де ніби із роси вечірня зірка.</w:t>
      </w:r>
    </w:p>
    <w:p>
      <w:r>
        <w:br/>
        <w:t>А поруч місяченько хвалькуватий&lt;br /&gt;</w:t>
        <w:br/>
        <w:t>сріблиться нетерпінням проявить&lt;br /&gt;</w:t>
        <w:br/>
        <w:t>характер свій, що ніби в козеняти,&lt;br /&gt;</w:t>
        <w:br/>
        <w:t>прорізуючись ріжками, свербить.</w:t>
      </w:r>
    </w:p>
    <w:p>
      <w:r>
        <w:br/>
        <w:t>І вже на запах юшки в казані&lt;br /&gt;</w:t>
        <w:br/>
        <w:t>мій побратим навстоячки в човні,&lt;br /&gt;</w:t>
        <w:br/>
        <w:t>шукаючи очима наш намет,&lt;br /&gt;</w:t>
        <w:br/>
        <w:t>одним веслом гребе крізь очерет.</w:t>
      </w:r>
    </w:p>
    <w:p>
      <w:r>
        <w:br/>
        <w:t>І мов тоді... у незабутнім колі...&lt;br /&gt;</w:t>
        <w:br/>
        <w:t>вечеряєм, пригадуєм поволі,&lt;br /&gt;</w:t>
        <w:br/>
        <w:t>як сазанів ловили золотих,&lt;br /&gt;</w:t>
        <w:br/>
        <w:t>і як згинали вудлища соми...&lt;br /&gt;</w:t>
        <w:br/>
        <w:t>і чарку підіймаємо за тих,&lt;br /&gt;</w:t>
        <w:br/>
        <w:t>які уже не вигребуть з пітьми.</w:t>
      </w:r>
    </w:p>
    <w:p>
      <w:r>
        <w:br/>
        <w:t>Собі під ніс бубнить забутий чайник,&lt;br /&gt;</w:t>
        <w:br/>
        <w:t>і пес Дружок викочує гарчання&lt;br /&gt;</w:t>
        <w:br/>
        <w:t>на кажана, що низько проліта,&lt;br /&gt;</w:t>
        <w:br/>
        <w:t>на метушню сусіда біля кленів,&lt;br /&gt;</w:t>
        <w:br/>
        <w:t>де, слабнучи, обшукує ліхтар&lt;br /&gt;</w:t>
        <w:br/>
        <w:t>хапку і ненаситну темінь.</w:t>
      </w:r>
    </w:p>
    <w:p>
      <w:r>
        <w:br/>
        <w:t>* * *</w:t>
      </w:r>
    </w:p>
    <w:p>
      <w:r>
        <w:br/>
        <w:t>На тім суді... На тім суді,&lt;br /&gt;</w:t>
        <w:br/>
        <w:t>ні прокурора, ні судді,&lt;br /&gt;</w:t>
        <w:br/>
        <w:t>лише у пам’яті твоє&lt;br /&gt;</w:t>
        <w:br/>
        <w:t>життя прожите постає.&lt;br /&gt;</w:t>
        <w:br/>
        <w:t>Сльоза збігає по щоці...&lt;br /&gt;</w:t>
        <w:br/>
        <w:t>І кожна мить такого суду&lt;br /&gt;</w:t>
        <w:br/>
        <w:t>важка, як камінь у руці,&lt;br /&gt;</w:t>
        <w:br/>
        <w:t>що міг би кинути в Іуду.</w:t>
      </w:r>
    </w:p>
    <w:p>
      <w:r>
        <w:br/>
        <w:t>* * *</w:t>
      </w:r>
    </w:p>
    <w:p>
      <w:r>
        <w:br/>
        <w:t>Не тільки по губі,&lt;br /&gt;</w:t>
        <w:br/>
        <w:t>між пальцями – текло,&lt;br /&gt;</w:t>
        <w:br/>
        <w:t>збігало і зникало крадькома,&lt;br /&gt;</w:t>
        <w:br/>
        <w:t>воно в тобі,&lt;br /&gt;</w:t>
        <w:br/>
        <w:t>і ти, мов джерело,&lt;br /&gt;</w:t>
        <w:br/>
        <w:t>де материнська береже пітьма&lt;br /&gt;</w:t>
        <w:br/>
        <w:t>все, що було,&lt;br /&gt;</w:t>
        <w:br/>
        <w:t>наповнило ущерть&lt;br /&gt;</w:t>
        <w:br/>
        <w:t>тебе, що жив господарем і гостем, –&lt;br /&gt;</w:t>
        <w:br/>
        <w:t>і прийде час,&lt;br /&gt;</w:t>
        <w:br/>
        <w:t>і списом гострим&lt;br /&gt;</w:t>
        <w:br/>
        <w:t>тебе, як джерело,&lt;br /&gt;</w:t>
        <w:br/>
        <w:t>відчинить смерть.</w:t>
      </w:r>
    </w:p>
    <w:p>
      <w:r>
        <w:br/>
        <w:t>* * *</w:t>
      </w:r>
    </w:p>
    <w:p>
      <w:r>
        <w:br/>
        <w:t>Був я вільним,.&lt;br /&gt;</w:t>
        <w:br/>
        <w:t>став іще вільнішим,&lt;br /&gt;</w:t>
        <w:br/>
        <w:t>можу розважатись вільним віршем,&lt;br /&gt;</w:t>
        <w:br/>
        <w:t>можу будь-кого від Аз до Ять&lt;br /&gt;</w:t>
        <w:br/>
        <w:t>на усі три літери послать.</w:t>
      </w:r>
    </w:p>
    <w:p>
      <w:r>
        <w:br/>
        <w:t>Муза теж сп’яніла від свободи,&lt;br /&gt;</w:t>
        <w:br/>
        <w:t>хоч живе неначе крадькома,&lt;br /&gt;</w:t>
        <w:br/>
        <w:t>їй, куди не глянь, немає входу,&lt;br /&gt;</w:t>
        <w:br/>
        <w:t>а мені і виходу нема.</w:t>
      </w:r>
    </w:p>
    <w:p>
      <w:r>
        <w:br/>
        <w:t>Був я вільним,&lt;br /&gt;</w:t>
        <w:br/>
        <w:t>став іще вільнішим,&lt;br /&gt;</w:t>
        <w:br/>
        <w:t>та про що писати вільним віршем?...&lt;br /&gt;</w:t>
        <w:br/>
        <w:t>Все те саме...&lt;br /&gt;</w:t>
        <w:br/>
        <w:t>Тільки панства більше.</w:t>
      </w:r>
    </w:p>
    <w:p>
      <w:r>
        <w:br/>
        <w:t>Може, краще погасити свічку&lt;br /&gt;</w:t>
        <w:br/>
        <w:t>і не сподіватись на дива?&lt;br /&gt;</w:t>
        <w:br/>
        <w:t>Час такий, що навіть у Павличка&lt;br /&gt;</w:t>
        <w:br/>
        <w:t>пафосу позбавлені слова.</w:t>
      </w:r>
    </w:p>
    <w:p>
      <w:r>
        <w:br/>
        <w:t>Став я вільним,&lt;br /&gt;</w:t>
        <w:br/>
        <w:t>та година вовча,&lt;br /&gt;</w:t>
        <w:br/>
        <w:t>тільки скрегіт чути серед ночі,&lt;br /&gt;</w:t>
        <w:br/>
        <w:t>тільки виє пес сторожовий,&lt;br /&gt;</w:t>
        <w:br/>
        <w:t>що собі і світові чужий.</w:t>
      </w:r>
    </w:p>
    <w:p>
      <w:r>
        <w:br/>
        <w:t>* * *</w:t>
      </w:r>
    </w:p>
    <w:p>
      <w:r>
        <w:br/>
        <w:t>Як пророчив мені&lt;br /&gt;</w:t>
        <w:br/>
        <w:t>побратим по перу –&lt;br /&gt;</w:t>
        <w:br/>
        <w:t>народивсь я в сорочці,&lt;br /&gt;</w:t>
        <w:br/>
        <w:t>без сорочки помру.</w:t>
      </w:r>
    </w:p>
    <w:p>
      <w:r>
        <w:br/>
        <w:t>Все до того іде...&lt;br /&gt;</w:t>
        <w:br/>
        <w:t>В цьому світі жорсткому&lt;br /&gt;</w:t>
        <w:br/>
        <w:t>я останній поет,&lt;br /&gt;</w:t>
        <w:br/>
        <w:t>непотрібний нікому.</w:t>
      </w:r>
    </w:p>
    <w:p>
      <w:r>
        <w:br/>
        <w:t>Прийде вік золотий...&lt;br /&gt;</w:t>
        <w:br/>
        <w:t>Лихоліття мине,&lt;br /&gt;</w:t>
        <w:br/>
        <w:t>та копитом Пегас&lt;br /&gt;</w:t>
        <w:br/>
        <w:t>не розбудить мене.</w:t>
      </w:r>
    </w:p>
    <w:p>
      <w:r>
        <w:br/>
        <w:t>Пройде Муза сумна&lt;br /&gt;</w:t>
        <w:br/>
        <w:t>мимо нашого дому,&lt;br /&gt;</w:t>
        <w:br/>
        <w:t>як останній поет,&lt;br /&gt;</w:t>
        <w:br/>
        <w:t>непотрібна нікому.</w:t>
      </w:r>
    </w:p>
    <w:p>
      <w:r>
        <w:br/>
        <w:t>Непотрібна, як совість,&lt;br /&gt;</w:t>
        <w:br/>
        <w:t>непотрібна, як біль,&lt;br /&gt;</w:t>
        <w:br/>
        <w:t>непомічено зникне,&lt;br /&gt;</w:t>
        <w:br/>
        <w:t>як Діденко Василь.</w:t>
      </w:r>
    </w:p>
    <w:p>
      <w:r>
        <w:br/>
        <w:t>Прийде вік золотий...&lt;br /&gt;</w:t>
        <w:br/>
        <w:t>Прийдуть інші піїти,&lt;br /&gt;</w:t>
        <w:br/>
        <w:t>та поетом ніхто&lt;br /&gt;</w:t>
        <w:br/>
        <w:t>не насмілиться жити</w:t>
      </w:r>
    </w:p>
    <w:p>
      <w:r>
        <w:br/>
        <w:t>в цьому світі жорсткім,&lt;br /&gt;</w:t>
        <w:br/>
        <w:t>де за вірність перу,&lt;br /&gt;</w:t>
        <w:br/>
        <w:t>народившись в сорочці,&lt;br /&gt;</w:t>
        <w:br/>
        <w:t>без сорочки помру.</w:t>
      </w:r>
    </w:p>
    <w:p>
      <w:r>
        <w:br/>
        <w:t>* * *</w:t>
      </w:r>
    </w:p>
    <w:p>
      <w:r>
        <w:br/>
        <w:t>І Муза мовчить, і горілка не гріє.&lt;br /&gt;</w:t>
        <w:br/>
        <w:t>І вічна мелодія плине без слів,&lt;br /&gt;</w:t>
        <w:br/>
        <w:t>що їх написати я також хотів,&lt;br /&gt;</w:t>
        <w:br/>
        <w:t>плекаючи марні надії.</w:t>
      </w:r>
    </w:p>
    <w:p>
      <w:r>
        <w:br/>
        <w:t>Вже осінь своєю мітлою у тиші&lt;br /&gt;</w:t>
        <w:br/>
        <w:t>шерхоче: та інші, та інші, та інші.&lt;br /&gt;</w:t>
        <w:br/>
        <w:t>Ворони крикливо віщують негоду&lt;br /&gt;</w:t>
        <w:br/>
        <w:t>і тіні вечірні лягли на поріг,&lt;br /&gt;</w:t>
        <w:br/>
        <w:t>і скоро зима, ніби з чорного ходу,&lt;br /&gt;</w:t>
        <w:br/>
        <w:t>і сніг... як на голову... сніг.</w:t>
      </w:r>
    </w:p>
    <w:p>
      <w:r>
        <w:br/>
        <w:t>А вічна мелодія плине так само&lt;br /&gt;</w:t>
        <w:br/>
        <w:t>над полем, над садом, так само без слів,&lt;br /&gt;</w:t>
        <w:br/>
        <w:t>над кожним, хто їх написати хотів...&lt;br /&gt;</w:t>
        <w:br/>
        <w:t>І Муза мовчить і розводить руками.</w:t>
      </w:r>
    </w:p>
    <w:p>
      <w:r>
        <w:br/>
        <w:t>* * *</w:t>
      </w:r>
    </w:p>
    <w:p>
      <w:r>
        <w:br/>
        <w:t>В. Б.</w:t>
      </w:r>
    </w:p>
    <w:p>
      <w:r>
        <w:br/>
        <w:t>Оце б ліричному піїту&lt;br /&gt;</w:t>
        <w:br/>
        <w:t>по кільцевій навколо світу&lt;br /&gt;</w:t>
        <w:br/>
        <w:t>у голубенькому трамваї...&lt;br /&gt;</w:t>
        <w:br/>
        <w:t>Але ж кондуктор відповість,&lt;br /&gt;</w:t>
        <w:br/>
        <w:t>що навіть і стоячих місць&lt;br /&gt;</w:t>
        <w:br/>
        <w:t>у тім трамваї вже немає.</w:t>
      </w:r>
    </w:p>
    <w:p>
      <w:r>
        <w:br/>
        <w:t>Якщо ж іти – то ліпше з другом&lt;br /&gt;</w:t>
        <w:br/>
        <w:t>і, певне, з пляшкою вина,&lt;br /&gt;</w:t>
        <w:br/>
        <w:t>яке розчинить нашу тугу&lt;br /&gt;</w:t>
        <w:br/>
        <w:t>своєю істиною дна.</w:t>
      </w:r>
    </w:p>
    <w:p>
      <w:r>
        <w:br/>
        <w:t>Йдемо неспішно і в нікуди&lt;br /&gt;</w:t>
        <w:br/>
        <w:t>повз бари, шопи, мимо тих,&lt;br /&gt;</w:t>
        <w:br/>
        <w:t>крутих, що виїхали в люди&lt;br /&gt;</w:t>
        <w:br/>
        <w:t>на мерседесах дорогих.</w:t>
      </w:r>
    </w:p>
    <w:p>
      <w:r>
        <w:br/>
        <w:t>– То як життя? – перепитаю.&lt;br /&gt;</w:t>
        <w:br/>
        <w:t>– Та все минає... – відповість&lt;br /&gt;</w:t>
        <w:br/>
        <w:t>і гляне вбік того трамваю,&lt;br /&gt;</w:t>
        <w:br/>
        <w:t>в якім немає вільних місць.</w:t>
      </w:r>
    </w:p>
    <w:p>
      <w:r>
        <w:br/>
        <w:t>– А як глагол?&lt;br /&gt;</w:t>
        <w:br/>
        <w:t>– Полум’яніє.&lt;br /&gt;</w:t>
        <w:br/>
        <w:t>і пропіка до сліз, до слів&lt;br /&gt;</w:t>
        <w:br/>
        <w:t>"Прощай, свободная стихия",&lt;br /&gt;</w:t>
        <w:br/>
        <w:t>пора до інших берегів...</w:t>
      </w:r>
    </w:p>
    <w:p>
      <w:r>
        <w:br/>
        <w:t>Не розчинилась наша туга.&lt;br /&gt;</w:t>
        <w:br/>
        <w:t>Дорогу замели сніги.&lt;br /&gt;</w:t>
        <w:br/>
        <w:t>А ми все ходимо із другом&lt;br /&gt;</w:t>
        <w:br/>
        <w:t>за колом коло,&lt;br /&gt;</w:t>
        <w:br/>
        <w:t>круг за кругом,&lt;br /&gt;</w:t>
        <w:br/>
        <w:t>і все не вийдем на круги&lt;br /&gt;</w:t>
        <w:br/>
        <w:t>своя...</w:t>
      </w:r>
    </w:p>
    <w:p>
      <w:r>
        <w:br/>
        <w:t>* * *</w:t>
      </w:r>
    </w:p>
    <w:p>
      <w:r>
        <w:br/>
        <w:t>Світло так, що не бува світліше,&lt;br /&gt;</w:t>
        <w:br/>
        <w:t>тільки це вже світло без тепла.&lt;br /&gt;</w:t>
        <w:br/>
        <w:t>Осінь оголилася до тиші,&lt;br /&gt;</w:t>
        <w:br/>
        <w:t>пісня до молитви знемогла.</w:t>
      </w:r>
    </w:p>
    <w:p>
      <w:r>
        <w:br/>
        <w:t>І душа притихла. Відборолась&lt;br /&gt;</w:t>
        <w:br/>
        <w:t>З вітряками. Кінчились бої.&lt;br /&gt;</w:t>
        <w:br/>
        <w:t>І спокійний ангел-охоронець&lt;br /&gt;</w:t>
        <w:br/>
        <w:t>поринає в спогади свої.</w:t>
      </w:r>
    </w:p>
    <w:p>
      <w:r>
        <w:br/>
        <w:t>І далеку згадує епоху,&lt;br /&gt;</w:t>
        <w:br/>
        <w:t>Необулу*, море, кипарис,&lt;br /&gt;</w:t>
        <w:br/>
        <w:t>як він, опираючись на спис,&lt;br /&gt;</w:t>
        <w:br/>
        <w:t>пив вино і звався Архілохом.</w:t>
      </w:r>
    </w:p>
    <w:p>
      <w:r>
        <w:br/>
        <w:t>І рядки мережив: – Все – тщота,&lt;br /&gt;</w:t>
        <w:br/>
        <w:t>не для мене золоті палати&lt;br /&gt;</w:t>
        <w:br/>
        <w:t>не для мене і закони Спарти –&lt;br /&gt;</w:t>
        <w:br/>
        <w:t>я, щоб вижить, викинув щита...</w:t>
      </w:r>
    </w:p>
    <w:p>
      <w:r>
        <w:br/>
        <w:t>Подививсь на мене, посміхнувсь.&lt;br /&gt;</w:t>
        <w:br/>
        <w:t>І зітхає, мружачись від сонця:&lt;br /&gt;</w:t>
        <w:br/>
        <w:t>– Ось відбуду долю охоронця&lt;br /&gt;</w:t>
        <w:br/>
        <w:t>й дописати вірші попрошусь.</w:t>
      </w:r>
    </w:p>
    <w:p>
      <w:r>
        <w:br/>
        <w:t>* Необула – кохана Архілоха, грецького поета-лірика середини VII віку до н. е.</w:t>
      </w:r>
    </w:p>
    <w:p>
      <w:r>
        <w:br/>
        <w:t>* * *</w:t>
      </w:r>
    </w:p>
    <w:p>
      <w:r>
        <w:br/>
        <w:t>На все лягає сніг. І сходить тиша з неба.&lt;br /&gt;</w:t>
        <w:br/>
        <w:t>Дорога у снігу, будинки і сади.&lt;br /&gt;</w:t>
        <w:br/>
        <w:t>Оглянешся назад: – А де ж мої сліди?&lt;br /&gt;</w:t>
        <w:br/>
        <w:t>А де ж мої сліди? –&lt;br /&gt;</w:t>
        <w:br/>
        <w:t>хтось вимовить за тебе.</w:t>
      </w:r>
    </w:p>
    <w:p>
      <w:r>
        <w:br/>
        <w:t>Як у дитинстві сніг. І світ стає казковим.&lt;br /&gt;</w:t>
        <w:br/>
        <w:t>Ось тільки Дід Мороз&lt;br /&gt;</w:t>
        <w:br/>
        <w:t>з гостинцем не спішить.&lt;br /&gt;</w:t>
        <w:br/>
        <w:t>Такий прекрасний світ,&lt;br /&gt;</w:t>
        <w:br/>
        <w:t>мов стерто випадкове.&lt;br /&gt;</w:t>
        <w:br/>
        <w:t>Але чому ж тоді незатишно душі?</w:t>
      </w:r>
    </w:p>
    <w:p>
      <w:r>
        <w:br/>
        <w:t>І ніби із вікна останнього трамваю,&lt;br /&gt;</w:t>
        <w:br/>
        <w:t>Що смикає вагон і набирає хід,&lt;br /&gt;</w:t>
        <w:br/>
        <w:t>неначе із вікна, що снігом обмерзає,&lt;br /&gt;</w:t>
        <w:br/>
        <w:t>дивлюсь, як мерехтить,&lt;br /&gt;</w:t>
        <w:br/>
        <w:t>дивлюся, як спливає,&lt;br /&gt;</w:t>
        <w:br/>
        <w:t>маліє вдалині мій випадковий світ,</w:t>
      </w:r>
    </w:p>
    <w:p>
      <w:r>
        <w:br/>
        <w:t>зупинка з козирком, простелена газета&lt;br /&gt;</w:t>
        <w:br/>
        <w:t>на лавці, що була напохваті столом,&lt;br /&gt;</w:t>
        <w:br/>
        <w:t>де Вітьку під хмельком обкутує димком,&lt;br /&gt;</w:t>
        <w:br/>
        <w:t>звисаючи з губи, вже сонна сигарета.</w:t>
      </w:r>
    </w:p>
    <w:p>
      <w:r>
        <w:br/>
        <w:t>Надкушений батон, шматочок ковбаси,&lt;br /&gt;</w:t>
        <w:br/>
        <w:t>і білозуба усмішка героя,&lt;br /&gt;</w:t>
        <w:br/>
        <w:t>яку спіймав фотограф у забої&lt;br /&gt;</w:t>
        <w:br/>
        <w:t>для першої до свята полоси...</w:t>
      </w:r>
    </w:p>
    <w:p>
      <w:r>
        <w:br/>
        <w:t>На все лягає сніг..&lt;br /&gt;</w:t>
        <w:br/>
        <w:t>Німий біліє простір.&lt;br /&gt;</w:t>
        <w:br/>
        <w:t>Немов з плеча чужого&lt;br /&gt;</w:t>
        <w:br/>
        <w:t>одягнені в сніги&lt;br /&gt;</w:t>
        <w:br/>
        <w:t>дерева навкруги, як незнайомі гості,&lt;br /&gt;</w:t>
        <w:br/>
        <w:t>як незнайомі гості&lt;br /&gt;</w:t>
        <w:br/>
        <w:t>натомість дорогих.</w:t>
      </w:r>
    </w:p>
    <w:p>
      <w:r>
        <w:br/>
        <w:t>І ніби у вікні останнього трамваю,&lt;br /&gt;</w:t>
        <w:br/>
        <w:t>що рухається в ніч,&lt;br /&gt;</w:t>
        <w:br/>
        <w:t>у тьмяному вікні,&lt;br /&gt;</w:t>
        <w:br/>
        <w:t>в заплаканім вікні,&lt;br /&gt;</w:t>
        <w:br/>
        <w:t>що снігом обмерзає,&lt;br /&gt;</w:t>
        <w:br/>
        <w:t>ущільнюється світ до зірки вдалині.</w:t>
      </w:r>
    </w:p>
    <w:p>
      <w:r>
        <w:br/>
        <w:t>* * *</w:t>
      </w:r>
    </w:p>
    <w:p>
      <w:r>
        <w:br/>
        <w:t>Батько</w:t>
      </w:r>
    </w:p>
    <w:p>
      <w:r>
        <w:br/>
        <w:t>Батько в дверях стоїть&lt;br /&gt;</w:t>
        <w:br/>
        <w:t>в рамі, як на світлині.&lt;br /&gt;</w:t>
        <w:br/>
        <w:t>Нижня губа тремтить&lt;br /&gt;</w:t>
        <w:br/>
        <w:t>і під очима тіні.&lt;br /&gt;</w:t>
        <w:br/>
        <w:t>Стрибає дворняга поряд.&lt;br /&gt;</w:t>
        <w:br/>
        <w:t>Щоб я не читав думок,&lt;br /&gt;</w:t>
        <w:br/>
        <w:t>батько одводить погляд&lt;br /&gt;</w:t>
        <w:br/>
        <w:t>і дивиться на садок.</w:t>
      </w:r>
    </w:p>
    <w:p>
      <w:r>
        <w:br/>
        <w:t>І я помічаю скрушно,&lt;br /&gt;</w:t>
        <w:br/>
        <w:t>як вигоріла трава,&lt;br /&gt;</w:t>
        <w:br/>
        <w:t>де хлопчика підзива&lt;br /&gt;</w:t>
        <w:br/>
        <w:t>до себе мізинцем груша.&lt;br /&gt;</w:t>
        <w:br/>
        <w:t>Садок у черві... бур’ян...&lt;br /&gt;</w:t>
        <w:br/>
        <w:t>– Іди... Озивайся зрідка...&lt;br /&gt;</w:t>
        <w:br/>
        <w:t>І я зачиняю хвіртку,&lt;br /&gt;</w:t>
        <w:br/>
        <w:t>дивлюся через паркан,&lt;br /&gt;</w:t>
        <w:br/>
        <w:t>що тінь мою ділить навпіл.&lt;br /&gt;</w:t>
        <w:br/>
        <w:t>Запилені, як сліпі&lt;br /&gt;</w:t>
        <w:br/>
        <w:t>у листі синіють сливи...</w:t>
      </w:r>
    </w:p>
    <w:p>
      <w:r>
        <w:br/>
        <w:t>Господи, зовсім сивий&lt;br /&gt;</w:t>
        <w:br/>
        <w:t>батько в дверях стоїть&lt;br /&gt;</w:t>
        <w:br/>
        <w:t>так, ніби хоче раму&lt;br /&gt;</w:t>
        <w:br/>
        <w:t>у різні боки руками&lt;br /&gt;</w:t>
        <w:br/>
        <w:t>розсунути хоч на мить.</w:t>
      </w:r>
    </w:p>
    <w:p>
      <w:r>
        <w:br/>
        <w:t>Не піддається рама –&lt;br /&gt;</w:t>
        <w:br/>
        <w:t>і за плечима простір,&lt;br /&gt;</w:t>
        <w:br/>
        <w:t>в якому сім’я і гості,&lt;br /&gt;</w:t>
        <w:br/>
        <w:t>і стіл накриває мама,&lt;br /&gt;</w:t>
        <w:br/>
        <w:t>і він у святковім одязі&lt;br /&gt;</w:t>
        <w:br/>
        <w:t>уже дістає з колодязя&lt;br /&gt;</w:t>
        <w:br/>
        <w:t>авоську з пляшками пива.&lt;br /&gt;</w:t>
        <w:br/>
        <w:t>Цвіте на подвір’ї слива,&lt;br /&gt;</w:t>
        <w:br/>
        <w:t>розлітається, мерехтить...</w:t>
      </w:r>
    </w:p>
    <w:p>
      <w:r>
        <w:br/>
        <w:t>Батько в дверях стоїть&lt;br /&gt;</w:t>
        <w:br/>
        <w:t>і є у запасі мить&lt;br /&gt;</w:t>
        <w:br/>
        <w:t>повернутися, знов обняти,&lt;br /&gt;</w:t>
        <w:br/>
        <w:t>сказати втішливо: – Тату…&lt;br /&gt;</w:t>
        <w:br/>
        <w:t>Торкнутись його сивин,&lt;br /&gt;</w:t>
        <w:br/>
        <w:t>та це вже не для мужчин…&lt;br /&gt;</w:t>
        <w:br/>
        <w:t>Хвіртка не прорипить.</w:t>
      </w:r>
    </w:p>
    <w:p>
      <w:r>
        <w:br/>
        <w:t>Батько в дверях стоїть,&lt;br /&gt;</w:t>
        <w:br/>
        <w:t>в рамі, як на світлині,&lt;br /&gt;</w:t>
        <w:br/>
        <w:t>як і тоді... Так само...&lt;br /&gt;</w:t>
        <w:br/>
        <w:t>Тільки чорніє рама</w:t>
      </w:r>
    </w:p>
    <w:p>
      <w:r>
        <w:br/>
        <w:t>* * *</w:t>
      </w:r>
    </w:p>
    <w:p>
      <w:r>
        <w:br/>
        <w:t>Час надійшов мовчати...&lt;br /&gt;</w:t>
        <w:br/>
        <w:t>Тут мої батько, мати...&lt;br /&gt;</w:t>
        <w:br/>
        <w:t>Ромашки і деревій –&lt;br /&gt;</w:t>
        <w:br/>
        <w:t>ними цвітуть могили,&lt;br /&gt;</w:t>
        <w:br/>
        <w:t>що душу мою відпустили:&lt;br /&gt;</w:t>
        <w:br/>
        <w:t>– Іди до живих, живий...</w:t>
      </w:r>
    </w:p>
    <w:p>
      <w:r>
        <w:br/>
        <w:t>Сяду на сірий камінь,&lt;br /&gt;</w:t>
        <w:br/>
        <w:t>до квітів торкнусь руками,&lt;br /&gt;</w:t>
        <w:br/>
        <w:t>а серце щемить, щемить...&lt;br /&gt;</w:t>
        <w:br/>
        <w:t>Якби ви побачили, мамо,&lt;br /&gt;</w:t>
        <w:br/>
        <w:t>який деревій над вами&lt;br /&gt;</w:t>
        <w:br/>
        <w:t>в ранковій росі стоїть!</w:t>
      </w:r>
    </w:p>
    <w:p>
      <w:r>
        <w:br/>
        <w:t>Що вам сказати маю?&lt;br /&gt;</w:t>
        <w:br/>
        <w:t>Рідні мої, не знаю,&lt;br /&gt;</w:t>
        <w:br/>
        <w:t>тут біля самого краю,&lt;br /&gt;</w:t>
        <w:br/>
        <w:t>краю чого? – не знаю...</w:t>
      </w:r>
    </w:p>
    <w:p>
      <w:r>
        <w:br/>
        <w:t>Що це кінець? Початок?&lt;br /&gt;</w:t>
        <w:br/>
        <w:t>Час надійшов мовчати.&lt;br /&gt;</w:t>
        <w:br/>
        <w:t>Час надійшов у камені&lt;br /&gt;</w:t>
        <w:br/>
        <w:t>побачити риси мамині,&lt;br /&gt;</w:t>
        <w:br/>
        <w:t>взявши в долоню глину,&lt;br /&gt;</w:t>
        <w:br/>
        <w:t>почути глиняне: сину.</w:t>
      </w:r>
    </w:p>
    <w:p>
      <w:r>
        <w:br/>
        <w:t>Боже, як у вікні&lt;br /&gt;</w:t>
        <w:br/>
        <w:t>світиться хрест мені,&lt;br /&gt;</w:t>
        <w:br/>
        <w:t>ніби додому вертаю,&lt;br /&gt;</w:t>
        <w:br/>
        <w:t>як і тоді, давно,&lt;br /&gt;</w:t>
        <w:br/>
        <w:t>а в хаті дверей немає,&lt;br /&gt;</w:t>
        <w:br/>
        <w:t>лиш непогасне вікно,&lt;br /&gt;</w:t>
        <w:br/>
        <w:t>і в ньому батьки безсонні.&lt;br /&gt;</w:t>
        <w:br/>
        <w:t>І я перед цим хрестом,&lt;br /&gt;</w:t>
        <w:br/>
        <w:t>неначе у шибу, чолом&lt;br /&gt;</w:t>
        <w:br/>
        <w:t>уткнусь у свої долоні,&lt;br /&gt;</w:t>
        <w:br/>
        <w:t>і все, що було давно,&lt;br /&gt;</w:t>
        <w:br/>
        <w:t>побачу, як у вікно...</w:t>
      </w:r>
    </w:p>
    <w:p>
      <w:r>
        <w:br/>
        <w:t>Час надійшов мовчати.&lt;br /&gt;</w:t>
        <w:br/>
        <w:t>Стали ви степом, тату,&lt;br /&gt;</w:t>
        <w:br/>
        <w:t>стали ви степом, мамо,&lt;br /&gt;</w:t>
        <w:br/>
        <w:t>і ваше вікно без рами.&lt;br /&gt;</w:t>
        <w:br/>
        <w:t>І світить мені ночами&lt;br /&gt;</w:t>
        <w:br/>
        <w:t>ваш непогасний хрест.</w:t>
      </w:r>
    </w:p>
    <w:p>
      <w:r>
        <w:br/>
        <w:t>* * *</w:t>
      </w:r>
    </w:p>
    <w:p>
      <w:r>
        <w:br/>
        <w:t>Оце і є осіння воля.&lt;br /&gt;</w:t>
        <w:br/>
        <w:t>Усе збулось. І навіть Доля&lt;br /&gt;</w:t>
        <w:br/>
        <w:t>тебе звільнила назавжди.</w:t>
      </w:r>
    </w:p>
    <w:p>
      <w:r>
        <w:br/>
        <w:t>Ідеш, не знаючи куди,&lt;br /&gt;</w:t>
        <w:br/>
        <w:t>хоч і втомився від ходи.&lt;br /&gt;</w:t>
        <w:br/>
        <w:t>Як подарунок – тиха днина,&lt;br /&gt;</w:t>
        <w:br/>
        <w:t>уся просвітлена, легка,&lt;br /&gt;</w:t>
        <w:br/>
        <w:t>суха, як зарості ожини,&lt;br /&gt;</w:t>
        <w:br/>
        <w:t>де від колишнього мотка&lt;br /&gt;</w:t>
        <w:br/>
        <w:t>звиса обривок павутини.&lt;br /&gt;</w:t>
        <w:br/>
        <w:t>І ні дороги, ні стежини...</w:t>
      </w:r>
    </w:p>
    <w:p>
      <w:r>
        <w:br/>
        <w:t>Грибів нема. І кошик зайвий.&lt;br /&gt;</w:t>
        <w:br/>
        <w:t>І шерхне у ярку струмок,&lt;br /&gt;</w:t>
        <w:br/>
        <w:t>де багряніючи вмерзає&lt;br /&gt;</w:t>
        <w:br/>
        <w:t>у власну тінь свою листок.</w:t>
      </w:r>
    </w:p>
    <w:p>
      <w:r>
        <w:br/>
        <w:t>* * *</w:t>
      </w:r>
    </w:p>
    <w:p>
      <w:r>
        <w:br/>
        <w:t>Володимиру Базилевському&lt;br /&gt;</w:t>
        <w:br/>
        <w:t>Це осінь, друже, тиха, як вина,&lt;br /&gt;</w:t>
        <w:br/>
        <w:t>з печаллю, з гіркотою, із вином,&lt;br /&gt;</w:t>
        <w:br/>
        <w:t>після якого, ніби з двійником&lt;br /&gt;</w:t>
        <w:br/>
        <w:t>говориш із собою допізна.&lt;br /&gt;</w:t>
        <w:br/>
        <w:t>Це осінь, друже, царство тишини,&lt;br /&gt;</w:t>
        <w:br/>
        <w:t>де воїном забутої війни&lt;br /&gt;</w:t>
        <w:br/>
        <w:t>дрімає дуб навстоячки при збруї,&lt;br /&gt;</w:t>
        <w:br/>
        <w:t>і вже не відчуває і не чує,&lt;br /&gt;</w:t>
        <w:br/>
        <w:t>як випадають з патронташа кулі&lt;br /&gt;</w:t>
        <w:br/>
        <w:t>і як риплять від старості гілки,&lt;br /&gt;</w:t>
        <w:br/>
        <w:t>адже вві сні йому кують зозулі,&lt;br /&gt;</w:t>
        <w:br/>
        <w:t>ще молодому, молоді роки.</w:t>
      </w:r>
    </w:p>
    <w:p>
      <w:r>
        <w:br/>
        <w:t>Це осінь, друже, це вже осінь&lt;br /&gt;</w:t>
        <w:br/>
        <w:t>у голосі твоєму, на покосі,&lt;br /&gt;</w:t>
        <w:br/>
        <w:t>на всьому, що зробити не вдалося.&lt;br /&gt;</w:t>
        <w:br/>
        <w:t>Вона з туману веслами скрипить,&lt;br /&gt;</w:t>
        <w:br/>
        <w:t>і вже верба стоїть простоволоса,&lt;br /&gt;</w:t>
        <w:br/>
        <w:t>як та душа на березі, стоїть.&lt;br /&gt;</w:t>
        <w:br/>
        <w:t>Палахкотить листок серед гілок,&lt;br /&gt;</w:t>
        <w:br/>
        <w:t>тримає павутина той листок,&lt;br /&gt;</w:t>
        <w:br/>
        <w:t>що рветься сам за іншими летіти&lt;br /&gt;</w:t>
        <w:br/>
        <w:t>від самоти і вже чужого світу.</w:t>
      </w:r>
    </w:p>
    <w:p>
      <w:r>
        <w:br/>
        <w:t>Це осінь, друже, це останній строк,&lt;br /&gt;</w:t>
        <w:br/>
        <w:t>коли в руках, де грілася синиця,&lt;br /&gt;</w:t>
        <w:br/>
        <w:t>лиш яблуко, в якому чорним птицям&lt;br /&gt;</w:t>
        <w:br/>
        <w:t>уже у теплих гніздах не сидиться,&lt;br /&gt;</w:t>
        <w:br/>
        <w:t>не терпиться пуститись в переліт&lt;br /&gt;</w:t>
        <w:br/>
        <w:t>під інше небо у незнаний світ.&lt;br /&gt;</w:t>
        <w:br/>
        <w:t>І вже ножем торкається рука&lt;br /&gt;</w:t>
        <w:br/>
        <w:t>до яблука, як сонце золотого,&lt;br /&gt;</w:t>
        <w:br/>
        <w:t>і чорних птиць на волю випуска,&lt;br /&gt;</w:t>
        <w:br/>
        <w:t>на волю вітру, як рука, сліпого.</w:t>
      </w:r>
    </w:p>
    <w:p>
      <w:r>
        <w:br/>
        <w:t>Це осінь, друже, втомлена гонитва&lt;br /&gt;</w:t>
        <w:br/>
        <w:t>за світом, що з тобою спалахне –&lt;br /&gt;</w:t>
        <w:br/>
        <w:t>і тільки дим у небо, як молитва,&lt;br /&gt;</w:t>
        <w:br/>
        <w:t>в якій уже ні слова про земне.</w:t>
      </w:r>
    </w:p>
    <w:p>
      <w:r>
        <w:br/>
        <w:t>* * *</w:t>
      </w:r>
    </w:p>
    <w:p>
      <w:r>
        <w:br/>
        <w:t>Течія поплавок підганяє&lt;br /&gt;</w:t>
        <w:br/>
        <w:t>під обрив, де межа небокраю&lt;br /&gt;</w:t>
        <w:br/>
        <w:t>палахкоче багрянцем листка,&lt;br /&gt;</w:t>
        <w:br/>
        <w:t>і за літом, що тихо спливає,&lt;br /&gt;</w:t>
        <w:br/>
        <w:t>осідлавши мого поплавка,&lt;br /&gt;</w:t>
        <w:br/>
        <w:t>синя бабка, наїзниця наче,&lt;br /&gt;</w:t>
        <w:br/>
        <w:t>напівсонною скаче і скаче...</w:t>
      </w:r>
    </w:p>
    <w:p>
      <w:r>
        <w:br/>
        <w:t>Вже пора риболовлю згортати, –&lt;br /&gt;</w:t>
        <w:br/>
        <w:t>золотої мені не спіймати,&lt;br /&gt;</w:t>
        <w:br/>
        <w:t>а срібляста уже у садку.&lt;br /&gt;</w:t>
        <w:br/>
        <w:t>Але жаль мені бабку зганяти,&lt;br /&gt;</w:t>
        <w:br/>
        <w:t>що сидить на моїм поплавку,&lt;br /&gt;</w:t>
        <w:br/>
        <w:t>а її течія підганяє&lt;br /&gt;</w:t>
        <w:br/>
        <w:t>під обрив до межі небокраю.</w:t>
      </w:r>
    </w:p>
    <w:p>
      <w:r>
        <w:br/>
        <w:t>* * *</w:t>
      </w:r>
    </w:p>
    <w:p>
      <w:r>
        <w:br/>
        <w:t>Погожі дні... Та вже осінні...&lt;br /&gt;</w:t>
        <w:br/>
        <w:t>Тремтить береза при Десні,&lt;br /&gt;</w:t>
        <w:br/>
        <w:t>себе побачивши на плині&lt;br /&gt;</w:t>
        <w:br/>
        <w:t>в зім’ятім хвилею вбранні.</w:t>
      </w:r>
    </w:p>
    <w:p>
      <w:r>
        <w:br/>
        <w:t>А вітер з присвистом від неї&lt;br /&gt;</w:t>
        <w:br/>
        <w:t>біжить пройдисвітом Енеєм,&lt;br /&gt;</w:t>
        <w:br/>
        <w:t>і зірваним вогнем листка&lt;br /&gt;</w:t>
        <w:br/>
        <w:t>палахкотить його щока.</w:t>
      </w:r>
    </w:p>
    <w:p>
      <w:r>
        <w:br/>
        <w:t>* * *</w:t>
      </w:r>
    </w:p>
    <w:p>
      <w:r>
        <w:br/>
        <w:t>І сам я старий, як осінь,&lt;br /&gt;</w:t>
        <w:br/>
        <w:t>і пам’ять моя стара:&lt;br /&gt;</w:t>
        <w:br/>
        <w:t>у тріщинах, мов кора,&lt;br /&gt;</w:t>
        <w:br/>
        <w:t>як крона – простоволоса.</w:t>
      </w:r>
    </w:p>
    <w:p>
      <w:r>
        <w:br/>
        <w:t>Розвіяв незримий вітер,&lt;br /&gt;</w:t>
        <w:br/>
        <w:t>розмив поосінній дощ&lt;br /&gt;</w:t>
        <w:br/>
        <w:t>і теплу весну, і літо,&lt;br /&gt;</w:t>
        <w:br/>
        <w:t>і щось... призабуте щось,&lt;br /&gt;</w:t>
        <w:br/>
        <w:t>що, мабуть, не пригадати –&lt;br /&gt;</w:t>
        <w:br/>
        <w:t>забулося назавжди.&lt;br /&gt;</w:t>
        <w:br/>
        <w:t>Німими чорніють дати,&lt;br /&gt;</w:t>
        <w:br/>
        <w:t>чорніють німі сади.</w:t>
      </w:r>
    </w:p>
    <w:p>
      <w:r>
        <w:br/>
        <w:t>І від прожитих весен –&lt;br /&gt;</w:t>
        <w:br/>
        <w:t>лиш музика чарівна,&lt;br /&gt;</w:t>
        <w:br/>
        <w:t>що ніби з вікна небесного&lt;br /&gt;</w:t>
        <w:br/>
        <w:t>з відчиненого вікна, –</w:t>
      </w:r>
    </w:p>
    <w:p>
      <w:r>
        <w:br/>
        <w:t>і плаче душа розкута,&lt;br /&gt;</w:t>
        <w:br/>
        <w:t>і крапає березіль,&lt;br /&gt;</w:t>
        <w:br/>
        <w:t>і назавжди забуте&lt;br /&gt;</w:t>
        <w:br/>
        <w:t>проявляється у сльозі.</w:t>
      </w:r>
    </w:p>
    <w:p>
      <w:r>
        <w:br/>
        <w:t>* * *</w:t>
      </w:r>
    </w:p>
    <w:p>
      <w:r>
        <w:br/>
        <w:t>Далеко до ранкової зорі.&lt;br /&gt;</w:t>
        <w:br/>
        <w:t>І друг мій спить, і вогнище дрімає,&lt;br /&gt;</w:t>
        <w:br/>
        <w:t>і тужно тягнуть пісню комарі,&lt;br /&gt;</w:t>
        <w:br/>
        <w:t>якій, здається, ні кінця, ні краю.</w:t>
      </w:r>
    </w:p>
    <w:p>
      <w:r>
        <w:br/>
        <w:t>То спалахне іскринка у золі,&lt;br /&gt;</w:t>
        <w:br/>
        <w:t>то знову зірка – голкою у сіно.&lt;br /&gt;</w:t>
        <w:br/>
        <w:t>У небі тихо, тихо на землі,&lt;br /&gt;</w:t>
        <w:br/>
        <w:t>і на душі від тиші неспокійно.</w:t>
      </w:r>
    </w:p>
    <w:p>
      <w:r>
        <w:br/>
        <w:t>Вербова тінь у плинній глибині&lt;br /&gt;</w:t>
        <w:br/>
        <w:t>тремтить і сліпо тягнеться в безкрає,&lt;br /&gt;</w:t>
        <w:br/>
        <w:t>і друг так тяжко стогне уві сні,&lt;br /&gt;</w:t>
        <w:br/>
        <w:t>якого вранці навіть не згадає.</w:t>
      </w:r>
    </w:p>
    <w:p>
      <w:r>
        <w:br/>
        <w:t>* * *</w:t>
      </w:r>
    </w:p>
    <w:p>
      <w:r>
        <w:br/>
        <w:t>У грудях щемить і не знаю, від чого,&lt;br /&gt;</w:t>
        <w:br/>
        <w:t>від болю свого, чи від болю чужого,&lt;br /&gt;</w:t>
        <w:br/>
        <w:t>чи, може, тому, що за річкою тонко&lt;br /&gt;</w:t>
        <w:br/>
        <w:t>хтось пісню виводить, як в юності&lt;br /&gt;</w:t>
        <w:br/>
        <w:t>коника&lt;br /&gt;</w:t>
        <w:br/>
        <w:t>виводять у степ на широку дорогу,&lt;br /&gt;</w:t>
        <w:br/>
        <w:t>де кінний і піший не знайде нічого,&lt;br /&gt;</w:t>
        <w:br/>
        <w:t>крім болю свого та крім болю чужого.</w:t>
      </w:r>
    </w:p>
    <w:p>
      <w:r>
        <w:br/>
        <w:t>* * *</w:t>
      </w:r>
    </w:p>
    <w:p>
      <w:r>
        <w:br/>
        <w:t>Ті ж самі солов’ї і ті ж надії.&lt;br /&gt;</w:t>
        <w:br/>
        <w:t>Твоїм ім’ям хтось іншу назива&lt;br /&gt;</w:t>
        <w:br/>
        <w:t>і їй мої повторює слова,&lt;br /&gt;</w:t>
        <w:br/>
        <w:t>і світ старий минулим молодіє&lt;br /&gt;</w:t>
        <w:br/>
        <w:t>і в радості минуле забува.</w:t>
      </w:r>
    </w:p>
    <w:p>
      <w:r>
        <w:br/>
        <w:t>Цвіте бузок під хатою так само,&lt;br /&gt;</w:t>
        <w:br/>
        <w:t>і пам’ять відчиня віконні рами&lt;br /&gt;</w:t>
        <w:br/>
        <w:t>зі скрипом заржавілим – і вона,&lt;br /&gt;</w:t>
        <w:br/>
        <w:t>гілки бузку розсунувши руками,до мене випливає із вікна.</w:t>
      </w:r>
    </w:p>
    <w:p>
      <w:r>
        <w:br/>
        <w:t>І ніби не змінилося нічого:&lt;br /&gt;</w:t>
        <w:br/>
        <w:t>і зайчик, що стрибав біля порогу,&lt;br /&gt;</w:t>
        <w:br/>
        <w:t>на підвіконні спить, як на горбку,&lt;br /&gt;</w:t>
        <w:br/>
        <w:t>і тільки руку простягни до нього,&lt;br /&gt;</w:t>
        <w:br/>
        <w:t>як вискочить з годинника старого&lt;br /&gt;</w:t>
        <w:br/>
        <w:t>стара зозуля із своїм "ку-ку".</w:t>
      </w:r>
    </w:p>
    <w:p>
      <w:r>
        <w:br/>
        <w:t>* * *</w:t>
      </w:r>
    </w:p>
    <w:p>
      <w:r>
        <w:br/>
        <w:t>Під лісом, де коса гуляла,&lt;br /&gt;</w:t>
        <w:br/>
        <w:t>стіжками горбиться галява.&lt;br /&gt;</w:t>
        <w:br/>
        <w:t>Душа оголена, як віть.&lt;br /&gt;</w:t>
        <w:br/>
        <w:t>В отаві листя шерхотить,&lt;br /&gt;</w:t>
        <w:br/>
        <w:t>і заповзає шурхіт в нори&lt;br /&gt;</w:t>
        <w:br/>
        <w:t>з окрайцем тіні осокора.</w:t>
      </w:r>
    </w:p>
    <w:p>
      <w:r>
        <w:br/>
        <w:t>Світ порожніє, як долоні.&lt;br /&gt;</w:t>
        <w:br/>
        <w:t>І день сплива, мов по соломі&lt;br /&gt;</w:t>
        <w:br/>
        <w:t>спливає... І не тільки день.&lt;br /&gt;</w:t>
        <w:br/>
        <w:t>І відчуваєш – щось іде&lt;br /&gt;</w:t>
        <w:br/>
        <w:t>без оповідки "йду на ви",&lt;br /&gt;</w:t>
        <w:br/>
        <w:t>і на ожину безневинна&lt;br /&gt;</w:t>
        <w:br/>
        <w:t>уже з чиєїсь голови&lt;br /&gt;</w:t>
        <w:br/>
        <w:t>упала срібна волосина.&lt;br /&gt;</w:t>
        <w:br/>
        <w:t>Але не ойкнула луна,&lt;br /&gt;</w:t>
        <w:br/>
        <w:t>немов не сталося нічого,&lt;br /&gt;</w:t>
        <w:br/>
        <w:t>і розмиває далина&lt;br /&gt;</w:t>
        <w:br/>
        <w:t>дорогу тиху, як до Бога.</w:t>
      </w:r>
    </w:p>
    <w:p>
      <w:r>
        <w:br/>
        <w:t>* * *</w:t>
      </w:r>
    </w:p>
    <w:p>
      <w:r>
        <w:br/>
        <w:t>Пташині співи у садку безлистім&lt;br /&gt;</w:t>
        <w:br/>
        <w:t>таким тебе пронизують сирітством,&lt;br /&gt;</w:t>
        <w:br/>
        <w:t>неначе серед теплої золи&lt;br /&gt;</w:t>
        <w:br/>
        <w:t>розсілись просто неба погорільці&lt;br /&gt;</w:t>
        <w:br/>
        <w:t>і, притопивши горе у горілці,&lt;br /&gt;</w:t>
        <w:br/>
        <w:t>про щось веселе пісню затягли.</w:t>
      </w:r>
    </w:p>
    <w:p>
      <w:r>
        <w:br/>
        <w:t>І мимоволі прагнеш самоти,&lt;br /&gt;</w:t>
        <w:br/>
        <w:t>хоч пишеш, усамітнившись, листи&lt;br /&gt;</w:t>
        <w:br/>
        <w:t>і розумієш: всі твої писання&lt;br /&gt;</w:t>
        <w:br/>
        <w:t>не варті незрадливого мовчання.</w:t>
      </w:r>
    </w:p>
    <w:p>
      <w:r>
        <w:br/>
        <w:t>І грієш пізнє яблуко в долоні,&lt;br /&gt;</w:t>
        <w:br/>
        <w:t>і переводиш погляд на вікно,&lt;br /&gt;</w:t>
        <w:br/>
        <w:t>де виноград на світлім підвіконні&lt;br /&gt;</w:t>
        <w:br/>
        <w:t>переграє у бутлі на вино.</w:t>
      </w:r>
    </w:p>
    <w:p>
      <w:r>
        <w:br/>
        <w:t>* * *</w:t>
      </w:r>
    </w:p>
    <w:p>
      <w:r>
        <w:br/>
        <w:t>В дубовій кроні стука дятел,&lt;br /&gt;</w:t>
        <w:br/>
        <w:t>і розкотились жолудята,&lt;br /&gt;</w:t>
        <w:br/>
        <w:t>лиш кілька їхніх шапочок&lt;br /&gt;</w:t>
        <w:br/>
        <w:t>звиса з розгублених гілок.</w:t>
      </w:r>
    </w:p>
    <w:p>
      <w:r>
        <w:br/>
        <w:t>Така ж, як дуб отой, стара&lt;br /&gt;</w:t>
        <w:br/>
        <w:t>ворона каркає, злітаючи –&lt;br /&gt;</w:t>
        <w:br/>
        <w:t>і страх підводить вуха заячі&lt;br /&gt;</w:t>
        <w:br/>
        <w:t>і, ніби заєць, завмира.</w:t>
      </w:r>
    </w:p>
    <w:p>
      <w:r>
        <w:br/>
        <w:t>А хвиля небо розгойдала, –&lt;br /&gt;</w:t>
        <w:br/>
        <w:t>і, влаштувавши переблиск,&lt;br /&gt;</w:t>
        <w:br/>
        <w:t>засперечалися дзеркала&lt;br /&gt;</w:t>
        <w:br/>
        <w:t>за кожну тінь, за кожен лист,&lt;br /&gt;</w:t>
        <w:br/>
        <w:t>що кружеля над плином синім...</w:t>
      </w:r>
    </w:p>
    <w:p>
      <w:r>
        <w:br/>
        <w:t>Як перед Богом ліс осінній&lt;br /&gt;</w:t>
        <w:br/>
        <w:t>прозорий весь, легенькі тіні,&lt;br /&gt;</w:t>
        <w:br/>
        <w:t>поміж яких лише єдина,&lt;br /&gt;</w:t>
        <w:br/>
        <w:t>лише моя важка сьогодні,&lt;br /&gt;</w:t>
        <w:br/>
        <w:t>немов на терези Господні&lt;br /&gt;</w:t>
        <w:br/>
        <w:t>упала чорна, як провина.</w:t>
      </w:r>
    </w:p>
    <w:p>
      <w:r>
        <w:br/>
        <w:t>А часу обмаль, щоб розкаятись&lt;br /&gt;</w:t>
        <w:br/>
        <w:t>допоки обрії відчинені.&lt;br /&gt;</w:t>
        <w:br/>
        <w:t>І золотим горить окрайцем&lt;br /&gt;</w:t>
        <w:br/>
        <w:t>під берегом зоря вечірня.</w:t>
      </w:r>
    </w:p>
    <w:p>
      <w:r>
        <w:br/>
        <w:t>* * *</w:t>
      </w:r>
    </w:p>
    <w:p>
      <w:r>
        <w:br/>
        <w:t>Мерехтить у темнім плині&lt;br /&gt;</w:t>
        <w:br/>
        <w:t>неба зоряний посів.&lt;br /&gt;</w:t>
        <w:br/>
        <w:t>З того боку на косі,&lt;br /&gt;</w:t>
        <w:br/>
        <w:t>може, люди, може, тіні.&lt;br /&gt;</w:t>
        <w:br/>
        <w:t>Світ завмер у безгомінні,&lt;br /&gt;</w:t>
        <w:br/>
        <w:t>і стоїть, як над могилою,&lt;br /&gt;</w:t>
        <w:br/>
        <w:t>тиша постаттю похилою.</w:t>
      </w:r>
    </w:p>
    <w:p>
      <w:r>
        <w:br/>
        <w:t>Ні облич, ні голосів,&lt;br /&gt;</w:t>
        <w:br/>
        <w:t>ні відлуння – тільки тіні,&lt;br /&gt;</w:t>
        <w:br/>
        <w:t>тільки зоряний посів&lt;br /&gt;</w:t>
        <w:br/>
        <w:t>відбивається у плині.</w:t>
      </w:r>
    </w:p>
    <w:p>
      <w:r>
        <w:br/>
        <w:t>* * *</w:t>
      </w:r>
    </w:p>
    <w:p>
      <w:r>
        <w:br/>
        <w:t>Уже і Покрова,&lt;br /&gt;</w:t>
        <w:br/>
        <w:t>і скоро – зима.&lt;br /&gt;</w:t>
        <w:br/>
        <w:t>Над річкою знову&lt;br /&gt;</w:t>
        <w:br/>
        <w:t>туман, туман...</w:t>
      </w:r>
    </w:p>
    <w:p>
      <w:r>
        <w:br/>
        <w:t>Стоїть і не тане,&lt;br /&gt;</w:t>
        <w:br/>
        <w:t>хоч сонце зійшло.&lt;br /&gt;</w:t>
        <w:br/>
        <w:t>І чути з туману,&lt;br /&gt;</w:t>
        <w:br/>
        <w:t>як хлюпа весло.</w:t>
      </w:r>
    </w:p>
    <w:p>
      <w:r>
        <w:br/>
        <w:t>А голос підтятий&lt;br /&gt;</w:t>
        <w:br/>
        <w:t>душі із човна&lt;br /&gt;</w:t>
        <w:br/>
        <w:t>безсила підняти&lt;br /&gt;</w:t>
        <w:br/>
        <w:t>над плесом луна.</w:t>
      </w:r>
    </w:p>
    <w:p>
      <w:r>
        <w:br/>
        <w:t>Дощами розмито&lt;br /&gt;</w:t>
        <w:br/>
        <w:t>стоянок сліди.&lt;br /&gt;</w:t>
        <w:br/>
        <w:t>Оголені віти&lt;br /&gt;</w:t>
        <w:br/>
        <w:t>чорніють з води.</w:t>
      </w:r>
    </w:p>
    <w:p>
      <w:r>
        <w:br/>
        <w:t>І падає листя,&lt;br /&gt;</w:t>
        <w:br/>
        <w:t>могили вкрива,&lt;br /&gt;</w:t>
        <w:br/>
        <w:t>де ще розростися&lt;br /&gt;</w:t>
        <w:br/>
        <w:t>не встигла трава.</w:t>
      </w:r>
    </w:p>
    <w:p>
      <w:r>
        <w:br/>
        <w:t>Зливаються тіні,&lt;br /&gt;</w:t>
        <w:br/>
        <w:t>і тиша німа,&lt;br /&gt;</w:t>
        <w:br/>
        <w:t>над річкою синій&lt;br /&gt;</w:t>
        <w:br/>
        <w:t>туман, туман...</w:t>
      </w:r>
    </w:p>
    <w:p>
      <w:r>
        <w:br/>
        <w:t>* * *</w:t>
      </w:r>
    </w:p>
    <w:p>
      <w:r>
        <w:br/>
        <w:t>У небо – птиця, листя – до землі,&lt;br /&gt;</w:t>
        <w:br/>
        <w:t>і зникло все в сіріючій імлі.&lt;br /&gt;</w:t>
        <w:br/>
        <w:t>І тихо-тихо підійшов сніжок,&lt;br /&gt;</w:t>
        <w:br/>
        <w:t>а за сніжком іще тихішим кроком&lt;br /&gt;</w:t>
        <w:br/>
        <w:t>нова епоха – у старий садок,&lt;br /&gt;</w:t>
        <w:br/>
        <w:t>і розчинила готику гілок&lt;br /&gt;</w:t>
        <w:br/>
        <w:t>у пишноті розкішного бароко.</w:t>
      </w:r>
    </w:p>
    <w:p>
      <w:r>
        <w:br/>
        <w:t>І світло стало. Заіскрився іній.&lt;br /&gt;</w:t>
        <w:br/>
        <w:t>І синє небо, і синіють тіні,&lt;br /&gt;</w:t>
        <w:br/>
        <w:t>немов розквітли яблуні і сливи,&lt;br /&gt;</w:t>
        <w:br/>
        <w:t>горить зоря настояним вином,&lt;br /&gt;</w:t>
        <w:br/>
        <w:t>і чорний день здається неможливим.&lt;br /&gt;</w:t>
        <w:br/>
        <w:t>І стукає синичка у вікно, –&lt;br /&gt;</w:t>
        <w:br/>
        <w:t>і радість на душі, бо ми удвох.</w:t>
      </w:r>
    </w:p>
    <w:p>
      <w:r>
        <w:br/>
        <w:t>Для неї це найважча із епох, –&lt;br /&gt;</w:t>
        <w:br/>
        <w:t>і холодно, і голодно у кроні,&lt;br /&gt;</w:t>
        <w:br/>
        <w:t>під снігом годувальниця-земля,&lt;br /&gt;</w:t>
        <w:br/>
        <w:t>та подзьобає печива з долоні&lt;br /&gt;</w:t>
        <w:br/>
        <w:t>і вже співа... Й не треба журавля.</w:t>
      </w:r>
    </w:p>
    <w:p>
      <w:r>
        <w:br/>
        <w:t>Хто зна, які на нас чекають зміни,&lt;br /&gt;</w:t>
        <w:br/>
        <w:t>які під ноги ляжуть нам сніги.&lt;br /&gt;</w:t>
        <w:br/>
        <w:t>Та ми перезимуєм неодмінно,&lt;br /&gt;</w:t>
        <w:br/>
        <w:t>бо все вертає на свої крути.</w:t>
      </w:r>
    </w:p>
    <w:p>
      <w:r>
        <w:br/>
        <w:t>Обживемося, звикнемо потроху&lt;br /&gt;</w:t>
        <w:br/>
        <w:t>до всього, що сьогодні нам дано.&lt;br /&gt;</w:t>
        <w:br/>
        <w:t>А там, дивись, відчинимо вікно&lt;br /&gt;</w:t>
        <w:br/>
        <w:t>в садок старий, але в нову епоху,&lt;br /&gt;</w:t>
        <w:br/>
        <w:t>де ті ж надії і старі жалі...&lt;br /&gt;</w:t>
        <w:br/>
        <w:t>І пролетять над нами журавлі.</w:t>
      </w:r>
    </w:p>
    <w:p>
      <w:r>
        <w:br/>
        <w:t>* * *</w:t>
      </w:r>
    </w:p>
    <w:p>
      <w:r>
        <w:br/>
        <w:t>У засніженім сквері, як я,&lt;br /&gt;</w:t>
        <w:br/>
        <w:t>ловить сніг у долоні хлоп’я,&lt;br /&gt;</w:t>
        <w:br/>
        <w:t>і сміється до мене щасливо, –&lt;br /&gt;</w:t>
        <w:br/>
        <w:t>а на сміх окликається диво,&lt;br /&gt;</w:t>
        <w:br/>
        <w:t>мов з луною стояло на чатах,&lt;br /&gt;</w:t>
        <w:br/>
        <w:t>і душа, мов хлоп’я на санчатах.</w:t>
      </w:r>
    </w:p>
    <w:p>
      <w:r>
        <w:br/>
        <w:t>І веселий здіймаючи крик,&lt;br /&gt;</w:t>
        <w:br/>
        <w:t>переповнені радістю втіхи,&lt;br /&gt;</w:t>
        <w:br/>
        <w:t>котять сніг на узвишшя сізіфи,&lt;br /&gt;</w:t>
        <w:br/>
        <w:t>де і мій височив сніговик.</w:t>
      </w:r>
    </w:p>
    <w:p>
      <w:r>
        <w:br/>
        <w:t>Всі дороги й стежки замело,&lt;br /&gt;</w:t>
        <w:br/>
        <w:t>і замет підіймає крило,&lt;br /&gt;</w:t>
        <w:br/>
        <w:t>ловлять "котиків" вітами верби,&lt;br /&gt;</w:t>
        <w:br/>
        <w:t>і, як верби, ловлю я своє,&lt;br /&gt;</w:t>
        <w:br/>
        <w:t>доки сніг, доки дивом стає&lt;br /&gt;</w:t>
        <w:br/>
        <w:t>все, до чого торкається небо.</w:t>
      </w:r>
    </w:p>
    <w:p>
      <w:r>
        <w:br/>
        <w:t>* * *</w:t>
      </w:r>
    </w:p>
    <w:p>
      <w:r>
        <w:br/>
        <w:t>Уже квилить душа до неба,&lt;br /&gt;</w:t>
        <w:br/>
        <w:t>і нічогісінько не треба,&lt;br /&gt;</w:t>
        <w:br/>
        <w:t>бо ти і сам собі чужий.&lt;br /&gt;</w:t>
        <w:br/>
        <w:t>Та помолився хтось за тебе –&lt;br /&gt;</w:t>
        <w:br/>
        <w:t>і ти здивовано живий.</w:t>
      </w:r>
    </w:p>
    <w:p>
      <w:r>
        <w:br/>
        <w:t>З тією ж тугою-журбою&lt;br /&gt;</w:t>
        <w:br/>
        <w:t>у світі кривди і брехні,&lt;br /&gt;</w:t>
        <w:br/>
        <w:t>з пейзажем моря на стіні,&lt;br /&gt;</w:t>
        <w:br/>
        <w:t>в яку ти бився головою</w:t>
      </w:r>
    </w:p>
    <w:p>
      <w:r>
        <w:br/>
        <w:t>і не пробив... І слава Богу,&lt;br /&gt;</w:t>
        <w:br/>
        <w:t>адже пробивши,&lt;br /&gt;</w:t>
        <w:br/>
        <w:t>в ще одну&lt;br /&gt;</w:t>
        <w:br/>
        <w:t>в таку ж утупився б стіну&lt;br /&gt;</w:t>
        <w:br/>
        <w:t>вже без пейзажу голубого.</w:t>
      </w:r>
    </w:p>
    <w:p>
      <w:r>
        <w:br/>
        <w:t>І ти шепочеш: – Боже мій,&lt;br /&gt;</w:t>
        <w:br/>
        <w:t>яка Твоя безмежна милість!&lt;br /&gt;</w:t>
        <w:br/>
        <w:t>Та я тому лише живий,&lt;br /&gt;</w:t>
        <w:br/>
        <w:t>що Ти повірив, Боже, тій,&lt;br /&gt;</w:t>
        <w:br/>
        <w:t>яка за мене помолилась.</w:t>
      </w:r>
    </w:p>
    <w:p>
      <w:r>
        <w:br/>
        <w:t>* * *</w:t>
      </w:r>
    </w:p>
    <w:p>
      <w:r>
        <w:br/>
        <w:t>З багряного крутосхилу&lt;br /&gt;</w:t>
        <w:br/>
        <w:t>летить за листком листок,&lt;br /&gt;</w:t>
        <w:br/>
        <w:t>а хвиля переболіле&lt;br /&gt;</w:t>
        <w:br/>
        <w:t>виплескує на пісок.</w:t>
      </w:r>
    </w:p>
    <w:p>
      <w:r>
        <w:br/>
        <w:t>Тужно курли осіннє&lt;br /&gt;</w:t>
        <w:br/>
        <w:t>б’ється у синє скло,&lt;br /&gt;</w:t>
        <w:br/>
        <w:t>і тінню крила у плині&lt;br /&gt;</w:t>
        <w:br/>
        <w:t>спливає твоє весло.</w:t>
      </w:r>
    </w:p>
    <w:p>
      <w:r>
        <w:br/>
        <w:t>І стелеться, каламутить&lt;br /&gt;</w:t>
        <w:br/>
        <w:t>річку вечірній дим.&lt;br /&gt;</w:t>
        <w:br/>
        <w:t>А перелітний смуток&lt;br /&gt;</w:t>
        <w:br/>
        <w:t>надовго стає твоїм.</w:t>
      </w:r>
    </w:p>
    <w:p>
      <w:r>
        <w:br/>
        <w:t>І небо глибшає наче,&lt;br /&gt;</w:t>
        <w:br/>
        <w:t>і відчиняється вись,&lt;br /&gt;</w:t>
        <w:br/>
        <w:t>якої ти ще не бачив,&lt;br /&gt;</w:t>
        <w:br/>
        <w:t>в яку ти ще не дививсь.</w:t>
      </w:r>
    </w:p>
    <w:p>
      <w:r>
        <w:br/>
        <w:t>* * *</w:t>
      </w:r>
    </w:p>
    <w:p>
      <w:r>
        <w:br/>
        <w:t>Я просинаюся на сіні.&lt;br /&gt;</w:t>
        <w:br/>
        <w:t>В наметі ранок. Пахнуть дині.&lt;br /&gt;</w:t>
        <w:br/>
        <w:t>А по намету ходять тіні&lt;br /&gt;</w:t>
        <w:br/>
        <w:t>і лопотять, що я на волі,&lt;br /&gt;</w:t>
        <w:br/>
        <w:t>якій радію, як дитя,&lt;br /&gt;</w:t>
        <w:br/>
        <w:t>бо знаю: час на риболовлі&lt;br /&gt;</w:t>
        <w:br/>
        <w:t>не зарахується в життя.</w:t>
      </w:r>
    </w:p>
    <w:p>
      <w:r>
        <w:br/>
        <w:t>На гострий шерех очерету&lt;br /&gt;</w:t>
        <w:br/>
        <w:t>я виповзаю із намету.&lt;br /&gt;</w:t>
        <w:br/>
        <w:t>Під пильним поглядом роси&lt;br /&gt;</w:t>
        <w:br/>
        <w:t>шукаю, щоб його підкинуть&lt;br /&gt;</w:t>
        <w:br/>
        <w:t>в багаття, що з останніх сил&lt;br /&gt;</w:t>
        <w:br/>
        <w:t>тримається за павутину.</w:t>
      </w:r>
    </w:p>
    <w:p>
      <w:r>
        <w:br/>
        <w:t>Спливає листя. Тихо так...&lt;br /&gt;</w:t>
        <w:br/>
        <w:t>Лише виляскує судак,&lt;br /&gt;</w:t>
        <w:br/>
        <w:t>розбризкуючи навкруги&lt;br /&gt;</w:t>
        <w:br/>
        <w:t>косяк сріблистої мільги.</w:t>
      </w:r>
    </w:p>
    <w:p>
      <w:r>
        <w:br/>
        <w:t>Зника за поворотом літо.&lt;br /&gt;</w:t>
        <w:br/>
        <w:t>І доки тихо. І туман.&lt;br /&gt;</w:t>
        <w:br/>
        <w:t>Ріка під кручею дріма,&lt;br /&gt;</w:t>
        <w:br/>
        <w:t>поклавши голову на лікоть.</w:t>
      </w:r>
    </w:p>
    <w:p>
      <w:r>
        <w:br/>
        <w:t>А з глибини над глибиною&lt;br /&gt;</w:t>
        <w:br/>
        <w:t>Сурмить, клекоче, непокоє&lt;br /&gt;</w:t>
        <w:br/>
        <w:t>і не дає заснути їй&lt;br /&gt;</w:t>
        <w:br/>
        <w:t>своєю чорною трубою&lt;br /&gt;</w:t>
        <w:br/>
        <w:t>Під самим вухом чорторий.</w:t>
      </w:r>
    </w:p>
    <w:p>
      <w:r>
        <w:br/>
        <w:t>* * *</w:t>
      </w:r>
    </w:p>
    <w:p>
      <w:r>
        <w:br/>
        <w:t>В таганку закипає вода,&lt;br /&gt;</w:t>
        <w:br/>
        <w:t>готую для юшки приправу,&lt;br /&gt;</w:t>
        <w:br/>
        <w:t>а посмішка діда лукаво&lt;br /&gt;</w:t>
        <w:br/>
        <w:t>з-під вусів мене спогляда.</w:t>
      </w:r>
    </w:p>
    <w:p>
      <w:r>
        <w:br/>
        <w:t>А після вечері на сіно&lt;br /&gt;</w:t>
        <w:br/>
        <w:t>приляжу і, ніби повільно –&lt;br /&gt;</w:t>
        <w:br/>
        <w:t>не плинучи – плину в човні.&lt;br /&gt;</w:t>
        <w:br/>
        <w:t>Багаття обабіч іскриться&lt;br /&gt;</w:t>
        <w:br/>
        <w:t>і слизько виблискує листя,&lt;br /&gt;</w:t>
        <w:br/>
        <w:t>і слухає ніч цвіркунів...&lt;br /&gt;</w:t>
        <w:br/>
        <w:t>І довго щасливо не спиться&lt;br /&gt;</w:t>
        <w:br/>
        <w:t>під боком у діда мені.</w:t>
      </w:r>
    </w:p>
    <w:p>
      <w:r>
        <w:br/>
        <w:t>Півмісяць щербато сміється,&lt;br /&gt;</w:t>
        <w:br/>
        <w:t>стрімку верховодку сріблить,&lt;br /&gt;</w:t>
        <w:br/>
        <w:t>і річка не плине, здається,&lt;br /&gt;</w:t>
        <w:br/>
        <w:t>і час по сьогодні стоїть.</w:t>
      </w:r>
    </w:p>
    <w:p>
      <w:r>
        <w:br/>
        <w:t>* * *</w:t>
      </w:r>
    </w:p>
    <w:p>
      <w:r>
        <w:br/>
        <w:t>Осіннє марева тремтіння&lt;br /&gt;</w:t>
        <w:br/>
        <w:t>і Вінграновський, як видіння,&lt;br /&gt;</w:t>
        <w:br/>
        <w:t>над бур’янами виника&lt;br /&gt;</w:t>
        <w:br/>
        <w:t>і перед себе на руках,&lt;br /&gt;</w:t>
        <w:br/>
        <w:t>несе врочисто жовті дині,&lt;br /&gt;</w:t>
        <w:br/>
        <w:t>весь в реп’яхах, в росі, в гудінні&lt;br /&gt;</w:t>
        <w:br/>
        <w:t>сліпучих ос, які над ним&lt;br /&gt;</w:t>
        <w:br/>
        <w:t>рояться німбом золотим.&lt;br /&gt;</w:t>
        <w:br/>
        <w:t>Владика степу! Навпростець&lt;br /&gt;</w:t>
        <w:br/>
        <w:t>простує зібраним баштаном&lt;br /&gt;</w:t>
        <w:br/>
        <w:t>і, наближаючись, росте&lt;br /&gt;</w:t>
        <w:br/>
        <w:t>плечима, усмішкою, станом&lt;br /&gt;</w:t>
        <w:br/>
        <w:t>і розсіває навкруги&lt;br /&gt;</w:t>
        <w:br/>
        <w:t>очей петрові батоги...</w:t>
      </w:r>
    </w:p>
    <w:p>
      <w:r>
        <w:br/>
        <w:t>А вже на плині жовті тіні,&lt;br /&gt;</w:t>
        <w:br/>
        <w:t>і наші поплавки спокійні,&lt;br /&gt;</w:t>
        <w:br/>
        <w:t>і підглядає з казанка&lt;br /&gt;</w:t>
        <w:br/>
        <w:t>більмасте око судака,&lt;br /&gt;</w:t>
        <w:br/>
        <w:t>як розсідаємось на сіні&lt;br /&gt;</w:t>
        <w:br/>
        <w:t>над килимком, як за столом,&lt;br /&gt;</w:t>
        <w:br/>
        <w:t>де скиба кавуна – ребром&lt;br /&gt;</w:t>
        <w:br/>
        <w:t>і так гостинно пахнуть дині,&lt;br /&gt;</w:t>
        <w:br/>
        <w:t>що гріх не випити вина&lt;br /&gt;</w:t>
        <w:br/>
        <w:t>під вічну пісню цвіркуна&lt;br /&gt;</w:t>
        <w:br/>
        <w:t>за світ оцей, що як на плині,&lt;br /&gt;</w:t>
        <w:br/>
        <w:t>спливає маревом осіннім,&lt;br /&gt;</w:t>
        <w:br/>
        <w:t>за риболовлю і за дині,&lt;br /&gt;</w:t>
        <w:br/>
        <w:t>потрійну юшку золоту,&lt;br /&gt;</w:t>
        <w:br/>
        <w:t>і за співучу марноту,&lt;br /&gt;</w:t>
        <w:br/>
        <w:t>що зимуватиме у сіні.</w:t>
      </w:r>
    </w:p>
    <w:p>
      <w:r>
        <w:br/>
        <w:t>Листок вербовий над наметом&lt;br /&gt;</w:t>
        <w:br/>
        <w:t>тремтить, відчувши переліт,&lt;br /&gt;</w:t>
        <w:br/>
        <w:t>але таким спокійним світ&lt;br /&gt;</w:t>
        <w:br/>
        <w:t>стоїть за спиною поета,&lt;br /&gt;</w:t>
        <w:br/>
        <w:t>хоч рання осінь крадькома&lt;br /&gt;</w:t>
        <w:br/>
        <w:t>уже підкралась і до нього,&lt;br /&gt;</w:t>
        <w:br/>
        <w:t>Владики степу, у якого,&lt;br /&gt;</w:t>
        <w:br/>
        <w:t>не тільки скіпетра нема,&lt;br /&gt;</w:t>
        <w:br/>
        <w:t>а навіть – пальця вказівного.</w:t>
      </w:r>
    </w:p>
    <w:p>
      <w:r>
        <w:br/>
        <w:t>* * *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п’єо із кружки&lt;br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–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І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</w:r>
    </w:p>
    <w:p>
      <w:r>
        <w:br/>
        <w:t>* * *</w:t>
      </w:r>
    </w:p>
    <w:p>
      <w:r>
        <w:br/>
        <w:t>Вже Ілля. А літо розімліло.&lt;br /&gt;</w:t>
        <w:br/>
        <w:t>Хвиля намагається безсило&lt;br /&gt;</w:t>
        <w:br/>
        <w:t>улягтися на піску рудім.&lt;br /&gt;</w:t>
        <w:br/>
        <w:t>І стоять по вим’я у воді&lt;br /&gt;</w:t>
        <w:br/>
        <w:t>три корови, що прийшли з діброви.</w:t>
      </w:r>
    </w:p>
    <w:p>
      <w:r>
        <w:br/>
        <w:t>Перелітна птиця над косою&lt;br /&gt;</w:t>
        <w:br/>
        <w:t>покружля і сяде на пісок,&lt;br /&gt;</w:t>
        <w:br/>
        <w:t>і, крило піднявши, під пахвою&lt;br /&gt;</w:t>
        <w:br/>
        <w:t>вітерцем просушує пушок.</w:t>
      </w:r>
    </w:p>
    <w:p>
      <w:r>
        <w:br/>
        <w:t>З думкою – кого б сьогодні звабить –&lt;br /&gt;</w:t>
        <w:br/>
        <w:t>голову свою схиливши набік,&lt;br /&gt;</w:t>
        <w:br/>
        <w:t>дівчина руками обома&lt;br /&gt;</w:t>
        <w:br/>
        <w:t>воду із волосся віджима,&lt;br /&gt;</w:t>
        <w:br/>
        <w:t>мов ворожить над своєю тінню,&lt;br /&gt;</w:t>
        <w:br/>
        <w:t>і за пильний погляд юнака&lt;br /&gt;</w:t>
        <w:br/>
        <w:t>обпіка примруженою синню,&lt;br /&gt;</w:t>
        <w:br/>
        <w:t>до почервоніння обпіка.</w:t>
      </w:r>
    </w:p>
    <w:p>
      <w:r>
        <w:br/>
        <w:t>Дістає люстерко і в руках&lt;br /&gt;</w:t>
        <w:br/>
        <w:t>так його тримає, щоб у ньому&lt;br /&gt;</w:t>
        <w:br/>
        <w:t>краще роздивитись юнака&lt;br /&gt;</w:t>
        <w:br/>
        <w:t>і причепуритися при цьому.</w:t>
      </w:r>
    </w:p>
    <w:p>
      <w:r>
        <w:br/>
        <w:t>І не відчуває, що незрима&lt;br /&gt;</w:t>
        <w:br/>
        <w:t>із косою в неї за плечима&lt;br /&gt;</w:t>
        <w:br/>
        <w:t>підгляда в люстерко і зітхає:&lt;br /&gt;</w:t>
        <w:br/>
        <w:t>– А колись, як виганяв їх з раю&lt;br /&gt;</w:t>
        <w:br/>
        <w:t>сам Господь, і я ж була такою,&lt;br /&gt;</w:t>
        <w:br/>
        <w:t>як оце дівчисько, молодою...</w:t>
      </w:r>
    </w:p>
    <w:p>
      <w:r>
        <w:br/>
        <w:t>* * *</w:t>
      </w:r>
    </w:p>
    <w:p>
      <w:r>
        <w:br/>
        <w:t>Ще світ у напівсонні, ще рано,&lt;br /&gt;</w:t>
        <w:br/>
        <w:t>зовсім рано,&lt;br /&gt;</w:t>
        <w:br/>
        <w:t>і на моїй долоні&lt;br /&gt;</w:t>
        <w:br/>
        <w:t>спокійно спить кохана,</w:t>
      </w:r>
    </w:p>
    <w:p>
      <w:r>
        <w:br/>
        <w:t>немов під колискову... А рання мурашня&lt;br /&gt;</w:t>
        <w:br/>
        <w:t>лоскоче тінь вербову&lt;br /&gt;</w:t>
        <w:br/>
        <w:t>і в річку заганя.</w:t>
      </w:r>
    </w:p>
    <w:p>
      <w:r>
        <w:br/>
        <w:t>В росі старенький ліжник, і на золі роса,&lt;br /&gt;</w:t>
        <w:br/>
        <w:t>осою квітне пижмо&lt;br /&gt;</w:t>
        <w:br/>
        <w:t>сліпуче, як оса.</w:t>
      </w:r>
    </w:p>
    <w:p>
      <w:r>
        <w:br/>
        <w:t>Все мерехтить, палає, і світиться вода,&lt;br /&gt;</w:t>
        <w:br/>
        <w:t>неначе жовтень в гаї&lt;br /&gt;</w:t>
        <w:br/>
        <w:t>скарби перегляда.</w:t>
      </w:r>
    </w:p>
    <w:p>
      <w:r>
        <w:br/>
        <w:t>На що не гляне пильно, до чого не торкнеться –&lt;br /&gt;</w:t>
        <w:br/>
        <w:t>усе стає безцінним – не відірвать від серця.</w:t>
      </w:r>
    </w:p>
    <w:p>
      <w:r>
        <w:br/>
        <w:t>Сріблиться нитка часу, і листя перед ним,&lt;br /&gt;</w:t>
        <w:br/>
        <w:t>як у руках Мідаса&lt;br /&gt;</w:t>
        <w:br/>
        <w:t>вже стало золотим.</w:t>
      </w:r>
    </w:p>
    <w:p>
      <w:r>
        <w:br/>
        <w:t>А світ у напівсонні, ще рано,&lt;br /&gt;</w:t>
        <w:br/>
        <w:t>зовсім рано,&lt;br /&gt;</w:t>
        <w:br/>
        <w:t>і на моїй долоні&lt;br /&gt;</w:t>
        <w:br/>
        <w:t>спокійно спить кохана.</w:t>
      </w:r>
    </w:p>
    <w:p>
      <w:r>
        <w:br/>
        <w:t>А крона осокора, дрімаючи, боїться,&lt;br /&gt;</w:t>
        <w:br/>
        <w:t>що ворухнеться сонна –&lt;br /&gt;</w:t>
        <w:br/>
        <w:t>й прокинеться без листя.</w:t>
      </w:r>
    </w:p>
    <w:p>
      <w:r>
        <w:br/>
        <w:t>* * *</w:t>
      </w:r>
    </w:p>
    <w:p>
      <w:r>
        <w:br/>
        <w:t>Ледь чутно скрипить сосна,&lt;br /&gt;</w:t>
        <w:br/>
        <w:t>тріщить сушняком багаття,&lt;br /&gt;</w:t>
        <w:br/>
        <w:t>освітлюючи латаття&lt;br /&gt;</w:t>
        <w:br/>
        <w:t>і задраний ніс човна,&lt;br /&gt;</w:t>
        <w:br/>
        <w:t>який на берег із плину&lt;br /&gt;</w:t>
        <w:br/>
        <w:t>ми витягли наполовину.</w:t>
      </w:r>
    </w:p>
    <w:p>
      <w:r>
        <w:br/>
        <w:t>Уже і куліш прочах,&lt;br /&gt;</w:t>
        <w:br/>
        <w:t>а в тебе весь час в очах,&lt;br /&gt;</w:t>
        <w:br/>
        <w:t>немов за рядком рядок,&lt;br /&gt;</w:t>
        <w:br/>
        <w:t>по течії – поплавок.&lt;br /&gt;</w:t>
        <w:br/>
        <w:t>І трепетом поплавка&lt;br /&gt;</w:t>
        <w:br/>
        <w:t>щасливо тремтить рука,&lt;br /&gt;</w:t>
        <w:br/>
        <w:t>і волосінь струною&lt;br /&gt;</w:t>
        <w:br/>
        <w:t>між тобою і глибиною.</w:t>
      </w:r>
    </w:p>
    <w:p>
      <w:r>
        <w:br/>
        <w:t>А що там, на глибині,&lt;br /&gt;</w:t>
        <w:br/>
        <w:t>за трепетом поплавка,&lt;br /&gt;</w:t>
        <w:br/>
        <w:t>там, по той бік рядка,&lt;br /&gt;</w:t>
        <w:br/>
        <w:t>що з’являється як вві сні?</w:t>
      </w:r>
    </w:p>
    <w:p>
      <w:r>
        <w:br/>
        <w:t>Там, у тім потойбіччі,&lt;br /&gt;</w:t>
        <w:br/>
        <w:t>заказаному для тебе,&lt;br /&gt;</w:t>
        <w:br/>
        <w:t>у щучому володінні,&lt;br /&gt;</w:t>
        <w:br/>
        <w:t>яке закривають тіні&lt;br /&gt;</w:t>
        <w:br/>
        <w:t>і навіть твоє обличчя,&lt;br /&gt;</w:t>
        <w:br/>
        <w:t>що прямо посеред неба?&lt;br /&gt;</w:t>
        <w:br/>
        <w:t>Що там, у тій імлі?..</w:t>
      </w:r>
    </w:p>
    <w:p>
      <w:r>
        <w:br/>
        <w:t>Тихо так на землі.&lt;br /&gt;</w:t>
        <w:br/>
        <w:t>І так на душі святково,&lt;br /&gt;</w:t>
        <w:br/>
        <w:t>хоч і кують ковалі,&lt;br /&gt;</w:t>
        <w:br/>
        <w:t>кують і кують підкови,&lt;br /&gt;</w:t>
        <w:br/>
        <w:t>і коні у нетерпінні,&lt;br /&gt;</w:t>
        <w:br/>
        <w:t>і мерехтить на плині&lt;br /&gt;</w:t>
        <w:br/>
        <w:t>єдиний Чумацький шлях,&lt;br /&gt;</w:t>
        <w:br/>
        <w:t>на якому не розминутись...&lt;br /&gt;</w:t>
        <w:br/>
        <w:t>І скрикує віщий птах,&lt;br /&gt;</w:t>
        <w:br/>
        <w:t>і ніби щось має збутись.&lt;br /&gt;</w:t>
        <w:br/>
        <w:t>І котиться над імлою&lt;br /&gt;</w:t>
        <w:br/>
        <w:t>іржання, як над Сулою,&lt;br /&gt;</w:t>
        <w:br/>
        <w:t>окликаючи далину.</w:t>
      </w:r>
    </w:p>
    <w:p>
      <w:r>
        <w:br/>
        <w:t>Густішим стає туман&lt;br /&gt;</w:t>
        <w:br/>
        <w:t>і підступа пітьма,&lt;br /&gt;</w:t>
        <w:br/>
        <w:t>і хилить вогонь до сну.&lt;br /&gt;</w:t>
        <w:br/>
        <w:t>А я обпікаюсь чаєм –&lt;br /&gt;</w:t>
        <w:br/>
        <w:t>і спиною відчуваю:&lt;br /&gt;</w:t>
        <w:br/>
        <w:t>дивиться автор Слова,&lt;br /&gt;</w:t>
        <w:br/>
        <w:t>як мружить мій друг чоло&lt;br /&gt;</w:t>
        <w:br/>
        <w:t>і над багаттям ловить&lt;br /&gt;</w:t>
        <w:br/>
        <w:t>у рукави тепло.</w:t>
      </w:r>
    </w:p>
    <w:p>
      <w:r>
        <w:br/>
        <w:t>* * *</w:t>
      </w:r>
    </w:p>
    <w:p>
      <w:r>
        <w:br/>
        <w:t>Фіксує око, проявля душа.&lt;br /&gt;</w:t>
        <w:br/>
        <w:t>І постає усе, що не помітив:&lt;br /&gt;</w:t>
        <w:br/>
        <w:t>не тільки вітер з пензлем комиша,&lt;br /&gt;</w:t>
        <w:br/>
        <w:t>а навіть намальоване тим вітром,&lt;br /&gt;</w:t>
        <w:br/>
        <w:t>що вже притих. І непорушна тінь.&lt;br /&gt;</w:t>
        <w:br/>
        <w:t>І припікає. І струмує мрево.&lt;br /&gt;</w:t>
        <w:br/>
        <w:t>І втомою прикинулася лінь&lt;br /&gt;</w:t>
        <w:br/>
        <w:t>і розтеклась по тілу, як по древу,&lt;br /&gt;</w:t>
        <w:br/>
        <w:t>допоки думка спить, а слово-немовля&lt;br /&gt;</w:t>
        <w:br/>
        <w:t>лише само з собою розмовля.</w:t>
      </w:r>
    </w:p>
    <w:p>
      <w:r>
        <w:br/>
        <w:t>А ти над плином. Дивишся на себе,&lt;br /&gt;</w:t>
        <w:br/>
        <w:t>на тінь свою із рисами пливкими.&lt;br /&gt;</w:t>
        <w:br/>
        <w:t>Собі під ніс римуєш з небом небо,&lt;br /&gt;</w:t>
        <w:br/>
        <w:t>бо знову зайчик вухами швидкими&lt;br /&gt;</w:t>
        <w:br/>
        <w:t>усі поперед тебе ловить рими,&lt;br /&gt;</w:t>
        <w:br/>
        <w:t>як люстерком осліплює на мить,&lt;br /&gt;</w:t>
        <w:br/>
        <w:t>сміється і стрибає над водою,&lt;br /&gt;</w:t>
        <w:br/>
        <w:t>а спробуєш за вухо ухопить –&lt;br /&gt;</w:t>
        <w:br/>
        <w:t>жалітися до Рильського біжить.&lt;br /&gt;</w:t>
        <w:br/>
        <w:t>І час іде, як дощик стороною.</w:t>
      </w:r>
    </w:p>
    <w:p>
      <w:r>
        <w:br/>
        <w:t>А в позачассі не тремтить листок,&lt;br /&gt;</w:t>
        <w:br/>
        <w:t>Як жар – пісок, повітря аж гаряче.&lt;br /&gt;</w:t>
        <w:br/>
        <w:t>Анітелень на спінінгу дзвінок&lt;br /&gt;</w:t>
        <w:br/>
        <w:t>в устах прищіпки,&lt;br /&gt;</w:t>
        <w:br/>
        <w:t>тільки зайчик скаче.</w:t>
      </w:r>
    </w:p>
    <w:p>
      <w:r>
        <w:br/>
        <w:t>Але здригнувсь... зануривсь поплавок&lt;br /&gt;</w:t>
        <w:br/>
        <w:t>і підхопила вудлище рука,&lt;br /&gt;</w:t>
        <w:br/>
        <w:t>і все, що око бачило, зника –&lt;br /&gt;</w:t>
        <w:br/>
        <w:t>ні зайчика уже, ні поплавка,&lt;br /&gt;</w:t>
        <w:br/>
        <w:t>лиш волосінь в напруженім тремтінні.&lt;br /&gt;</w:t>
        <w:br/>
        <w:t>І відчуваєш: радість нетривка&lt;br /&gt;</w:t>
        <w:br/>
        <w:t>і вся вона висить на волосині,&lt;br /&gt;</w:t>
        <w:br/>
        <w:t>що зараз проявилася у плині,&lt;br /&gt;</w:t>
        <w:br/>
        <w:t>а в тебе – тільки вудлище в руках.</w:t>
      </w:r>
    </w:p>
    <w:p>
      <w:r>
        <w:br/>
        <w:t>* * *</w:t>
      </w:r>
    </w:p>
    <w:p>
      <w:r>
        <w:br/>
        <w:t>Ранок такий дзвінковий!&lt;br /&gt;</w:t>
        <w:br/>
        <w:t>Холодно від роси.&lt;br /&gt;</w:t>
        <w:br/>
        <w:t>Боюся вимовить слово –&lt;br /&gt;</w:t>
        <w:br/>
        <w:t>тиша, як терези.</w:t>
      </w:r>
    </w:p>
    <w:p>
      <w:r>
        <w:br/>
        <w:t>І світиться так вода,&lt;br /&gt;</w:t>
        <w:br/>
        <w:t>неначе весною іва&lt;br /&gt;</w:t>
        <w:br/>
        <w:t>не падала, як біда,&lt;br /&gt;</w:t>
        <w:br/>
        <w:t>у чорторий з обрива,&lt;br /&gt;</w:t>
        <w:br/>
        <w:t>і ні над ким ніколи&lt;br /&gt;</w:t>
        <w:br/>
        <w:t>не розбігались кола.&lt;br /&gt;</w:t>
        <w:br/>
        <w:t>Ніби сомові ями&lt;br /&gt;</w:t>
        <w:br/>
        <w:t>не вкрили мазуту плями&lt;br /&gt;</w:t>
        <w:br/>
        <w:t>і ніби в очеретах&lt;br /&gt;</w:t>
        <w:br/>
        <w:t>не ходить сьогодні страх,&lt;br /&gt;</w:t>
        <w:br/>
        <w:t>не дивиться з течії&lt;br /&gt;</w:t>
        <w:br/>
        <w:t>очима моїми&lt;br /&gt;</w:t>
        <w:br/>
        <w:t>в очі мої...</w:t>
      </w:r>
    </w:p>
    <w:p>
      <w:r>
        <w:br/>
        <w:t>Обміліла моя ріка.&lt;br /&gt;</w:t>
        <w:br/>
        <w:t>Як в старця тремтить рука,&lt;br /&gt;</w:t>
        <w:br/>
        <w:t>прив’язуючи гачка.&lt;br /&gt;</w:t>
        <w:br/>
        <w:t>Крона тремтить на плині,&lt;br /&gt;</w:t>
        <w:br/>
        <w:t>і все, як на волосині,&lt;br /&gt;</w:t>
        <w:br/>
        <w:t>на чесному шерхотінні&lt;br /&gt;</w:t>
        <w:br/>
        <w:t>палаючого листка.</w:t>
      </w:r>
    </w:p>
    <w:p>
      <w:r>
        <w:br/>
        <w:t>Але не міліє час.&lt;br /&gt;</w:t>
        <w:br/>
        <w:t>і ранок завжди мудріший.&lt;br /&gt;</w:t>
        <w:br/>
        <w:t>І, може, тому і – тиша.&lt;br /&gt;</w:t>
        <w:br/>
        <w:t>Яблуком пахне Спас.</w:t>
      </w:r>
    </w:p>
    <w:p>
      <w:r>
        <w:br/>
        <w:t>Світлішає, підсиха,&lt;br /&gt;</w:t>
        <w:br/>
        <w:t>гострішає осока.&lt;br /&gt;</w:t>
        <w:br/>
        <w:t>Із яблука черв’яка&lt;br /&gt;</w:t>
        <w:br/>
        <w:t>начіплюю на гачок,&lt;br /&gt;</w:t>
        <w:br/>
        <w:t>з надією закидаю,&lt;br /&gt;</w:t>
        <w:br/>
        <w:t>звільняючись від думок,&lt;br /&gt;</w:t>
        <w:br/>
        <w:t>від "знаю" і від "не знаю".&lt;br /&gt;</w:t>
        <w:br/>
        <w:t>Плин волосінню міряю&lt;br /&gt;</w:t>
        <w:br/>
        <w:t>І "вірю" або "не вірю".</w:t>
      </w:r>
    </w:p>
    <w:p>
      <w:r>
        <w:br/>
        <w:t>Тиша передосіння.&lt;br /&gt;</w:t>
        <w:br/>
        <w:t>З-за хмари пучок проміння&lt;br /&gt;</w:t>
        <w:br/>
        <w:t>відбивається на сосні,&lt;br /&gt;</w:t>
        <w:br/>
        <w:t>на блешні біля намету,&lt;br /&gt;</w:t>
        <w:br/>
        <w:t>і на старому пні&lt;br /&gt;</w:t>
        <w:br/>
        <w:t>спалахує банка меду&lt;br /&gt;</w:t>
        <w:br/>
        <w:t>з бджолою на дні.</w:t>
      </w:r>
    </w:p>
    <w:p>
      <w:r>
        <w:br/>
        <w:t>* * *</w:t>
      </w:r>
    </w:p>
    <w:p>
      <w:r>
        <w:br/>
        <w:t>Так світиться течія,&lt;br /&gt;</w:t>
        <w:br/>
        <w:t>що повертає спомин&lt;br /&gt;</w:t>
        <w:br/>
        <w:t>туди, де снопом соломи&lt;br /&gt;</w:t>
        <w:br/>
        <w:t>дощик сліпий стояв.&lt;br /&gt;</w:t>
        <w:br/>
        <w:t>Де сумно мені і весело.&lt;br /&gt;</w:t>
        <w:br/>
        <w:t>І, підстрибуючи над плесом,&lt;br /&gt;</w:t>
        <w:br/>
        <w:t>знемагає мій камінець&lt;br /&gt;</w:t>
        <w:br/>
        <w:t>і провалюється в Дінець,&lt;br /&gt;</w:t>
        <w:br/>
        <w:t>не лишаючи навіть сліду,&lt;br /&gt;</w:t>
        <w:br/>
        <w:t>хоч приказую: "Діду, діду,&lt;br /&gt;</w:t>
        <w:br/>
        <w:t>на той берег перевези...".</w:t>
      </w:r>
    </w:p>
    <w:p>
      <w:r>
        <w:br/>
        <w:t>Там, при березі, кущ лози&lt;br /&gt;</w:t>
        <w:br/>
        <w:t>у червоній хустині маминій,&lt;br /&gt;</w:t>
        <w:br/>
        <w:t>а мама пере на камені,&lt;br /&gt;</w:t>
        <w:br/>
        <w:t>збиваючи білу піну.</w:t>
      </w:r>
    </w:p>
    <w:p>
      <w:r>
        <w:br/>
        <w:t>Добре знаю, що не докину,&lt;br /&gt;</w:t>
        <w:br/>
        <w:t>що докинути не дано,&lt;br /&gt;</w:t>
        <w:br/>
        <w:t>але кидаю все одно...</w:t>
      </w:r>
    </w:p>
    <w:p>
      <w:r>
        <w:br/>
        <w:t>Шипшина горить на схилах,&lt;br /&gt;</w:t>
        <w:br/>
        <w:t>і літо уже на крилах,&lt;br /&gt;</w:t>
        <w:br/>
        <w:t>і гуси кричать над плесом,&lt;br /&gt;</w:t>
        <w:br/>
        <w:t>і сум, як в очах Телесика,&lt;br /&gt;</w:t>
        <w:br/>
        <w:t>і світяться у Дінці&lt;br /&gt;</w:t>
        <w:br/>
        <w:t>недокинуті камінці…</w:t>
      </w:r>
    </w:p>
    <w:p>
      <w:r>
        <w:br/>
        <w:t>А хвиля змива луску,&lt;br /&gt;</w:t>
        <w:br/>
        <w:t>Нагортає в мушлю піску,&lt;br /&gt;</w:t>
        <w:br/>
        <w:t>і води налилось у вуха,&lt;br /&gt;</w:t>
        <w:br/>
        <w:t>якими ту мушлю слухав.</w:t>
      </w:r>
    </w:p>
    <w:p>
      <w:r>
        <w:br/>
        <w:t>* * *</w:t>
      </w:r>
    </w:p>
    <w:p>
      <w:r>
        <w:br/>
        <w:t>Пізня осінь пахне димом,&lt;br /&gt;</w:t>
        <w:br/>
        <w:t>і темніють береги,&lt;br /&gt;</w:t>
        <w:br/>
        <w:t>і метається над ними&lt;br /&gt;</w:t>
        <w:br/>
        <w:t>чайки сивої "ки-ги".</w:t>
      </w:r>
    </w:p>
    <w:p>
      <w:r>
        <w:br/>
        <w:t>А вогонь вечірні тіні&lt;br /&gt;</w:t>
        <w:br/>
        <w:t>в нетерпінні хилита,&lt;br /&gt;</w:t>
        <w:br/>
        <w:t>відбиваючись у плині,&lt;br /&gt;</w:t>
        <w:br/>
        <w:t>ніби крона золота.</w:t>
      </w:r>
    </w:p>
    <w:p>
      <w:r>
        <w:br/>
        <w:t>Догорить – я ще підкину&lt;br /&gt;</w:t>
        <w:br/>
        <w:t>та наллю собі чарчину,&lt;br /&gt;</w:t>
        <w:br/>
        <w:t>пригадаю всю рідню.&lt;br /&gt;</w:t>
        <w:br/>
        <w:t>Душу спробую зігріти&lt;br /&gt;</w:t>
        <w:br/>
        <w:t>в іншім часі, в іншім літі,&lt;br /&gt;</w:t>
        <w:br/>
        <w:t>біля іншого вогню.</w:t>
      </w:r>
    </w:p>
    <w:p>
      <w:r>
        <w:br/>
        <w:t>Там, за днями, за водою,&lt;br /&gt;</w:t>
        <w:br/>
        <w:t>ще зелені береги,&lt;br /&gt;</w:t>
        <w:br/>
        <w:t>постать матері живої,&lt;br /&gt;</w:t>
        <w:br/>
        <w:t>голос друга дорогий,&lt;br /&gt;</w:t>
        <w:br/>
        <w:t>стіл широкий біля хати&lt;br /&gt;</w:t>
        <w:br/>
        <w:t>і веселі батько й мати,&lt;br /&gt;</w:t>
        <w:br/>
        <w:t>і наповнені чарки, –&lt;br /&gt;</w:t>
        <w:br/>
        <w:t>тільки чарки не підняти&lt;br /&gt;</w:t>
        <w:br/>
        <w:t>і нічого вже не взяти&lt;br /&gt;</w:t>
        <w:br/>
        <w:t>з того столу, з того свята&lt;br /&gt;</w:t>
        <w:br/>
        <w:t>на тім березі ріки...</w:t>
      </w:r>
    </w:p>
    <w:p>
      <w:r>
        <w:br/>
        <w:t>Туманіють рідні лиця,&lt;br /&gt;</w:t>
        <w:br/>
        <w:t>І метається, як птиця,&lt;br /&gt;</w:t>
        <w:br/>
        <w:t>і ячить душа моя,&lt;br /&gt;</w:t>
        <w:br/>
        <w:t>і багряне зносить листя&lt;br /&gt;</w:t>
        <w:br/>
        <w:t>безпритульна течія.</w:t>
      </w:r>
    </w:p>
    <w:p>
      <w:r>
        <w:br/>
        <w:t>* * *</w:t>
      </w:r>
    </w:p>
    <w:p>
      <w:r>
        <w:br/>
        <w:t>Багряні крони. Крик гусей.&lt;br /&gt;</w:t>
        <w:br/>
        <w:t>Вода відсвічує латунню.&lt;br /&gt;</w:t>
        <w:br/>
        <w:t>Кричу, як в юності "е-гей!"&lt;br /&gt;</w:t>
        <w:br/>
        <w:t>і довго слухаю відлуння.</w:t>
      </w:r>
    </w:p>
    <w:p>
      <w:r>
        <w:br/>
        <w:t>І хтось мені відповіда.&lt;br /&gt;</w:t>
        <w:br/>
        <w:t>І піднімається вода&lt;br /&gt;</w:t>
        <w:br/>
        <w:t>така навальна і широка,&lt;br /&gt;</w:t>
        <w:br/>
        <w:t>як світ для втікача з урока,&lt;br /&gt;</w:t>
        <w:br/>
        <w:t>який горбами навпростець&lt;br /&gt;</w:t>
        <w:br/>
        <w:t>біжить побачити Дінець.</w:t>
      </w:r>
    </w:p>
    <w:p>
      <w:r>
        <w:br/>
        <w:t>Вода щомиті прибува&lt;br /&gt;</w:t>
        <w:br/>
        <w:t>і все пливе, і все сплива.&lt;br /&gt;</w:t>
        <w:br/>
        <w:t>Кущі, дерева, очерет&lt;br /&gt;</w:t>
        <w:br/>
        <w:t>біжать навстріч і мимо, мимо,&lt;br /&gt;</w:t>
        <w:br/>
        <w:t>та не зникають за плечима,&lt;br /&gt;</w:t>
        <w:br/>
        <w:t>а забігають наперед&lt;br /&gt;</w:t>
        <w:br/>
        <w:t>і в тебе знов перед очима:&lt;br /&gt;</w:t>
        <w:br/>
        <w:t>кущі, дерева, очерет&lt;br /&gt;</w:t>
        <w:br/>
        <w:t>і все так само, як було,&lt;br /&gt;</w:t>
        <w:br/>
        <w:t>як перед веслярем весло...</w:t>
      </w:r>
    </w:p>
    <w:p>
      <w:r>
        <w:br/>
        <w:t>І обпіка цигарка губи,&lt;br /&gt;</w:t>
        <w:br/>
        <w:t>і ніби доля, як тоді,&lt;br /&gt;</w:t>
        <w:br/>
        <w:t>тебе так само любить, любить,&lt;br /&gt;</w:t>
        <w:br/>
        <w:t>про що і пише на воді&lt;br /&gt;</w:t>
        <w:br/>
        <w:t>осіннім вітром... День спада,&lt;br /&gt;</w:t>
        <w:br/>
        <w:t>і князя-місяця вода,&lt;br /&gt;</w:t>
        <w:br/>
        <w:t>темнішаючи, вигляда.</w:t>
      </w:r>
    </w:p>
    <w:p>
      <w:r>
        <w:br/>
        <w:t>А князь, ховаючись у хмарах,&lt;br /&gt;</w:t>
        <w:br/>
        <w:t>В ганебній ролі втікача&lt;br /&gt;</w:t>
        <w:br/>
        <w:t>Додому скаче, як примара,&lt;br /&gt;</w:t>
        <w:br/>
        <w:t>Без слави, срібла і меча...</w:t>
      </w:r>
    </w:p>
    <w:p>
      <w:r>
        <w:br/>
        <w:t>* * *</w:t>
      </w:r>
    </w:p>
    <w:p>
      <w:r>
        <w:br/>
        <w:t>Світлішим стає вночі&lt;br /&gt;</w:t>
        <w:br/>
        <w:t>все, що за день намовчиш&lt;br /&gt;</w:t>
        <w:br/>
        <w:t>над поплавком, над плином.&lt;br /&gt;</w:t>
        <w:br/>
        <w:t>І все ж таки неспокійно,&lt;br /&gt;</w:t>
        <w:br/>
        <w:t>незатишно і волого,&lt;br /&gt;</w:t>
        <w:br/>
        <w:t>і викрадений у Бога&lt;br /&gt;</w:t>
        <w:br/>
        <w:t>не гріє тебе вогонь,&lt;br /&gt;</w:t>
        <w:br/>
        <w:t>лише обпалює крила&lt;br /&gt;</w:t>
        <w:br/>
        <w:t>мітлиці, що налетіла,&lt;br /&gt;</w:t>
        <w:br/>
        <w:t>сприйнявши за світло його.</w:t>
      </w:r>
    </w:p>
    <w:p>
      <w:r>
        <w:br/>
        <w:t>Щось муляє і не спиться.&lt;br /&gt;</w:t>
        <w:br/>
        <w:t>Тріщить, спалахнувши, глиця, –&lt;br /&gt;</w:t>
        <w:br/>
        <w:t>І поруч пітьма тремтяча&lt;br /&gt;</w:t>
        <w:br/>
        <w:t>нечутно плечима плаче.</w:t>
      </w:r>
    </w:p>
    <w:p>
      <w:r>
        <w:br/>
        <w:t>При березі темні тіні&lt;br /&gt;</w:t>
        <w:br/>
        <w:t>уже не лежать на плині –&lt;br /&gt;</w:t>
        <w:br/>
        <w:t>уже в глибину ростуть&lt;br /&gt;</w:t>
        <w:br/>
        <w:t>і строєм стоять до гирла.&lt;br /&gt;</w:t>
        <w:br/>
        <w:t>І як потойбічна крига&lt;br /&gt;</w:t>
        <w:br/>
        <w:t>хмари пливуть.</w:t>
      </w:r>
    </w:p>
    <w:p>
      <w:r>
        <w:br/>
        <w:t>* * *</w:t>
      </w:r>
    </w:p>
    <w:p>
      <w:r>
        <w:br/>
        <w:t>Рідіють багряні тіні&lt;br /&gt;</w:t>
        <w:br/>
        <w:t>на тихому плині вод.&lt;br /&gt;</w:t>
        <w:br/>
        <w:t>Це вже летить осіннє&lt;br /&gt;</w:t>
        <w:br/>
        <w:t>листя&lt;br /&gt;</w:t>
        <w:br/>
        <w:t>і в мій город.</w:t>
      </w:r>
    </w:p>
    <w:p>
      <w:r>
        <w:br/>
        <w:t>Все ближче сурмить зима.&lt;br /&gt;</w:t>
        <w:br/>
        <w:t>Чорніє садок гілками&lt;br /&gt;</w:t>
        <w:br/>
        <w:t>під вітром, що обійма&lt;br /&gt;</w:t>
        <w:br/>
        <w:t>порожніми рукавами.</w:t>
      </w:r>
    </w:p>
    <w:p>
      <w:r>
        <w:br/>
        <w:t>Пригадує сміх дитячий&lt;br /&gt;</w:t>
        <w:br/>
        <w:t>змеженіла моя ріка&lt;br /&gt;</w:t>
        <w:br/>
        <w:t>і вже не тече, неначе,&lt;br /&gt;</w:t>
        <w:br/>
        <w:t>а ніби вже витіка,&lt;br /&gt;</w:t>
        <w:br/>
        <w:t>спливає з моєю тінню.&lt;br /&gt;</w:t>
        <w:br/>
        <w:t>О водо моя осіння...</w:t>
      </w:r>
    </w:p>
    <w:p>
      <w:r>
        <w:br/>
        <w:t>Погасли лілеї білі&lt;br /&gt;</w:t>
        <w:br/>
        <w:t>нахиливсь рогіз...&lt;br /&gt;</w:t>
        <w:br/>
        <w:t>Сонце уже на схилі,&lt;br /&gt;</w:t>
        <w:br/>
        <w:t>і вищає темний ліс.</w:t>
      </w:r>
    </w:p>
    <w:p>
      <w:r>
        <w:br/>
        <w:t>І сходяться небокраї.&lt;br /&gt;</w:t>
        <w:br/>
        <w:t>І важче стає гребти.&lt;br /&gt;</w:t>
        <w:br/>
        <w:t>Розступляться очерети,&lt;br /&gt;</w:t>
        <w:br/>
        <w:t>пропустять, куди – не знаю,&lt;br /&gt;</w:t>
        <w:br/>
        <w:t>і світ за човном зачинять.&lt;br /&gt;</w:t>
        <w:br/>
        <w:t>О водо моя вечірня...</w:t>
      </w:r>
    </w:p>
    <w:p>
      <w:r>
        <w:br/>
        <w:t>Ще є про запас хвилина,&lt;br /&gt;</w:t>
        <w:br/>
        <w:t>коли припаде хмарина&lt;br /&gt;</w:t>
        <w:br/>
        <w:t>рожевою, як в дитини,&lt;br /&gt;</w:t>
        <w:br/>
        <w:t>щокою до течії –&lt;br /&gt;</w:t>
        <w:br/>
        <w:t>і – засвітяться враз твої&lt;br /&gt;</w:t>
        <w:br/>
        <w:t>вже темні, як ніч, глибини.&lt;br /&gt;</w:t>
        <w:br/>
        <w:t>О водо моя нестримна...</w:t>
      </w:r>
    </w:p>
    <w:p>
      <w:r>
        <w:br/>
        <w:t>* * *</w:t>
      </w:r>
    </w:p>
    <w:p>
      <w:r>
        <w:br/>
        <w:t>І тих... і тих... уже немає,&lt;br /&gt;</w:t>
        <w:br/>
        <w:t>І чуженіють небокраї,&lt;br /&gt;</w:t>
        <w:br/>
        <w:t>стоїть облогою зима.&lt;br /&gt;</w:t>
        <w:br/>
        <w:t>Печаль німа. Німують віти,&lt;br /&gt;</w:t>
        <w:br/>
        <w:t>І м’яко стелить, мов навіки,&lt;br /&gt;</w:t>
        <w:br/>
        <w:t>М’яким вкриваючи, туман.</w:t>
      </w:r>
    </w:p>
    <w:p>
      <w:r>
        <w:br/>
        <w:t>А над туманом перекатом&lt;br /&gt;</w:t>
        <w:br/>
        <w:t>із лісу котиться "е–гей!",&lt;br /&gt;</w:t>
        <w:br/>
        <w:t>немов запрошуючи в хату,&lt;br /&gt;</w:t>
        <w:br/>
        <w:t>в якій ні вікон, ні дверей.</w:t>
      </w:r>
    </w:p>
    <w:p>
      <w:r>
        <w:br/>
        <w:t>І холод душу дістає.&lt;br /&gt;</w:t>
        <w:br/>
        <w:t>Але надвечір, слава Богу,&lt;br /&gt;</w:t>
        <w:br/>
        <w:t>ще є у мене світлий спогад&lt;br /&gt;</w:t>
        <w:br/>
        <w:t>і, щоб зігрітись, чарка є.</w:t>
      </w:r>
    </w:p>
    <w:p>
      <w:r>
        <w:br/>
        <w:t>Зберу усіх... І буде свято,&lt;br /&gt;</w:t>
        <w:br/>
        <w:t>як це було вряди-годи…&lt;br /&gt;</w:t>
        <w:br/>
        <w:t>А потім, ніби проводжати,&lt;br /&gt;</w:t>
        <w:br/>
        <w:t>я разом з ними вийду з хати&lt;br /&gt;</w:t>
        <w:br/>
        <w:t>і вимкну світло назавжди.</w:t>
      </w:r>
    </w:p>
    <w:p>
      <w:r>
        <w:br/>
        <w:t>* * *</w:t>
      </w:r>
    </w:p>
    <w:p>
      <w:r>
        <w:br/>
        <w:t>Отак би йти і йти за плугом,&lt;br /&gt;</w:t>
        <w:br/>
        <w:t>іти, зникаючи за пругом,&lt;br /&gt;</w:t>
        <w:br/>
        <w:t>іти, не думаючи гірко,&lt;br /&gt;</w:t>
        <w:br/>
        <w:t>що вже позаду світлий день,&lt;br /&gt;</w:t>
        <w:br/>
        <w:t>і не помітити, як зірка&lt;br /&gt;</w:t>
        <w:br/>
        <w:t>в глибоку борозну впаде.</w:t>
      </w:r>
    </w:p>
    <w:p>
      <w:r>
        <w:br/>
        <w:t>* * *</w:t>
      </w:r>
    </w:p>
    <w:p>
      <w:r>
        <w:br/>
        <w:t>Осіннє марева тремтіння&lt;br /&gt;</w:t>
        <w:br/>
        <w:t>і Вінграновський, як видіння,&lt;br /&gt;</w:t>
        <w:br/>
        <w:t>над бур'янами виника&lt;br /&gt;</w:t>
        <w:br/>
        <w:t>і перед себе на руках&lt;br /&gt;</w:t>
        <w:br/>
        <w:t>несе врочисто жовті дині,&lt;br /&gt;</w:t>
        <w:br/>
        <w:t>весь в реп'яхах, в росі, в гудінні&lt;br /&gt;</w:t>
        <w:br/>
        <w:t>сліпучих ос, які над ним&lt;br /&gt;</w:t>
        <w:br/>
        <w:t>рояться німбом золотим.&lt;br /&gt;</w:t>
        <w:br/>
        <w:t>Владика степу! Навпростець&lt;br /&gt;</w:t>
        <w:br/>
        <w:t>простує зібраним баштаном&lt;br /&gt;</w:t>
        <w:br/>
        <w:t>і, наближаючись, росте&lt;br /&gt;</w:t>
        <w:br/>
        <w:t>плечима, усмішкою, станом&lt;br /&gt;</w:t>
        <w:br/>
        <w:t>і розсіває навкруги&lt;br /&gt;</w:t>
        <w:br/>
        <w:t>очей петрові батоги...</w:t>
      </w:r>
    </w:p>
    <w:p>
      <w:r>
        <w:br/>
        <w:t>А вже на плині жовті тіні,&lt;br /&gt;</w:t>
        <w:br/>
        <w:t>і наші поплавки спокійні,&lt;br /&gt;</w:t>
        <w:br/>
        <w:t>і підглядає з казанка&lt;br /&gt;</w:t>
        <w:br/>
        <w:t>більмасте око судака,&lt;br /&gt;</w:t>
        <w:br/>
        <w:t>як розсідаємось на сіні&lt;br /&gt;</w:t>
        <w:br/>
        <w:t>над килимком, як за столом,&lt;br /&gt;</w:t>
        <w:br/>
        <w:t>де скиба кавуна — ребром&lt;br /&gt;</w:t>
        <w:br/>
        <w:t>і так гостинно пахнуть дині,&lt;br /&gt;</w:t>
        <w:br/>
        <w:t>що гріх не випити вина&lt;br /&gt;</w:t>
        <w:br/>
        <w:t>під вічну пісню цвіркуна&lt;br /&gt;</w:t>
        <w:br/>
        <w:t>за світ оцей, що, як на плині,&lt;br /&gt;</w:t>
        <w:br/>
        <w:t>спливає маревом осіннім,&lt;br /&gt;</w:t>
        <w:br/>
        <w:t>за риболовлю і за дині,&lt;br /&gt;</w:t>
        <w:br/>
        <w:t>потрійну юшку золоту,&lt;br /&gt;</w:t>
        <w:br/>
        <w:t>і за співучу марноту,&lt;br /&gt;</w:t>
        <w:br/>
        <w:t>що зимуватиме у сіні.</w:t>
      </w:r>
    </w:p>
    <w:p>
      <w:r>
        <w:br/>
        <w:t>Листок вербовий над наметом&lt;br /&gt;</w:t>
        <w:br/>
        <w:t>тремтить, відчувши переліт,&lt;br /&gt;</w:t>
        <w:br/>
        <w:t>але таким спокійним світ&lt;br /&gt;</w:t>
        <w:br/>
        <w:t>стоїть за спиною поета,&lt;br /&gt;</w:t>
        <w:br/>
        <w:t>хоч рання осінь крадькома&lt;br /&gt;</w:t>
        <w:br/>
        <w:t>уже підкралась і до нього,&lt;br /&gt;</w:t>
        <w:br/>
        <w:t>Владики степу, у якого&lt;br /&gt;</w:t>
        <w:br/>
        <w:t>не тільки скіпетра нема,&lt;br /&gt;</w:t>
        <w:br/>
        <w:t>а навіть — пальця вказівного.</w:t>
      </w:r>
    </w:p>
    <w:p>
      <w:r>
        <w:br/>
        <w:t>* * *</w:t>
      </w:r>
    </w:p>
    <w:p>
      <w:r>
        <w:br/>
        <w:t>Мирославові Лазаруку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п'ємо із кружки,&lt;br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—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1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Безпритульна течія (вибрані поезії)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