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Безіменний</w:t>
      </w:r>
    </w:p>
    <w:p>
      <w:r>
        <w:br/>
        <w:t xml:space="preserve"> котяться писанки зносить дахи&lt;br /&gt;</w:t>
        <w:br/>
        <w:t>чутно всеношну і галас гульвіс&lt;br /&gt;</w:t>
        <w:br/>
        <w:t>видобуває бог з-під пахви&lt;br /&gt;</w:t>
        <w:br/>
        <w:t>глиняний свій обріз&lt;br /&gt;</w:t>
        <w:br/>
        <w:t>мир – це війна&lt;br /&gt;</w:t>
        <w:br/>
        <w:t>а війна – гешефт&lt;br /&gt;</w:t>
        <w:br/>
        <w:t>термін контракту вийшов&lt;br /&gt;</w:t>
        <w:br/>
        <w:t>бог провернув неймовірний блеф&lt;br /&gt;</w:t>
        <w:br/>
        <w:t>і заслужив на тишу&lt;br /&gt;</w:t>
        <w:br/>
        <w:t>сам собі все що створив програв&lt;br /&gt;</w:t>
        <w:br/>
        <w:t>сам же у себе й виграв&lt;br /&gt;</w:t>
        <w:br/>
        <w:t>і не закінчивши купи справ&lt;br /&gt;</w:t>
        <w:br/>
        <w:t>вийшов із парадигми&lt;br /&gt;</w:t>
        <w:br/>
        <w:t>бог – це любов&lt;br /&gt;</w:t>
        <w:br/>
        <w:t>а любов – обман щоб запустити суще&lt;br /&gt;</w:t>
        <w:br/>
        <w:t>суще щезає немов туман&lt;br /&gt;</w:t>
        <w:br/>
        <w:t>води зникають і суша&lt;br /&gt;</w:t>
        <w:br/>
        <w:t>бог не назвався коли прийшов&lt;br /&gt;</w:t>
        <w:br/>
        <w:t>так і піде анонімом&lt;br /&gt;</w:t>
        <w:br/>
        <w:t>лишиться тиша і буде знов&lt;br /&gt;</w:t>
        <w:br/>
        <w:t>затишно темно і німо&lt;br /&gt;</w:t>
        <w:br/>
        <w:t>буде ніщо і ніде і ніяк&lt;br /&gt;</w:t>
        <w:br/>
        <w:t>тобто не буде нічого&lt;br /&gt;</w:t>
        <w:br/>
        <w:t>все що ще є&lt;br /&gt;</w:t>
        <w:br/>
        <w:t>все це просто так –&lt;br /&gt;</w:t>
        <w:br/>
        <w:t>тінь від мізинця бога</w:t>
      </w:r>
    </w:p>
    <w:p>
      <w:r>
        <w:br/>
        <w:t>це без образ і претензій я&lt;br /&gt;</w:t>
        <w:br/>
        <w:t>жити – не мій був вибір&lt;br /&gt;</w:t>
        <w:br/>
        <w:t>в мене принаймні було ім'я&lt;br /&gt;</w:t>
        <w:br/>
        <w:t>ну і за це – спасибі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Безіменний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