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Бездонний провал сатаніє...</w:t>
      </w:r>
    </w:p>
    <w:p>
      <w:r>
        <w:br/>
        <w:t xml:space="preserve"> * * *</w:t>
      </w:r>
    </w:p>
    <w:p>
      <w:r>
        <w:br/>
        <w:t>Бездонний провал сатаніє,&lt;br /&gt;</w:t>
        <w:br/>
        <w:t>І грозить, і звіриться хлань,&lt;br /&gt;</w:t>
        <w:br/>
        <w:t>Із хлані, що вітер повіє,&lt;br /&gt;</w:t>
        <w:br/>
        <w:t>Морозить тьма стонів, зітхань.</w:t>
      </w:r>
    </w:p>
    <w:p>
      <w:r>
        <w:br/>
        <w:t>Скрегоче, гуде у темряві&lt;br /&gt;</w:t>
        <w:br/>
        <w:t>І клубиться чорним вужем,&lt;br /&gt;</w:t>
        <w:br/>
        <w:t>Аж блисло огнями у тьмаві!&lt;br /&gt;</w:t>
        <w:br/>
        <w:t>Який се заклятий терем?..</w:t>
      </w:r>
    </w:p>
    <w:p>
      <w:r>
        <w:br/>
        <w:t>То пекло! У нім херувими,&lt;br /&gt;</w:t>
        <w:br/>
        <w:t>Що впали в визвольній борбі,&lt;br /&gt;</w:t>
        <w:br/>
        <w:t>Риданнями плачуть страшними,&lt;br /&gt;</w:t>
        <w:br/>
        <w:t>Що сили не мали в собі!..</w:t>
      </w:r>
    </w:p>
    <w:p>
      <w:r>
        <w:br/>
        <w:t>Хоч плачуть, долоні стискають,&lt;br /&gt;</w:t>
        <w:br/>
        <w:t>Ненависть палає в очах —&lt;br /&gt;</w:t>
        <w:br/>
        <w:t>До неба сто рук витягають,&lt;br /&gt;</w:t>
        <w:br/>
        <w:t>А небо — сповилось в імлах…</w:t>
      </w:r>
    </w:p>
    <w:p>
      <w:r>
        <w:br/>
        <w:t>***</w:t>
      </w:r>
    </w:p>
    <w:p>
      <w:r>
        <w:br/>
        <w:t>Джерело:Цифрова Українська Бібліотека.</w:t>
      </w:r>
    </w:p>
    <w:p>
      <w:r>
        <w:br/>
        <w:t>--------------------------------------------------------------------------------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Бездонний провал сатаніє...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