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сну ворочавшись, якось одної нічки...</w:t>
      </w:r>
    </w:p>
    <w:p>
      <w:r>
        <w:br/>
        <w:t xml:space="preserve"> * * *</w:t>
      </w:r>
    </w:p>
    <w:p>
      <w:r>
        <w:br/>
        <w:t>Без сну ворочавшись, якось одної нічки&lt;br /&gt;</w:t>
        <w:br/>
        <w:t>Почув я бесіду метелика та свічки:</w:t>
      </w:r>
    </w:p>
    <w:p>
      <w:r>
        <w:br/>
        <w:t>"Люблю, аж крилечка обпалюю, а ти&lt;br /&gt;</w:t>
        <w:br/>
        <w:t>Чом плачеш, свічечко? Скажи, оповісти!"</w:t>
      </w:r>
    </w:p>
    <w:p>
      <w:r>
        <w:br/>
        <w:t>І та відказує: "Тяжка у мене туга:&lt;br /&gt;</w:t>
        <w:br/>
        <w:t>Від мене віск біжить, я зостаюсь без друга!</w:t>
      </w:r>
    </w:p>
    <w:p>
      <w:r>
        <w:br/>
        <w:t>Він був утіхою найкращою мені,&lt;br /&gt;</w:t>
        <w:br/>
        <w:t>Без нього, як Фархад, я тану на вогні!"</w:t>
      </w:r>
    </w:p>
    <w:p>
      <w:r>
        <w:br/>
        <w:t>І поки мовила, гарячих сліз потоки&lt;br /&gt;</w:t>
        <w:br/>
        <w:t>Весь час мережили її пожовклі щоки.</w:t>
      </w:r>
    </w:p>
    <w:p>
      <w:r>
        <w:br/>
        <w:t>"Згаси, охвастику, свою любовну хіть,&lt;br /&gt;</w:t>
        <w:br/>
        <w:t>Коли не вивчився змагатися й терпіть!</w:t>
      </w:r>
    </w:p>
    <w:p>
      <w:r>
        <w:br/>
        <w:t>Ти ухиляєшся від полум'я, гультяю,&lt;br /&gt;</w:t>
        <w:br/>
        <w:t>А я стою й горю... і до кінця згоряю.</w:t>
      </w:r>
    </w:p>
    <w:p>
      <w:r>
        <w:br/>
        <w:t>Опікся трішечки — і вже тебе лови!&lt;br /&gt;</w:t>
        <w:br/>
        <w:t>А я у полум'ї від ніг до голови.</w:t>
      </w:r>
    </w:p>
    <w:p>
      <w:r>
        <w:br/>
        <w:t>Ти не вважай на блиск, не задивляйсь на вроду.&lt;br /&gt;</w:t>
        <w:br/>
        <w:t>Глянь, як я мучуся і сльози ллю, як воду!"</w:t>
      </w:r>
    </w:p>
    <w:p>
      <w:r>
        <w:br/>
        <w:t>Ще невеликий шлях пройшла по небу ніч,&lt;br /&gt;</w:t>
        <w:br/>
        <w:t>А мила дунула й палку спинила річ.</w:t>
      </w:r>
    </w:p>
    <w:p>
      <w:r>
        <w:br/>
        <w:t>Та свічка й поночі тихенько шепче-плаче:&lt;br /&gt;</w:t>
        <w:br/>
        <w:t>"Отак кінчається кохання в нас, юначе.</w:t>
      </w:r>
    </w:p>
    <w:p>
      <w:r>
        <w:br/>
        <w:t>Як забажається збагнуть його колись,&lt;br /&gt;</w:t>
        <w:br/>
        <w:t>Зустріти смерть свою із радістю навчись!"</w:t>
      </w:r>
    </w:p>
    <w:p>
      <w:r>
        <w:br/>
        <w:t>Коли закоханий, живи в труді, в біді!&lt;br /&gt;</w:t>
        <w:br/>
        <w:t>Від криводушності звільняйсь, як Сааді.</w:t>
      </w:r>
    </w:p>
    <w:p>
      <w:r>
        <w:br/>
        <w:t>Так просто, зопалу, у море не пускайся!&lt;br /&gt;</w:t>
        <w:br/>
        <w:t>А пустишся, увесь його вітрам віддайся!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сну ворочавшись, якось одної нічки...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