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Бевка</w:t>
      </w:r>
    </w:p>
    <w:p>
      <w:r>
        <w:br/>
        <w:t xml:space="preserve"> &lt;p&gt;Тоді, у 1933-му, я ходив у третій клас. Зимою у школі під час великої перерви нам, учням, давали по тарілці ріденької бевки. Бевка — це таке пійло з борошна, рідка страва з крупів, бовтанка. Іноді, зо два рази, на тиждень, ще й перепадало по шматочку глевкого хліба.</w:t>
      </w:r>
    </w:p>
    <w:p>
      <w:r>
        <w:br/>
        <w:t>Та не кожного у школі підгодовували. На тарілку бевки мали право діти робітників, бідних селян і сироти. Якщо хлопчик чи дівчинка із середняцьких сільських сімей, хоч ті родини й були багатодітними, їх відганяли від столів.</w:t>
      </w:r>
    </w:p>
    <w:p>
      <w:r>
        <w:br/>
        <w:t>У паралельному класі вчилися сестри-близнючки, здається їх звали Галею і Вірою. Вони були такі ж худенькі, як усі ми, але ніколи не хлепали бевки їх завжди можна було бачити у куточку, за дверима. Дівчатка, чекали, поки вийдуть із-за останнього стола учні, і тоді вони підбігали до мисок, хапали їх двома руками, ї, наче голодні кішки, вилизували залишки бовтанки. Страшно було дивитися, як із кістлявих ротиків виска-кували довгі сині язики, що нагадували ящірок чи змій, і кидалися на бевчані краплі, розгублені дітьми по столах і деяких мисках.</w:t>
      </w:r>
    </w:p>
    <w:p>
      <w:r>
        <w:br/>
        <w:t>Якось я сьорбав ту несмачну юшку крізь зуби, чогось не хотілося їсти. Мабуть, тому, що поруч стояли сестри-близнючки і голодними блискучими оченятами проводжали кожну ложку у мій рот.</w:t>
      </w:r>
    </w:p>
    <w:p>
      <w:r>
        <w:br/>
        <w:t>Я облизав ложку і покликав дівчаток:</w:t>
      </w:r>
    </w:p>
    <w:p>
      <w:r>
        <w:br/>
        <w:t>— Підійдіть сюди.</w:t>
      </w:r>
    </w:p>
    <w:p>
      <w:r>
        <w:br/>
        <w:t>Вони покірно наблизились. Я простягнув ложку Галі і порадив:</w:t>
      </w:r>
    </w:p>
    <w:p>
      <w:r>
        <w:br/>
        <w:t>— Один раз сьорбаєш ти, а другий — Віра. Зрозуміли?</w:t>
      </w:r>
    </w:p>
    <w:p>
      <w:r>
        <w:br/>
        <w:t>— Ага,— сказала дівчинка, схопила ложку, набрала з тарілки юшки і залпом проковтнула. Тоді знову зачерпнула ложку і чесно понесла до сестриного ротика. Через кілька хвилин дівчатка виміряли бевку. Тоді Галя ще вилизала тарілку так, що й мити її не треба було.</w:t>
      </w:r>
    </w:p>
    <w:p>
      <w:r>
        <w:br/>
        <w:t>Коли наступного дня я знову поділився бевкою з ученицями, то до нас підійшла піонервожата і сердито крикнула:</w:t>
      </w:r>
    </w:p>
    <w:p>
      <w:r>
        <w:br/>
        <w:t>— Ти навіщо годуєш вовченят?! Якщо так робитимеш, то й тобі не дамо їсти. Втямив?</w:t>
      </w:r>
    </w:p>
    <w:p>
      <w:r>
        <w:br/>
        <w:t>— Ні, не втямив, — буркнув я вперто.— Чого всім дають бевку, а Галі і Вірі — ні?</w:t>
      </w:r>
    </w:p>
    <w:p>
      <w:r>
        <w:br/>
        <w:t>— А ти хіба не знаєш, де їхній батько? — грізно наступала на мене рудоволоса.</w:t>
      </w:r>
    </w:p>
    <w:p>
      <w:r>
        <w:br/>
        <w:t>— Не знаю, — сказав, бо й справді нічого не знав про дівчаток.</w:t>
      </w:r>
    </w:p>
    <w:p>
      <w:r>
        <w:br/>
        <w:t>— Їх батько — куркуль, у Сибірі він. Зрозумів?</w:t>
      </w:r>
    </w:p>
    <w:p>
      <w:r>
        <w:br/>
        <w:t>— А дівчатка не хотять їсти?— не здавався я, бо слово "куркуль" для мене означало те саме, що й "колгоспник". І те, і друге були новими словами у нашій тодішній шкільній мові.</w:t>
      </w:r>
    </w:p>
    <w:p>
      <w:r>
        <w:br/>
        <w:t>На другий день дівчаток у їдальні не було. Я шукав їх очима, не їв бевку, бо думав, що таки прийдуть вони. Шматочок хліба, який дали мені, заховав у кишеню. Це для Галі й Віри заховав, бо сподівався таки зустріти їх, голодних.</w:t>
      </w:r>
    </w:p>
    <w:p>
      <w:r>
        <w:br/>
        <w:t>І зустрів. Вони стояли у довгому коридорі біля вікна і плакали і з голоду, і від образи, розтираючи худенькими, що аж просвічувалися на сонці, рученятами сльози на запалих щічках.</w:t>
      </w:r>
    </w:p>
    <w:p>
      <w:r>
        <w:br/>
        <w:t>Мені їх стало так жалко, аж щось здавило у грудях. Зупинився коло них, проковтнув якийсь клубок, що був застряв у горлі, і пошепки запитав:</w:t>
      </w:r>
    </w:p>
    <w:p>
      <w:r>
        <w:br/>
        <w:t>— Чого ви не прийшли у їдальню?</w:t>
      </w:r>
    </w:p>
    <w:p>
      <w:r>
        <w:br/>
        <w:t>— Нас... нас...—давилася сльозами Віра, — не пустила піонервожата... Гнала нас, як... як шкідливих кошенят...</w:t>
      </w:r>
    </w:p>
    <w:p>
      <w:r>
        <w:br/>
        <w:t>Я витягнув з кишені окрайчик, розломив його навпіл і простягнув сестрам. Але вони не поспішали брати хліб.</w:t>
      </w:r>
    </w:p>
    <w:p>
      <w:r>
        <w:br/>
        <w:t>— Чого ж ви? — здивувався я. — Свою бевку з'їв, а це вам приніс... Беріть же...</w:t>
      </w:r>
    </w:p>
    <w:p>
      <w:r>
        <w:br/>
        <w:t>І лише після повторного мого прохання Віра і Галя, оглянувшись, як наполохані зайчатка, наважились узяти простягнені шматочки черствого хліба.</w:t>
      </w:r>
    </w:p>
    <w:p>
      <w:r>
        <w:br/>
        <w:t>Після бевки нам ще давали у залізних кухлях підсолоджений окріп, який забарвлювали замість чаю спаленим цукром. Окріп я сам випивав, з'їдав що-небудь, що мама давала з дому, а бевку переливав у кухоль і під полою виносив з їдальні дівчаткам. Так я підгодовував їх зо два тижні.</w:t>
      </w:r>
    </w:p>
    <w:p>
      <w:r>
        <w:br/>
        <w:t>Вже почало розвеснятися, дружно танув сніг, і голодні люди повеселішали: надіялись на зелень, на коріння, на листя. А моїх дівчаток у школі не було вже декілька днів. Тоді я пішов до бечників і запитав, чого не ходять до школи Галя і Віра. Білявий хлопчик сумно промовив:</w:t>
      </w:r>
    </w:p>
    <w:p>
      <w:r>
        <w:br/>
        <w:t>— Вони з голоду попухли. Може, вже й померли. Бо їх мама теж лежала спухла.</w:t>
      </w:r>
    </w:p>
    <w:p>
      <w:r>
        <w:br/>
        <w:t>— А ти знаєш, де вони живуть? — запитав малого.</w:t>
      </w:r>
    </w:p>
    <w:p>
      <w:r>
        <w:br/>
        <w:t>— Знаю.</w:t>
      </w:r>
    </w:p>
    <w:p>
      <w:r>
        <w:br/>
        <w:t>— Підеш зі мною до них після уроків?</w:t>
      </w:r>
    </w:p>
    <w:p>
      <w:r>
        <w:br/>
        <w:t>— То недалеко від моєї хати. Як треба, то й піду.</w:t>
      </w:r>
    </w:p>
    <w:p>
      <w:r>
        <w:br/>
        <w:t>І шматок хліба, і кухлик захололої бевки, і картопляник, що дала мати до школи,— все те я тримав під партою до кінця уроків і не виходив з класу під час перерв, щоб хто-небудь не полакомився подарунком для сестричок. А їстоньки ж хотілося! Особливо, коли сполоскав порожні кишки окропом. На шостому уроці намацав під партою хліб, вже почав ламати, та схаменувся. Мабуть, не з'їв тоді окрайця, бо раптом учителька викликала до дошки.</w:t>
      </w:r>
    </w:p>
    <w:p>
      <w:r>
        <w:br/>
        <w:t>Як тільки закінчився урок, то я зразу вибіг на подвір'я. Там на мене вже чекав білявий хлопчик, Грицько.</w:t>
      </w:r>
    </w:p>
    <w:p>
      <w:r>
        <w:br/>
        <w:t>Йшли мовчки. Ще здалеку побачили навстіж відчинені ворота і хатні двері. З подвір'я віяло смутком і запустінням. Крім хати, не було жодної будівлі, лише засмічені місця, з яких уже позлазив сніг, свідчили, що колись там стояли чи хлів, чи стодола, чи комора. Недалеко від воріт висвічувала акуратними цямринами криниця, якою, мабуть, користувалися і сусіди, бо жолоб тягнувся вздовж плота на вулиці.</w:t>
      </w:r>
    </w:p>
    <w:p>
      <w:r>
        <w:br/>
        <w:t>Сонечко пригрівало, було саме в зеніті. Ми зайшли на подвір'я, постояли, прислухаючись, і, боязко оглядаючись у якійсь злісній тиші, переступили сінешний поріг.</w:t>
      </w:r>
    </w:p>
    <w:p>
      <w:r>
        <w:br/>
        <w:t>Із хати до сіней двері теж були відчинені. Там теж тихо, крізь маленькі віконечка до кімнати ледь заглядали сонячні промені.</w:t>
      </w:r>
    </w:p>
    <w:p>
      <w:r>
        <w:br/>
        <w:t>Я зайшов до хати, оглянувся — не побачив жодної живої душі. Не було і меблів — ні стола, ні ліжка, ні скрині, ні стільця, як мали ми вдома. Лише вздовж стіни тяглася довга вузька лава, висів порожній мисник, а на стіні чорніли кілька ікон. Ще коло лави на долівці розстелена перетерта солома, на якій валялися подерта верета, щось подібне на подушку і ще невідомого призначення лахміття.</w:t>
      </w:r>
    </w:p>
    <w:p>
      <w:r>
        <w:br/>
        <w:t>Несподівано хтось заворушився на лежанці. І вчувся з напівтемноти кволий-прекволий старечий голос:</w:t>
      </w:r>
    </w:p>
    <w:p>
      <w:r>
        <w:br/>
        <w:t>— Хто там, люди добрі?</w:t>
      </w:r>
    </w:p>
    <w:p>
      <w:r>
        <w:br/>
        <w:t>— Добрий день, — привітався я і ступив кілька кроків до лежанки, де у смердючому ганчір'ї лежала з висохлим лицем бабуся. Мені стало страшно, і я ледь не впустив на долівку кухлик з бевкою.</w:t>
      </w:r>
    </w:p>
    <w:p>
      <w:r>
        <w:br/>
        <w:t>— Хто ти, хлопчику? — простогнала старенька.— Чи не янгол з неба прилетів по мою душу?</w:t>
      </w:r>
    </w:p>
    <w:p>
      <w:r>
        <w:br/>
        <w:t>— Ні, я із школи йду, — пробелькотів я, простягаючи кухлик.— Ось бевка. Приніс Вірі і Галі.</w:t>
      </w:r>
    </w:p>
    <w:p>
      <w:r>
        <w:br/>
        <w:t>Бабуся застогнала, спробувала сісти, але не змогла. Насилу повернулася і тихо заплакала:</w:t>
      </w:r>
    </w:p>
    <w:p>
      <w:r>
        <w:br/>
        <w:t>— Нема вже ні Галі, ні Віри... Нема і їх матері... Нині вранці забрали їх люди і поховали на цвинтарі...</w:t>
      </w:r>
    </w:p>
    <w:p>
      <w:r>
        <w:br/>
        <w:t>Не було з чого труни зробити... Хоч би одну на троїх... А мене ще Бог не забрав до себе... Ще киваюся, любий хлопчику...</w:t>
      </w:r>
    </w:p>
    <w:p>
      <w:r>
        <w:br/>
        <w:t>Мене щось здавило у горлі. Я почав хапати ротом повітря. Тремтячими руками поставив коло бабиної голови кухлик з бевкою, шматок хліба і картопляник. Старенька щось говорила, а з моїх очей цюрком текли сльози.</w:t>
      </w:r>
    </w:p>
    <w:p>
      <w:r>
        <w:br/>
        <w:t>Я позадкував до відчинених навстіж дверей, звідки віяло холодом, і наштовхнувся на Грицька, який голосно плакав...</w:t>
      </w:r>
    </w:p>
    <w:p>
      <w:r>
        <w:br/>
        <w:t>Не пам'ятаю, як тоді добіг додому. Але не забулося, що прохворів усю весну... А одужувати почав, коли поїв лісових суниць.</w:t>
      </w:r>
    </w:p>
    <w:p>
      <w:r>
        <w:br/>
        <w:t>Тоді я, як пізніше розповідала мати, витягнув обидві ноги з могили.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