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Бетховен</w:t>
      </w:r>
    </w:p>
    <w:p>
      <w:r>
        <w:br/>
        <w:t xml:space="preserve"> Д. Балацькому</w:t>
      </w:r>
    </w:p>
    <w:p>
      <w:r>
        <w:br/>
        <w:t>Коли глухого генія музики&lt;br /&gt;</w:t>
        <w:br/>
        <w:t>Уже людські не досягали крики,&lt;br /&gt;</w:t>
        <w:br/>
        <w:t>Коли він чув лиш бунт німих стихій&lt;br /&gt;</w:t>
        <w:br/>
        <w:t>І з них, у пінній пристрасті своїй,&lt;br /&gt;</w:t>
        <w:br/>
        <w:t>Складав гармонії, щоб сам не чути,—&lt;br /&gt;</w:t>
        <w:br/>
        <w:t>Настигла смерть. Відомий і забутий,&lt;br /&gt;</w:t>
        <w:br/>
        <w:t>Прославлений, осміяний, владар&lt;br /&gt;</w:t>
        <w:br/>
        <w:t>І раб — він умирав. Сувої хмар&lt;br /&gt;</w:t>
        <w:br/>
        <w:t>Заслали небо. Потемніла далеч.&lt;br /&gt;</w:t>
        <w:br/>
        <w:t>Ішла гроза. Думки, як чорна галич,&lt;br /&gt;</w:t>
        <w:br/>
        <w:t>Назустріч ночі креслили круги.</w:t>
      </w:r>
    </w:p>
    <w:p>
      <w:r>
        <w:br/>
        <w:t>Враз — повен невтоленної жаги —&lt;br /&gt;</w:t>
        <w:br/>
        <w:t>Він стрепенувсь, орел, ще не добитий.&lt;br /&gt;</w:t>
        <w:br/>
        <w:t>Він чув, він чув! — Ах, землю розтрощити,&lt;br /&gt;</w:t>
        <w:br/>
        <w:t>Створити землю, дати радість їм,&lt;br /&gt;</w:t>
        <w:br/>
        <w:t>Синам землі! — Він чув, як темний грім&lt;br /&gt;</w:t>
        <w:br/>
        <w:t>Перекотився під німим склепінням.&lt;br /&gt;</w:t>
        <w:br/>
        <w:t>Охоплений нових надій тремтінням —&lt;br /&gt;</w:t>
        <w:br/>
        <w:t>А смерть уже на чоло клала знак,—&lt;br /&gt;</w:t>
        <w:br/>
        <w:t>Він небу, гордий, показав кулак.&lt;br /&gt;</w:t>
        <w:br/>
        <w:t>Бетховене! Той жест руки худої&lt;br /&gt;</w:t>
        <w:br/>
        <w:t>Страшніший від симфонії страшної!</w:t>
      </w:r>
    </w:p>
    <w:p>
      <w:r>
        <w:br/>
        <w:t>1932 р., Остер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Бетховен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