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Бережи себе, Україно!</w:t>
      </w:r>
    </w:p>
    <w:p>
      <w:r>
        <w:br/>
        <w:t xml:space="preserve"> Край святий повстає на руїнах,&lt;br /&gt;</w:t>
        <w:br/>
        <w:t>Щоб на повні задихати груди...&lt;br /&gt;</w:t>
        <w:br/>
        <w:t>Бережи себе,&lt;br /&gt;</w:t>
        <w:br/>
        <w:t>Україно,&lt;br /&gt;</w:t>
        <w:br/>
        <w:t>Іншої України не буде.&lt;br /&gt;</w:t>
        <w:br/>
        <w:t>На шляху до свободи повинна&lt;br /&gt;</w:t>
        <w:br/>
        <w:t>Ти не знати ні страху,&lt;br /&gt;</w:t>
        <w:br/>
        <w:t>ні змори.&lt;br /&gt;</w:t>
        <w:br/>
        <w:t>Бережи себе,&lt;br /&gt;</w:t>
        <w:br/>
        <w:t>Україно,&lt;br /&gt;</w:t>
        <w:br/>
        <w:t>Від Полісся до Чорного моря.&lt;br /&gt;</w:t>
        <w:br/>
        <w:t>Бережи від поганих чужинців&lt;br /&gt;</w:t>
        <w:br/>
        <w:t>Рідний стяг,&lt;br /&gt;</w:t>
        <w:br/>
        <w:t>Що з'єднав воєдино&lt;br /&gt;</w:t>
        <w:br/>
        <w:t>Шир полів золотої пшениці&lt;br /&gt;</w:t>
        <w:br/>
        <w:t>І небесні блакитні глибини.&lt;br /&gt;</w:t>
        <w:br/>
        <w:t>Бережи добрий долі початок,&lt;br /&gt;</w:t>
        <w:br/>
        <w:t>Хай в надії засвітяться очі&lt;br /&gt;</w:t>
        <w:br/>
        <w:t>Гарних хлопців і гарних дівчаток,&lt;br /&gt;</w:t>
        <w:br/>
        <w:t>Що тобі злет і велич пророчать.&lt;br /&gt;</w:t>
        <w:br/>
        <w:t>Слава предків тебе знов освітить,&lt;br /&gt;</w:t>
        <w:br/>
        <w:t>У тебе від біди є замова –&lt;br /&gt;</w:t>
        <w:br/>
        <w:t>Це пісні, неповторні у світі,&lt;br /&gt;</w:t>
        <w:br/>
        <w:t>І Шевченка державнеє слово.&lt;br /&gt;</w:t>
        <w:br/>
        <w:t>Щоб німій не ридать на руїнах,&lt;br /&gt;</w:t>
        <w:br/>
        <w:t>Щоб не гнутись у рабстві й неволі,&lt;br /&gt;</w:t>
        <w:br/>
        <w:t>Бережи себе,&lt;br /&gt;</w:t>
        <w:br/>
        <w:t>Україно,&lt;br /&gt;</w:t>
        <w:br/>
        <w:t>Бережи себе,&lt;br /&gt;</w:t>
        <w:br/>
        <w:t>Україно!..&lt;br /&gt;</w:t>
        <w:br/>
        <w:t>Від тебе ми научимось волі.</w:t>
      </w:r>
    </w:p>
    <w:p>
      <w:r>
        <w:br/>
        <w:t>Сяргей Законьнікаў&lt;br /&gt;</w:t>
        <w:br/>
        <w:t>Беражы сябе, Украіна!</w:t>
      </w:r>
    </w:p>
    <w:p>
      <w:r>
        <w:br/>
        <w:t>Край святы паўстае на руінах,&lt;br /&gt;</w:t>
        <w:br/>
        <w:t>Каб задыхаць на поўныя грудзі...&lt;br /&gt;</w:t>
        <w:br/>
        <w:t>Беражы сябе,&lt;br /&gt;</w:t>
        <w:br/>
        <w:t>Украіна,&lt;br /&gt;</w:t>
        <w:br/>
        <w:t>Бо другой Украіны не будзе.&lt;br /&gt;</w:t>
        <w:br/>
        <w:t>На шляху да свабоды павінна&lt;br /&gt;</w:t>
        <w:br/>
        <w:t>Ты не ведаць ні страху,&lt;br /&gt;</w:t>
        <w:br/>
        <w:t>Ні зморы.&lt;br /&gt;</w:t>
        <w:br/>
        <w:t>Беражы сябе,&lt;br /&gt;</w:t>
        <w:br/>
        <w:t>Украіна,&lt;br /&gt;</w:t>
        <w:br/>
        <w:t>Ад Палесся да Чорнага мора.&lt;br /&gt;</w:t>
        <w:br/>
        <w:t>Беражы ад ліхіх чужаніцаў&lt;br /&gt;</w:t>
        <w:br/>
        <w:t>Родны сцяг,&lt;br /&gt;</w:t>
        <w:br/>
        <w:t>Што з'яднаў у палосах&lt;br /&gt;</w:t>
        <w:br/>
        <w:t>Залатыя палі пшаніцы&lt;br /&gt;</w:t>
        <w:br/>
        <w:t>І блакіт неабдымных нябёсаў.&lt;br /&gt;</w:t>
        <w:br/>
        <w:t>Беражы добрай долі пачатак...&lt;br /&gt;</w:t>
        <w:br/>
        <w:t>Хай надзеяй праменяцца вочы&lt;br /&gt;</w:t>
        <w:br/>
        <w:t>Гожых парубкаў і дзяўчатак,&lt;br /&gt;</w:t>
        <w:br/>
        <w:t>Што табе ўзлёт і веліч прарочаць.&lt;br /&gt;</w:t>
        <w:br/>
        <w:t>Слава продкаў нанова ўваскрэсне,&lt;br /&gt;</w:t>
        <w:br/>
        <w:t>Бо ў цябе ад бяды ёсць замова —&lt;br /&gt;</w:t>
        <w:br/>
        <w:t>Непаўторныя ў свеце песні&lt;br /&gt;</w:t>
        <w:br/>
        <w:t>І Шаўчэнкі дзяржаўнае слова.&lt;br /&gt;</w:t>
        <w:br/>
        <w:t>Каб нямой не рыдаць на руінах,&lt;br /&gt;</w:t>
        <w:br/>
        <w:t>Каб не гнуцца рабыняй ніколі,&lt;br /&gt;</w:t>
        <w:br/>
        <w:t>Беражы сябе,&lt;br /&gt;</w:t>
        <w:br/>
        <w:t>Украіна,&lt;br /&gt;</w:t>
        <w:br/>
        <w:t>Беражы сябе,&lt;br /&gt;</w:t>
        <w:br/>
        <w:t>Украіна!..&lt;br /&gt;</w:t>
        <w:br/>
        <w:t>Ад цябе мы навучымся волі!</w:t>
      </w:r>
    </w:p>
    <w:p>
      <w:r>
        <w:br/>
        <w:t>Автор перекладу: Валерій Яковчук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Бережи себе, Україно!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