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Берестечко</w:t>
      </w:r>
    </w:p>
    <w:p>
      <w:r>
        <w:br/>
        <w:t xml:space="preserve"> Ліна КОСТЕНКО</w:t>
      </w:r>
    </w:p>
    <w:p>
      <w:r>
        <w:br/>
        <w:t>БЕРЕСТЕЧКО&lt;br /&gt;</w:t>
        <w:br/>
        <w:t>Історичний роман</w:t>
      </w:r>
    </w:p>
    <w:p>
      <w:r>
        <w:br/>
        <w:t>&lt;blockquote&gt;Це книга про одну з найбільших трагедій української історії — битву під Берестечком. Написана ще в 1966 — 67 роках, вона згодом не раз дописувалась на всіх етапах наступних українських трагедій — і після поразки 60-х років, і в безвиході 70-х, і в оманливих пастках 80-х.&lt;br /&gt;</w:t>
        <w:br/>
        <w:t>Протягом цього часу з конкретної поразки під конкретним Берестечком тема цього роману переростала у філософію поразки взагалі, в розуміння, що "поразка — це наука, ніяка перемога так не вчить" , а відтак і в необхідність перемоги над поразкою. І, відкидаючи попередні варіанти як відгорілі ступені ракети, на сьогодні, вже в незалежній Україні, в часи, коли вона стоїть перед загрозою вже остаточної поразки, — ця книга з необхідності бути написаною переросла для автора в необхідність бути опублікованою. &lt;/blockquote&gt;</w:t>
      </w:r>
    </w:p>
    <w:p>
      <w:r>
        <w:br/>
        <w:t>ОЦЕ І ВСЕ. ЦЯ ГАЛИЧ НАД МІСТЕЧКОМ.&lt;br /&gt;</w:t>
        <w:br/>
        <w:t>Народе вільний, аж тепер ти — віл.&lt;br /&gt;</w:t>
        <w:br/>
        <w:t>Моя поразка зветься Берестечком.&lt;br /&gt;</w:t>
        <w:br/>
        <w:t>На Київ наступає Радзивілл.&lt;br /&gt;</w:t>
        <w:br/>
        <w:t>Я вже не я. Мене вже улелекали.&lt;br /&gt;</w:t>
        <w:br/>
        <w:t>Уже рука не вдержить булави.&lt;br /&gt;</w:t>
        <w:br/>
        <w:t>Куди умерти?! З пекла та й до пекла?&lt;br /&gt;</w:t>
        <w:br/>
        <w:t>Гармат нема. Пропали корогви.&lt;br /&gt;</w:t>
        <w:br/>
        <w:t>Дев'ятосил, знемігся я потрошку.&lt;br /&gt;</w:t>
        <w:br/>
        <w:t>Ірже мій кінь у дикій лободі.&lt;br /&gt;</w:t>
        <w:br/>
        <w:t>Немає війська. Всі — у розпорошку.&lt;br /&gt;</w:t>
        <w:br/>
        <w:t>Один в біді… Один — як на воді.&lt;br /&gt;</w:t>
        <w:br/>
        <w:t>Оце тобі супряга з бусурманом.&lt;br /&gt;</w:t>
        <w:br/>
        <w:t>Хіба я гетьман? Всипище глупот.&lt;br /&gt;</w:t>
        <w:br/>
        <w:t>Так дався оморочити оманам!&lt;br /&gt;</w:t>
        <w:br/>
        <w:t>Тепер дивись на Україну. От.&lt;br /&gt;</w:t>
        <w:br/>
        <w:t>Дивись.&lt;br /&gt;</w:t>
        <w:br/>
        <w:t>Давись сльозами.&lt;br /&gt;</w:t>
        <w:br/>
        <w:t>Був найдужчий.&lt;br /&gt;</w:t>
        <w:br/>
        <w:t>Носив при боці шаблю, не стручок.&lt;br /&gt;</w:t>
        <w:br/>
        <w:t>Тепер сидиш самотній, невладущий&lt;br /&gt;</w:t>
        <w:br/>
        <w:t>і п'єш, як трахтемирівський дячок.</w:t>
      </w:r>
    </w:p>
    <w:p>
      <w:r>
        <w:br/>
        <w:t>Твою свободу охрестили ґрати.&lt;br /&gt;</w:t>
        <w:br/>
        <w:t>Бур'ян в полях — ледь видно архалук.&lt;br /&gt;</w:t>
        <w:br/>
        <w:t>То що ж тепер цьому народу — брати&lt;br /&gt;</w:t>
        <w:br/>
        <w:t>свій кревний хліб у переможця з рук?!</w:t>
      </w:r>
    </w:p>
    <w:p>
      <w:r>
        <w:br/>
        <w:t>Хмелій, Хмельницький!&lt;br /&gt;</w:t>
        <w:br/>
        <w:t>Де ж твої клейноди?&lt;br /&gt;</w:t>
        <w:br/>
        <w:t>Де корогви? Де грім твоїх музик?&lt;br /&gt;</w:t>
        <w:br/>
        <w:t>Де в битвах завойовані свободи?&lt;br /&gt;</w:t>
        <w:br/>
        <w:t>Де твій Богун, Пушкар і Джеджалик?</w:t>
      </w:r>
    </w:p>
    <w:p>
      <w:r>
        <w:br/>
        <w:t>Козак Небаба, ох, таки ж не баба!&lt;br /&gt;</w:t>
        <w:br/>
        <w:t>Якби під ним не встрелили коня,&lt;br /&gt;</w:t>
        <w:br/>
        <w:t>хіба б поліг від рук якогось драба&lt;br /&gt;</w:t>
        <w:br/>
        <w:t>козак Небаба, вихрові рідня?!</w:t>
      </w:r>
    </w:p>
    <w:p>
      <w:r>
        <w:br/>
        <w:t>Якби не ті заклепані гусари…&lt;br /&gt;</w:t>
        <w:br/>
        <w:t>якби не зрадив хаповитий хан…&lt;br /&gt;</w:t>
        <w:br/>
        <w:t>якби ж він був ощадніший на вдари.&lt;br /&gt;</w:t>
        <w:br/>
        <w:t>мій кривдами рокований талан!&lt;br /&gt;</w:t>
        <w:br/>
        <w:t>Якби не дощ… якби не ремст і розбрат..&lt;br /&gt;</w:t>
        <w:br/>
        <w:t>якби хоч трохи глузду під чуби..&lt;br /&gt;</w:t>
        <w:br/>
        <w:t>Якби старшини не пішли урозбрід…&lt;br /&gt;</w:t>
        <w:br/>
        <w:t>якби, якби, якби, якби, якби!!!</w:t>
      </w:r>
    </w:p>
    <w:p>
      <w:r>
        <w:br/>
        <w:t>Чмели тютюн, ти, Божа лялько з ґлею!&lt;br /&gt;</w:t>
        <w:br/>
        <w:t>Ти ж скинув ярма в Різані Яри!&lt;br /&gt;</w:t>
        <w:br/>
        <w:t>Тепер стирчиш над рідною землею,&lt;br /&gt;</w:t>
        <w:br/>
        <w:t>як вивороть — корінням догори!</w:t>
      </w:r>
    </w:p>
    <w:p>
      <w:r>
        <w:br/>
        <w:t>Чого ти ждеш? Якої в Бога ласки?&lt;br /&gt;</w:t>
        <w:br/>
        <w:t>В твоїх радутах проростає мох.&lt;br /&gt;</w:t>
        <w:br/>
        <w:t>Оце і все. Одна така поразка&lt;br /&gt;</w:t>
        <w:br/>
        <w:t>закреслює стонадцять перемог!</w:t>
      </w:r>
    </w:p>
    <w:p>
      <w:r>
        <w:br/>
        <w:t>Ось ніч, і та зорею в очі цвікне.&lt;br /&gt;</w:t>
        <w:br/>
        <w:t>Чумацький Шлях заремигає — злазь.&lt;br /&gt;</w:t>
        <w:br/>
        <w:t>Хто допоможе, дурню макоцвітний, —&lt;br /&gt;</w:t>
        <w:br/>
        <w:t>московський цар чи трансільванський князь?!&lt;br /&gt;</w:t>
        <w:br/>
        <w:t>Ногайські орди? Вуса караїма?&lt;br /&gt;</w:t>
        <w:br/>
        <w:t>Султан Мехмет? Кордони з кияхів?&lt;br /&gt;</w:t>
        <w:br/>
        <w:t>Лежить твоя зглузована Вкраїна,&lt;br /&gt;</w:t>
        <w:br/>
        <w:t>схрестивши руки всіх своїх шляхів.&lt;br /&gt;</w:t>
        <w:br/>
        <w:t>І що тепер? Що вдіять, що почати?&lt;br /&gt;</w:t>
        <w:br/>
        <w:t>Ні булави, ні війська, ні почати.</w:t>
      </w:r>
    </w:p>
    <w:p>
      <w:r>
        <w:br/>
        <w:t>Моя вина. Мій гріх перед людьми.&lt;br /&gt;</w:t>
        <w:br/>
        <w:t>Усе ж було за нас.&lt;br /&gt;</w:t>
        <w:br/>
        <w:t>Чому ж програли ми?!</w:t>
      </w:r>
    </w:p>
    <w:p>
      <w:r>
        <w:br/>
        <w:t>…БУВ РАНОК. БУВ ТУМАН. БУЛО СТО ТИСЯЧ ВІЙСЬКА.&lt;br /&gt;</w:t>
        <w:br/>
        <w:t>І меч свячений був. Усе було тоді.&lt;br /&gt;</w:t>
        <w:br/>
        <w:t>Шуміли корогви. І жодна птиця свійська&lt;br /&gt;</w:t>
        <w:br/>
        <w:t>не вивела курчат в орлиному гнізді&lt;br /&gt;</w:t>
        <w:br/>
        <w:t>Вози стояли, скуті ланцюгами&lt;br /&gt;</w:t>
        <w:br/>
        <w:t>І обрій зблис півмісяцем татар&lt;br /&gt;</w:t>
        <w:br/>
        <w:t>І покотились в коней під ногами&lt;br /&gt;</w:t>
        <w:br/>
        <w:t>кошлаті димом голови петард.</w:t>
      </w:r>
    </w:p>
    <w:p>
      <w:r>
        <w:br/>
        <w:t>На нас ішла стіна рухомогруда.&lt;br /&gt;</w:t>
        <w:br/>
        <w:t>Летіло все, закуте у броню.&lt;br /&gt;</w:t>
        <w:br/>
        <w:t>Гусар крилатий — то така споруда,&lt;br /&gt;</w:t>
        <w:br/>
        <w:t>що тільки шаблю вищербиш об ню.&lt;br /&gt;</w:t>
        <w:br/>
        <w:t>Скресались ми. Вони спочатку тисли.&lt;br /&gt;</w:t>
        <w:br/>
        <w:t>Та ми, легкі між тої ваготи,&lt;br /&gt;</w:t>
        <w:br/>
        <w:t>крушили їх, знімали з коней списами&lt;br /&gt;</w:t>
        <w:br/>
        <w:t>і прогинали келепом щити</w:t>
      </w:r>
    </w:p>
    <w:p>
      <w:r>
        <w:br/>
        <w:t>А я літав у тій свинцевій хвищі.&lt;br /&gt;</w:t>
        <w:br/>
        <w:t>пихату шляхту сік на дрібен мак.&lt;br /&gt;</w:t>
        <w:br/>
        <w:t>аж диба став на тому бойовищі&lt;br /&gt;</w:t>
        <w:br/>
        <w:t>мій вороний скажений аргамак.&lt;br /&gt;</w:t>
        <w:br/>
        <w:t>В диму, в огні, в кривавому ошматті,&lt;br /&gt;</w:t>
        <w:br/>
        <w:t>відкинуті в болото від ріки.&lt;br /&gt;</w:t>
        <w:br/>
        <w:t>вже ті гусари не були крилаті,&lt;br /&gt;</w:t>
        <w:br/>
        <w:t>вже відступали наймані полки.</w:t>
      </w:r>
    </w:p>
    <w:p>
      <w:r>
        <w:br/>
        <w:t>Ми вже їх брали як бика за роги —&lt;br /&gt;</w:t>
        <w:br/>
        <w:t>німецьким штибом ставлені війська.&lt;br /&gt;</w:t>
        <w:br/>
        <w:t>Уже ж було тіль-тіль до перемоги!&lt;br /&gt;</w:t>
        <w:br/>
        <w:t>Вона була близька уже, близька!</w:t>
      </w:r>
    </w:p>
    <w:p>
      <w:r>
        <w:br/>
        <w:t>І раптом дощ. І злива. І гроза.&lt;br /&gt;</w:t>
        <w:br/>
        <w:t>Гармат не чутно від ударів грому.&lt;br /&gt;</w:t>
        <w:br/>
        <w:t>Впав Амурат. Поліг Муффрах-мурза.&lt;br /&gt;</w:t>
        <w:br/>
        <w:t>Ми кілька днів тримали оборону.</w:t>
      </w:r>
    </w:p>
    <w:p>
      <w:r>
        <w:br/>
        <w:t>А дощ хлющить. Ні просвітку. Мокряччя.&lt;br /&gt;</w:t>
        <w:br/>
        <w:t>Хитає бій, як чорні терези.&lt;br /&gt;</w:t>
        <w:br/>
        <w:t>І вороння вже аж хрипить, не кряче.&lt;br /&gt;</w:t>
        <w:br/>
        <w:t>Ні шанця врий. Ні хліба підвези.&lt;br /&gt;</w:t>
        <w:br/>
        <w:t>Одсирів порох. Ржаві самопали.&lt;br /&gt;</w:t>
        <w:br/>
        <w:t>Гармати грузнуть. Валить вітролом.&lt;br /&gt;</w:t>
        <w:br/>
        <w:t>І треба ж так, щоб зливи саме впали!&lt;br /&gt;</w:t>
        <w:br/>
        <w:t>Найгірше коням — коні під сідлом.&lt;br /&gt;</w:t>
        <w:br/>
        <w:t>Татарин змерз, то спробуй його вкоськай.&lt;br /&gt;</w:t>
        <w:br/>
        <w:t>Знамена зблякли і бунчук обвис.&lt;br /&gt;</w:t>
        <w:br/>
        <w:t>І людям слизько, і коняці ковзько.&lt;br /&gt;</w:t>
        <w:br/>
        <w:t>Упав гнідий — в багнюці заковиз.</w:t>
      </w:r>
    </w:p>
    <w:p>
      <w:r>
        <w:br/>
        <w:t>Та ми тримались. Ми хотіли волі.&lt;br /&gt;</w:t>
        <w:br/>
        <w:t>Вже третій рік воюємо,— пора!</w:t>
      </w:r>
    </w:p>
    <w:p>
      <w:r>
        <w:br/>
        <w:t>…А віддалік на пагорбі у полі&lt;br /&gt;</w:t>
        <w:br/>
        <w:t>ряхтіла срібна порхавка шатра.</w:t>
      </w:r>
    </w:p>
    <w:p>
      <w:r>
        <w:br/>
        <w:t>І ХАН, ЯК ВИЛІПЛЕНИЙ 3 ВОСКУ,&lt;br /&gt;</w:t>
        <w:br/>
        <w:t>в кольчугу вбраний і в шишак,&lt;br /&gt;</w:t>
        <w:br/>
        <w:t>курив кальян, чи спав потрошку,&lt;br /&gt;</w:t>
        <w:br/>
        <w:t>чи стежив битву мов коршак.</w:t>
      </w:r>
    </w:p>
    <w:p>
      <w:r>
        <w:br/>
        <w:t>Якби ж я знав, якби ж я відав —&lt;br /&gt;</w:t>
        <w:br/>
        <w:t>в шовках і шкурах, хить та хить —&lt;br /&gt;</w:t>
        <w:br/>
        <w:t>він спить чи думає, цей ідол,&lt;br /&gt;</w:t>
        <w:br/>
        <w:t>і що він думає як спить?</w:t>
      </w:r>
    </w:p>
    <w:p>
      <w:r>
        <w:br/>
        <w:t>Яких ще хоче сіл і градів?&lt;br /&gt;</w:t>
        <w:br/>
        <w:t>А хан куня, куня, куня…&lt;br /&gt;</w:t>
        <w:br/>
        <w:t>І раптом крикнув:&lt;br /&gt;</w:t>
        <w:br/>
        <w:t>— Гетьман зрадив! —&lt;br /&gt;</w:t>
        <w:br/>
        <w:t>і підвели йому коня.</w:t>
      </w:r>
    </w:p>
    <w:p>
      <w:r>
        <w:br/>
        <w:t>І мурзи, мурзи, ті замурзи,&lt;br /&gt;</w:t>
        <w:br/>
        <w:t>гаремний зморщений урюк,</w:t>
      </w:r>
    </w:p>
    <w:p>
      <w:r>
        <w:br/>
        <w:t>дришпанять слідом з поля бою —</w:t>
      </w:r>
    </w:p>
    <w:p>
      <w:r>
        <w:br/>
        <w:t>і як спинити цих тварюк?!</w:t>
      </w:r>
    </w:p>
    <w:p>
      <w:r>
        <w:br/>
        <w:t>Зненацька, раптом, всі до решти —&lt;br /&gt;</w:t>
        <w:br/>
        <w:t>вони зникали вдалині.&lt;br /&gt;</w:t>
        <w:br/>
        <w:t>І хан чадів, як головешка,&lt;br /&gt;</w:t>
        <w:br/>
        <w:t>на біло-сірому коні.</w:t>
      </w:r>
    </w:p>
    <w:p>
      <w:r>
        <w:br/>
        <w:t>Я буду вік себе картати,&lt;br /&gt;</w:t>
        <w:br/>
        <w:t>що заметався сам не свій —</w:t>
      </w:r>
    </w:p>
    <w:p>
      <w:r>
        <w:br/>
        <w:t>не знав, чи хана завертати,</w:t>
      </w:r>
    </w:p>
    <w:p>
      <w:r>
        <w:br/>
        <w:t>чи тут продовжувати бій?</w:t>
      </w:r>
    </w:p>
    <w:p>
      <w:r>
        <w:br/>
        <w:t>Мій чорний сон —&lt;br /&gt;</w:t>
        <w:br/>
        <w:t>у хлющу зливи,&lt;br /&gt;</w:t>
        <w:br/>
        <w:t>у розлемішені шляхи,</w:t>
      </w:r>
    </w:p>
    <w:p>
      <w:r>
        <w:br/>
        <w:t>летять татари, в буйні гриви</w:t>
      </w:r>
    </w:p>
    <w:p>
      <w:r>
        <w:br/>
        <w:t>вчепившись, наче реп'яхи…</w:t>
      </w:r>
    </w:p>
    <w:p>
      <w:r>
        <w:br/>
        <w:t>А ТУТ ЩЕ ВІТЕР — У ЛИЦЕ — НАВІДЛІГ!&lt;br /&gt;</w:t>
        <w:br/>
        <w:t>Засліпли очі розпачем душі.&lt;br /&gt;</w:t>
        <w:br/>
        <w:t>Бодай я світу білого не видів,&lt;br /&gt;</w:t>
        <w:br/>
        <w:t>як по своїх стріляли гармаші!</w:t>
      </w:r>
    </w:p>
    <w:p>
      <w:r>
        <w:br/>
        <w:t>То що ж ви, хлопці, що ж ви, що ж ви, хлопці?!&lt;br /&gt;</w:t>
        <w:br/>
        <w:t>Це ж до такого стиду дожили&lt;br /&gt;</w:t>
        <w:br/>
        <w:t>Б'єте своїх, прокляті дурнолобці.&lt;br /&gt;</w:t>
        <w:br/>
        <w:t>наївні бевзі, телепні, хохли!</w:t>
      </w:r>
    </w:p>
    <w:p>
      <w:r>
        <w:br/>
        <w:t>Та ж там котрогось просто підкупили.&lt;br /&gt;</w:t>
        <w:br/>
        <w:t>щоб учинив оцей розгардіяш.&lt;br /&gt;</w:t>
        <w:br/>
        <w:t>Вони ж ніколи не були скупими&lt;br /&gt;</w:t>
        <w:br/>
        <w:t>на тридцять срібних для іуд… А я ж&lt;br /&gt;</w:t>
        <w:br/>
        <w:t>таки і сам чималий шмат вар'ята.&lt;br /&gt;</w:t>
        <w:br/>
        <w:t>Тут бій. тут смерть, тут стогін на сто гін.</w:t>
      </w:r>
    </w:p>
    <w:p>
      <w:r>
        <w:br/>
        <w:t>як смів комусь команду довіряти,&lt;br /&gt;</w:t>
        <w:br/>
        <w:t>а сам подався хану навздогін?!</w:t>
      </w:r>
    </w:p>
    <w:p>
      <w:r>
        <w:br/>
        <w:t>…ТО НЕПРАВДА, ЩО КАЖУТЬ.&lt;br /&gt;</w:t>
        <w:br/>
        <w:t>ТО ВИПЛІД БАЛАЧКИ ПУСТОЇ.&lt;br /&gt;</w:t>
        <w:br/>
        <w:t>Не сидів я в кайданах. І не били мене нагаями.&lt;br /&gt;</w:t>
        <w:br/>
        <w:t>Хан зустрів мене чемно. Відібрали шаблю й пістолі.&lt;br /&gt;</w:t>
        <w:br/>
        <w:t>І ввійшов я в намет — наче впав до вовчої ями.</w:t>
      </w:r>
    </w:p>
    <w:p>
      <w:r>
        <w:br/>
        <w:t>Хлопці ждали мене&lt;br /&gt;</w:t>
        <w:br/>
        <w:t>півсуботи і цілу неділю.&lt;br /&gt;</w:t>
        <w:br/>
        <w:t>В понеділок, вівторок, у середу і в четверток.&lt;br /&gt;</w:t>
        <w:br/>
        <w:t>Знов скували вози І, поклавши на Бога надію,&lt;br /&gt;</w:t>
        <w:br/>
        <w:t>одбивались од ляхів, од зливи і од чуток.</w:t>
      </w:r>
    </w:p>
    <w:p>
      <w:r>
        <w:br/>
        <w:t>А король же привів все рушення оте посполите! —&lt;br /&gt;</w:t>
        <w:br/>
        <w:t>зажирущу псю крев і гостровану гонором злість.&lt;br /&gt;</w:t>
        <w:br/>
        <w:t>Берестечко моє, дощами і кров'ю залите…&lt;br /&gt;</w:t>
        <w:br/>
        <w:t>Берестечко моє!.. А од мене хоч би хоч вість.&lt;br /&gt;</w:t>
        <w:br/>
        <w:t>Розбухали убиті. Виповзали вовки з гущавин.&lt;br /&gt;</w:t>
        <w:br/>
        <w:t>Уточила картеч кривавого соку з беріз.&lt;br /&gt;</w:t>
        <w:br/>
        <w:t>І якісь перекинчики хлопців моїх наущали,&lt;br /&gt;</w:t>
        <w:br/>
        <w:t>що Хмельницький, мовляв, покинув вас на заріз.</w:t>
      </w:r>
    </w:p>
    <w:p>
      <w:r>
        <w:br/>
        <w:t>А Я СИДІВ ПІД ВАРТОЮ… ПІД ВАРТОЮ!&lt;br /&gt;</w:t>
        <w:br/>
        <w:t>Накрию пам'ять квартою.&lt;br /&gt;</w:t>
        <w:br/>
        <w:t>Почім хунт лиха, гетьмане? Де очі позичав?&lt;br /&gt;</w:t>
        <w:br/>
        <w:t>Ох, палахтіло ж мною, як вітер тою ватрою!&lt;br /&gt;</w:t>
        <w:br/>
        <w:t>Ох, заливало жариво, аж попіл засичав!</w:t>
      </w:r>
    </w:p>
    <w:p>
      <w:r>
        <w:br/>
        <w:t>І втома. Втома, втома, втома…&lt;br /&gt;</w:t>
        <w:br/>
        <w:t>Душа холоне, як старий лежак.&lt;br /&gt;</w:t>
        <w:br/>
        <w:t>Хоч би в невір-землі.&lt;br /&gt;</w:t>
        <w:br/>
        <w:t>а то у тебе ж дома&lt;br /&gt;</w:t>
        <w:br/>
        <w:t>тобі ще й руки скручує чужак!</w:t>
      </w:r>
    </w:p>
    <w:p>
      <w:r>
        <w:br/>
        <w:t>Сидиш в полоні&lt;br /&gt;</w:t>
        <w:br/>
        <w:t>на оболоні.&lt;br /&gt;</w:t>
        <w:br/>
        <w:t>Питаєш долю: — Чого живу?&lt;br /&gt;</w:t>
        <w:br/>
        <w:t>Ночами зорі твої солоні.&lt;br /&gt;</w:t>
        <w:br/>
        <w:t>Татарські коні жумрають траву&lt;br /&gt;</w:t>
        <w:br/>
        <w:t>А вартові швандрикають по-своєму.&lt;br /&gt;</w:t>
        <w:br/>
        <w:t>Кишить Вкраїна кишлами орди&lt;br /&gt;</w:t>
        <w:br/>
        <w:t>І Бог згортає чорними сувоями&lt;br /&gt;</w:t>
        <w:br/>
        <w:t>твоє терпіння, виткане з біди…</w:t>
      </w:r>
    </w:p>
    <w:p>
      <w:r>
        <w:br/>
        <w:t>НЕ ЖАЛІВ МЕНІ ХАН&lt;br /&gt;</w:t>
        <w:br/>
        <w:t>НІ ВИНА, НІ КУМИСУ, НІ МЕДУ.&lt;br /&gt;</w:t>
        <w:br/>
        <w:t>М'яко спати було. Лиш кричала вночі постільга,&lt;br /&gt;</w:t>
        <w:br/>
        <w:t>Та дві ситі сокири блищали при вході намету&lt;br /&gt;</w:t>
        <w:br/>
        <w:t>Та дивилася в серце сталева татарська клюга.</w:t>
      </w:r>
    </w:p>
    <w:p>
      <w:r>
        <w:br/>
        <w:t>Та щодня і щоночі хлептали зливу баюри.&lt;br /&gt;</w:t>
        <w:br/>
        <w:t>І розджохався хан,</w:t>
      </w:r>
    </w:p>
    <w:p>
      <w:r>
        <w:br/>
        <w:t>усе причіпеньки шукав:&lt;br /&gt;</w:t>
        <w:br/>
        <w:t>— Ти мене одурив, проклятий ґяуре!&lt;br /&gt;</w:t>
        <w:br/>
        <w:t>Я привів своє військо, а ти мене ошукав&lt;br /&gt;</w:t>
        <w:br/>
        <w:t>Що ж ти хочеш, козацький ти макогоне,&lt;br /&gt;</w:t>
        <w:br/>
        <w:t>щоб у тих болотах мені жаба цицьки дала?&lt;br /&gt;</w:t>
        <w:br/>
        <w:t>Ти ж казав, що їх мало.&lt;br /&gt;</w:t>
        <w:br/>
        <w:t>А їх же там легіони!&lt;br /&gt;</w:t>
        <w:br/>
        <w:t>Та у них же гармати,&lt;br /&gt;</w:t>
        <w:br/>
        <w:t>а в татар — стріла та "Алла!"</w:t>
      </w:r>
    </w:p>
    <w:p>
      <w:r>
        <w:br/>
        <w:t>А я казав:</w:t>
      </w:r>
    </w:p>
    <w:p>
      <w:r>
        <w:br/>
        <w:t>— Кому із нас журиться?&lt;br /&gt;</w:t>
        <w:br/>
        <w:t>Чи я ж позву, коби не смертна пря,&lt;br /&gt;</w:t>
        <w:br/>
        <w:t>твою орду, гадюку-пожарицю,&lt;br /&gt;</w:t>
        <w:br/>
        <w:t>повзе — трава під нею вигоря!</w:t>
      </w:r>
    </w:p>
    <w:p>
      <w:r>
        <w:br/>
        <w:t>Чи я ж не платив золотими гривнями?&lt;br /&gt;</w:t>
        <w:br/>
        <w:t>Чи коней не дав з вороними гривами?&lt;br /&gt;</w:t>
        <w:br/>
        <w:t>А в тих болотах, серед тих мочарів,&lt;br /&gt;</w:t>
        <w:br/>
        <w:t>бараняче дишло з твоїх батирів!</w:t>
      </w:r>
    </w:p>
    <w:p>
      <w:r>
        <w:br/>
        <w:t>…А КРАСИВІ НАЛОЖНИЦІ ВИКРУГЛЯЛИСЯ&lt;br /&gt;</w:t>
        <w:br/>
        <w:t>голими животами і шовковими стегнами,&lt;br /&gt;</w:t>
        <w:br/>
        <w:t>голубий чад кальяну розколихували бранзолети.</w:t>
      </w:r>
    </w:p>
    <w:p>
      <w:r>
        <w:br/>
        <w:t>А одну татари в баранячих шапках&lt;br /&gt;</w:t>
        <w:br/>
        <w:t>притягли до намету і кинули хану.</w:t>
      </w:r>
    </w:p>
    <w:p>
      <w:r>
        <w:br/>
        <w:t>Це ж десь в цих селах заарканили.&lt;br /&gt;</w:t>
        <w:br/>
        <w:t>В бігах поповнюють гарем.&lt;br /&gt;</w:t>
        <w:br/>
        <w:t>Дівча краси недоторканної —&lt;br /&gt;</w:t>
        <w:br/>
        <w:t>мабуть, як та колись Хурем.</w:t>
      </w:r>
    </w:p>
    <w:p>
      <w:r>
        <w:br/>
        <w:t>Вже хан обсотує шовками,&lt;br /&gt;</w:t>
        <w:br/>
        <w:t>вже каже на ніч привести.&lt;br /&gt;</w:t>
        <w:br/>
        <w:t>Чіпкими клішнями-руками&lt;br /&gt;</w:t>
        <w:br/>
        <w:t>вже гладить коси…&lt;br /&gt;</w:t>
        <w:br/>
        <w:t>— Відпусти!!!</w:t>
      </w:r>
    </w:p>
    <w:p>
      <w:r>
        <w:br/>
        <w:t>— А я ж хіба тебе держу? —&lt;br /&gt;</w:t>
        <w:br/>
        <w:t>казав Гірей.&lt;br /&gt;</w:t>
        <w:br/>
        <w:t>— Я ж з тобою дружу, —&lt;br /&gt;</w:t>
        <w:br/>
        <w:t>казав Гірей.&lt;br /&gt;</w:t>
        <w:br/>
        <w:t>— Ти ж мені любий брат, —&lt;br /&gt;</w:t>
        <w:br/>
        <w:t>казав Гірей.&lt;br /&gt;</w:t>
        <w:br/>
        <w:t>— Я ж тобі вельми рад, —&lt;br /&gt;</w:t>
        <w:br/>
        <w:t>казав Гірей.</w:t>
      </w:r>
    </w:p>
    <w:p>
      <w:r>
        <w:br/>
        <w:t>А БУДЬ ЖЕ ТИ ПРОКЛЯТ!&lt;br /&gt;</w:t>
        <w:br/>
        <w:t>Від брата до брата&lt;br /&gt;</w:t>
        <w:br/>
        <w:t>ходжу — як від Понтія до Пілата.&lt;br /&gt;</w:t>
        <w:br/>
        <w:t>Куди не поткнешся — один ярем.&lt;br /&gt;</w:t>
        <w:br/>
        <w:t>І кожен тягне тебе, душогуб, —&lt;br /&gt;</w:t>
        <w:br/>
        <w:t>за руки — Річ Посполита з царем,&lt;br /&gt;</w:t>
        <w:br/>
        <w:t>азіяти — за п'яти.&lt;br /&gt;</w:t>
        <w:br/>
        <w:t>Литва — за чуб.&lt;br /&gt;</w:t>
        <w:br/>
        <w:t>Лежу розп'ятий, та вже раз п'ятий!&lt;br /&gt;</w:t>
        <w:br/>
        <w:t>А кожен катюга мій — масткослов.&lt;br /&gt;</w:t>
        <w:br/>
        <w:t>Долоні мої процвяховані ятряться.&lt;br /&gt;</w:t>
        <w:br/>
        <w:t>а пси шолудиві злизують кров.</w:t>
      </w:r>
    </w:p>
    <w:p>
      <w:r>
        <w:br/>
        <w:t>Я воскресаю і знову гину.&lt;br /&gt;</w:t>
        <w:br/>
        <w:t>Несу свій хрест на свої Голгочі&lt;br /&gt;</w:t>
        <w:br/>
        <w:t>А цар стромляє мені у спину&lt;br /&gt;</w:t>
        <w:br/>
        <w:t>Свої двойлезі каправі очі.</w:t>
      </w:r>
    </w:p>
    <w:p>
      <w:r>
        <w:br/>
        <w:t>Земле ж моя, нащо ти рожаїста?&lt;br /&gt;</w:t>
        <w:br/>
        <w:t>А чом же ти, земле, не з каменю-трути?&lt;br /&gt;</w:t>
        <w:br/>
        <w:t>Що кожна прожра бажа тебе з'їсти&lt;br /&gt;</w:t>
        <w:br/>
        <w:t>і пощасливити кожен трутень!</w:t>
      </w:r>
    </w:p>
    <w:p>
      <w:r>
        <w:br/>
        <w:t>Коси наші неклепані, діти наші неплекані&lt;br /&gt;</w:t>
        <w:br/>
        <w:t>Горе на нашу голову зайди ці прителепані!&lt;br /&gt;</w:t>
        <w:br/>
        <w:t>Чекайте,&lt;br /&gt;</w:t>
        <w:br/>
        <w:t>за муку мою страсну,&lt;br /&gt;</w:t>
        <w:br/>
        <w:t>за те, що в неволі клякну —</w:t>
      </w:r>
    </w:p>
    <w:p>
      <w:r>
        <w:br/>
        <w:t>ох же ж і встану, ох і струсну,&lt;br /&gt;</w:t>
        <w:br/>
        <w:t>ох же ж об землю і хряпну!</w:t>
      </w:r>
    </w:p>
    <w:p>
      <w:r>
        <w:br/>
        <w:t>ХАН ЗНИЗУВАВ ПЛЕЧИМА:</w:t>
      </w:r>
    </w:p>
    <w:p>
      <w:r>
        <w:br/>
        <w:t>— Чого ти кипиш від люті?&lt;br /&gt;</w:t>
        <w:br/>
        <w:t>Я ж тебе не продав у Стамбул.&lt;br /&gt;</w:t>
        <w:br/>
        <w:t>То й сиди собі, слухай лютню,&lt;br /&gt;</w:t>
        <w:br/>
        <w:t>кури турецький штамбур.&lt;br /&gt;</w:t>
        <w:br/>
        <w:t>Може, холодно? Не соромся.&lt;br /&gt;</w:t>
        <w:br/>
        <w:t>Гурій досить в цьому раю.&lt;br /&gt;</w:t>
        <w:br/>
        <w:t>Ось єгипетська, он — саронська,&lt;br /&gt;</w:t>
        <w:br/>
        <w:t>Або, може, хочеш свою?&lt;br /&gt;</w:t>
        <w:br/>
        <w:t>То бери, іще не почата.&lt;br /&gt;</w:t>
        <w:br/>
        <w:t>Дика дуже, та в тому й смак.&lt;br /&gt;</w:t>
        <w:br/>
        <w:t>Що за стегна! Які очата!&lt;br /&gt;</w:t>
        <w:br/>
        <w:t>Що, ти плачеш? Оце так так!&lt;br /&gt;</w:t>
        <w:br/>
        <w:t>Гетьман плаче. Вона ж не перва.&lt;br /&gt;</w:t>
        <w:br/>
        <w:t>Тут таких у кожнім селі.&lt;br /&gt;</w:t>
        <w:br/>
        <w:t>Ти ж, Богдане, із того дерева,&lt;br /&gt;</w:t>
        <w:br/>
        <w:t>з якого ріжуться королі!&lt;br /&gt;</w:t>
        <w:br/>
        <w:t>Ти Хмельницький, а я Гірей.&lt;br /&gt;</w:t>
        <w:br/>
        <w:t>Із неволі нема дверей.&lt;br /&gt;</w:t>
        <w:br/>
        <w:t>Тут господар — хто поборов.&lt;br /&gt;</w:t>
        <w:br/>
        <w:t>Заплатиш викуп —&lt;br /&gt;</w:t>
        <w:br/>
        <w:t>та й будь здоров.</w:t>
      </w:r>
    </w:p>
    <w:p>
      <w:r>
        <w:br/>
        <w:t>ПОВЕРЖЕНИЙ БОГДАН,-&lt;br /&gt;</w:t>
        <w:br/>
        <w:t>ХТО ДАСТЬ ЗА МЕНЕ ВИКУП?&lt;br /&gt;</w:t>
        <w:br/>
        <w:t>Розбите військо? Вмовклий Чигирин?&lt;br /&gt;</w:t>
        <w:br/>
        <w:t>Якби колись, то це б я тільки кликнув.&lt;br /&gt;</w:t>
        <w:br/>
        <w:t>Тепер кому я хто, ціна мені калим.</w:t>
      </w:r>
    </w:p>
    <w:p>
      <w:r>
        <w:br/>
        <w:t>Пошлю до сина. З прикрої нагоди.&lt;br /&gt;</w:t>
        <w:br/>
        <w:t>Нехай поможе. Гроші немалі.&lt;br /&gt;</w:t>
        <w:br/>
        <w:t>Боровся за свободу, не виборов свободи,&lt;br /&gt;</w:t>
        <w:br/>
        <w:t>тепер плати за право ходить по цій землі.</w:t>
      </w:r>
    </w:p>
    <w:p>
      <w:r>
        <w:br/>
        <w:t>АЛЕ ЧОМУ?!&lt;br /&gt;</w:t>
        <w:br/>
        <w:t>З ЯКОЇ Б ТО ПРИЧИНИ&lt;br /&gt;</w:t>
        <w:br/>
        <w:t>Іслам-Гірей так тяжко зрадив нас?&lt;br /&gt;</w:t>
        <w:br/>
        <w:t>Він за два дні міняє три личини,&lt;br /&gt;</w:t>
        <w:br/>
        <w:t>та ще й четверту має про запас.&lt;br /&gt;</w:t>
        <w:br/>
        <w:t>У них там в небі зоряно і птично.&lt;br /&gt;</w:t>
        <w:br/>
        <w:t>На цілий степ велика виднота.&lt;br /&gt;</w:t>
        <w:br/>
        <w:t>А може, й справді їм було незвично —&lt;br /&gt;</w:t>
        <w:br/>
        <w:t>такі ліси, такі тут болота?&lt;br /&gt;</w:t>
        <w:br/>
        <w:t>Чи, може, рана дуже дошкуляла,&lt;br /&gt;</w:t>
        <w:br/>
        <w:t>його ж там куля трафила в седно.&lt;br /&gt;</w:t>
        <w:br/>
        <w:t>О де мій Корсунь? Де моя Пилява?&lt;br /&gt;</w:t>
        <w:br/>
        <w:t>Де перемог високе знамено?!</w:t>
      </w:r>
    </w:p>
    <w:p>
      <w:r>
        <w:br/>
        <w:t>З ЦИМ ХАНОМ ЗРОДУ МИ НЕ МАЛИ ПРИЯЗНІ.&lt;br /&gt;</w:t>
        <w:br/>
        <w:t>Хіба з добра покликав я орду?&lt;br /&gt;</w:t>
        <w:br/>
        <w:t>Я біля нього — як на прив'язі,&lt;br /&gt;</w:t>
        <w:br/>
        <w:t>усе якоїсь пастки жду.</w:t>
      </w:r>
    </w:p>
    <w:p>
      <w:r>
        <w:br/>
        <w:t>То він ці села кров'ю заскородить.&lt;br /&gt;</w:t>
        <w:br/>
        <w:t>То хоче ласки в короля зажить.&lt;br /&gt;</w:t>
        <w:br/>
        <w:t>Це хитрий хан, він знає, що він робить, —&lt;br /&gt;</w:t>
        <w:br/>
        <w:t>якщо побіг, то він уже біжить.</w:t>
      </w:r>
    </w:p>
    <w:p>
      <w:r>
        <w:br/>
        <w:t>Татари — ні. Народ не зрадить зроду.&lt;br /&gt;</w:t>
        <w:br/>
        <w:t>їх за два дні сім тисяч полягло.&lt;br /&gt;</w:t>
        <w:br/>
        <w:t>Або ногайці. Пригорща народу.&lt;br /&gt;</w:t>
        <w:br/>
        <w:t>А понад них вірніших не було.</w:t>
      </w:r>
    </w:p>
    <w:p>
      <w:r>
        <w:br/>
        <w:t>Гукнеш — як вітер, прилетять, не гаються.&lt;br /&gt;</w:t>
        <w:br/>
        <w:t>Не те що цей усохлий скарабей.&lt;br /&gt;</w:t>
        <w:br/>
        <w:t>Але біда спіткала і ногайців —&lt;br /&gt;</w:t>
        <w:br/>
        <w:t>загинув брат мій, друг мій Тугай-бей.</w:t>
      </w:r>
    </w:p>
    <w:p>
      <w:r>
        <w:br/>
        <w:t>ПАХЛО СМАЛЕНИМ ВОВКОМ,&lt;br /&gt;</w:t>
        <w:br/>
        <w:t>ЗАХОДИЛОСЬ ЗНОВ НА ГРОЗУ.&lt;br /&gt;</w:t>
        <w:br/>
        <w:t>Потай взявши коня, я хотів тікати з полону.&lt;br /&gt;</w:t>
        <w:br/>
        <w:t>Саме рейвах стояв, бо ховали якогось мурзу&lt;br /&gt;</w:t>
        <w:br/>
        <w:t>і палили над ним перемоклу в полі солому.</w:t>
      </w:r>
    </w:p>
    <w:p>
      <w:r>
        <w:br/>
        <w:t>Та схопили мене. Прив'язали мене до сідла.&lt;br /&gt;</w:t>
        <w:br/>
        <w:t>Щось кричав мені хан, аж слова на дощі сичали.&lt;br /&gt;</w:t>
        <w:br/>
        <w:t>Дотлівала солома. Татари молились: "Алла!"&lt;br /&gt;</w:t>
        <w:br/>
        <w:t>І на цей раз мене стерегли вже самі яничари.</w:t>
      </w:r>
    </w:p>
    <w:p>
      <w:r>
        <w:br/>
        <w:t>ЦІ УЖЕ ВСТЕРЕЖУТЬ.&lt;br /&gt;</w:t>
        <w:br/>
        <w:t>МОЛОДИК УСМІХАЄТЬСЯ КРИВО.&lt;br /&gt;</w:t>
        <w:br/>
        <w:t>Полонянка підкралась. Дивилась на мене, сумна.&lt;br /&gt;</w:t>
        <w:br/>
        <w:t>Ні, не був я в кайданах. Мені тільки надборкали крила.&lt;br /&gt;</w:t>
        <w:br/>
        <w:t>І від голосу волі лишилася тільки луна.</w:t>
      </w:r>
    </w:p>
    <w:p>
      <w:r>
        <w:br/>
        <w:t>І ПОКИ ЙШЛОСЬ ПРО ДОЛЮ ДВОХ ДЕРЖАВ,&lt;br /&gt;</w:t>
        <w:br/>
        <w:t>де бились ми з навалою ворожою,&lt;br /&gt;</w:t>
        <w:br/>
        <w:t>чумиза кримський, він мене держав&lt;br /&gt;</w:t>
        <w:br/>
        <w:t>почесним гостем, тільки під сторожею.&lt;br /&gt;</w:t>
        <w:br/>
        <w:t>А що найгірше — не чекавши зради,&lt;br /&gt;</w:t>
        <w:br/>
        <w:t>за ханом гнавши в зливу грозову,&lt;br /&gt;</w:t>
        <w:br/>
        <w:t>я там залишив знак своєї влади —&lt;br /&gt;</w:t>
        <w:br/>
        <w:t>мою печать, бунчук і булаву.</w:t>
      </w:r>
    </w:p>
    <w:p>
      <w:r>
        <w:br/>
        <w:t>Ото наглузувалися вельможні!&lt;br /&gt;</w:t>
        <w:br/>
        <w:t>Дісталось їм шатро у килимах,&lt;br /&gt;</w:t>
        <w:br/>
        <w:t>залізом ковані шкатули подорожні,&lt;br /&gt;</w:t>
        <w:br/>
        <w:t>і всі листи, і срібний каламар…</w:t>
      </w:r>
    </w:p>
    <w:p>
      <w:r>
        <w:br/>
        <w:t>ВІДЖИВ ЛІТА. ВЖЕ СИВІ МОЇ СКРОНІ.&lt;br /&gt;</w:t>
        <w:br/>
        <w:t>Всього в житті траплялося мені.&lt;br /&gt;</w:t>
        <w:br/>
        <w:t>Був у тюрмі. В турецькому полоні.&lt;br /&gt;</w:t>
        <w:br/>
        <w:t>Але в такій безвиході ще ні.</w:t>
      </w:r>
    </w:p>
    <w:p>
      <w:r>
        <w:br/>
        <w:t>МОЯ ГАНЬБА, МОЯ ПРОВИНА.&lt;br /&gt;</w:t>
        <w:br/>
        <w:t>Щоб втрапить до таких тенет!</w:t>
      </w:r>
    </w:p>
    <w:p>
      <w:r>
        <w:br/>
        <w:t>…Жіноцтво носить різні вина.</w:t>
      </w:r>
    </w:p>
    <w:p>
      <w:r>
        <w:br/>
        <w:t>Гірей покльовує шербет.</w:t>
      </w:r>
    </w:p>
    <w:p>
      <w:r>
        <w:br/>
        <w:t>На нього глянути — не скучиш.&lt;br /&gt;</w:t>
        <w:br/>
        <w:t>Як чорт кощавий на корчі,&lt;br /&gt;</w:t>
        <w:br/>
        <w:t>в сорочці чорній аж лискучій,&lt;br /&gt;</w:t>
        <w:br/>
        <w:t>у пурпуровій опанчі.</w:t>
      </w:r>
    </w:p>
    <w:p>
      <w:r>
        <w:br/>
        <w:t>Сидить в кальяні як в тумані.&lt;br /&gt;</w:t>
        <w:br/>
        <w:t>Намет шовками ворушкий.&lt;br /&gt;</w:t>
        <w:br/>
        <w:t>Кунгал. Кинджал. Священний чорний камінь.&lt;br /&gt;</w:t>
        <w:br/>
        <w:t>І золотом розшиті подушки.</w:t>
      </w:r>
    </w:p>
    <w:p>
      <w:r>
        <w:br/>
        <w:t>Либонь, сутужно небораку.&lt;br /&gt;</w:t>
        <w:br/>
        <w:t>Серед наложниць і дружин —&lt;br /&gt;</w:t>
        <w:br/>
        <w:t>він як суха голівка маку&lt;br /&gt;</w:t>
        <w:br/>
        <w:t>серед настурцій і жоржин.</w:t>
      </w:r>
    </w:p>
    <w:p>
      <w:r>
        <w:br/>
        <w:t>Чого ж ти возиш їх з собою,&lt;br /&gt;</w:t>
        <w:br/>
        <w:t>гаремник, цап гірський, бабій!&lt;br /&gt;</w:t>
        <w:br/>
        <w:t>Щоб навтішатись після бою?&lt;br /&gt;</w:t>
        <w:br/>
        <w:t>А що, якщо програєш бій?</w:t>
      </w:r>
    </w:p>
    <w:p>
      <w:r>
        <w:br/>
        <w:t>Щоб ця татарочка, як птичка,&lt;br /&gt;</w:t>
        <w:br/>
        <w:t>тряслася, вп'явшись у гарбу?&lt;br /&gt;</w:t>
        <w:br/>
        <w:t>Щоб ця чадра з такого личка&lt;br /&gt;</w:t>
        <w:br/>
        <w:t>десь зачепилась за вербу?</w:t>
      </w:r>
    </w:p>
    <w:p>
      <w:r>
        <w:br/>
        <w:t>Побійся Бога чи Аллаха,&lt;br /&gt;</w:t>
        <w:br/>
        <w:t>чи ти кумису перепив,&lt;br /&gt;</w:t>
        <w:br/>
        <w:t>що в свій гарем як вовкулака&lt;br /&gt;</w:t>
        <w:br/>
        <w:t>ще й це дівчатко прихопив!</w:t>
      </w:r>
    </w:p>
    <w:p>
      <w:r>
        <w:br/>
        <w:t>ТИМ ЧАСОМ ДЖУРА МІЙ ЗА ВИКУПОМ ЗМОТАВСЯ.&lt;br /&gt;</w:t>
        <w:br/>
        <w:t>І гроші ті привіз, умиливши коня.&lt;br /&gt;</w:t>
        <w:br/>
        <w:t>І почалися інші вже митарства —&lt;br /&gt;</w:t>
        <w:br/>
        <w:t>знайти своїх, не гаючи ні дня.</w:t>
      </w:r>
    </w:p>
    <w:p>
      <w:r>
        <w:br/>
        <w:t>Шаблю мені не повернули.&lt;br /&gt;</w:t>
        <w:br/>
        <w:t>Віддали тільки наших коней.&lt;br /&gt;</w:t>
        <w:br/>
        <w:t>Розступилися мурзи, і вийшли ми із намету.&lt;br /&gt;</w:t>
        <w:br/>
        <w:t>Та й поїхали — джура і гетьман його законний.&lt;br /&gt;</w:t>
        <w:br/>
        <w:t>Та ще ту полонянку на сідло вже взяли як мертву.</w:t>
      </w:r>
    </w:p>
    <w:p>
      <w:r>
        <w:br/>
        <w:t>Вона вже і нас боялась. Умовив хана насилу.&lt;br /&gt;</w:t>
        <w:br/>
        <w:t>Оце дожився, Богдане, викуплений на старість.&lt;br /&gt;</w:t>
        <w:br/>
        <w:t>Хоч дівчину врятували. Одну зі всього ясиру&lt;br /&gt;</w:t>
        <w:br/>
        <w:t>Одсипавши хану за неї&lt;br /&gt;</w:t>
        <w:br/>
        <w:t>Усе, що там ще зосталось.</w:t>
      </w:r>
    </w:p>
    <w:p>
      <w:r>
        <w:br/>
        <w:t>ПОЛЯ ОДСИРІЛИ ВІД МРЯК.&lt;br /&gt;</w:t>
        <w:br/>
        <w:t>Над ними небо мов сіряк</w:t>
      </w:r>
    </w:p>
    <w:p>
      <w:r>
        <w:br/>
        <w:t>По самий обрій туга, туга, туга..&lt;br /&gt;</w:t>
        <w:br/>
        <w:t>Таке безлюддя марне і смутне.&lt;br /&gt;</w:t>
        <w:br/>
        <w:t>Ніде нема ні коника, ні плуга,&lt;br /&gt;</w:t>
        <w:br/>
        <w:t>хіба що полем заєць дремене</w:t>
      </w:r>
    </w:p>
    <w:p>
      <w:r>
        <w:br/>
        <w:t>НАДВЕЧІР ЗВІДКИСЬ НАЛЕТІЛА ГАЛИЧ.&lt;br /&gt;</w:t>
        <w:br/>
        <w:t>Зчинила грай. Хотілося тепла.&lt;br /&gt;</w:t>
        <w:br/>
        <w:t>Гіркотний дух дощем залитих згарищ&lt;br /&gt;</w:t>
        <w:br/>
        <w:t>нам підказав дорогу до села&lt;br /&gt;</w:t>
        <w:br/>
        <w:t>Яка тепер ночівля? А ніяка&lt;br /&gt;</w:t>
        <w:br/>
        <w:t>Хто прийме нас, народ повигибав.&lt;br /&gt;</w:t>
        <w:br/>
        <w:t>Та ще, мабуть, промчав якийсь вояка,&lt;br /&gt;</w:t>
        <w:br/>
        <w:t>на всіх тинах макітри порубав.&lt;br /&gt;</w:t>
        <w:br/>
        <w:t>Постояли. Зайшли в якесь подвір'ячко.&lt;br /&gt;</w:t>
        <w:br/>
        <w:t>Осель нема. Сади іще живі.&lt;br /&gt;</w:t>
        <w:br/>
        <w:t>Та все біжать по двієчко, по двієчко&lt;br /&gt;</w:t>
        <w:br/>
        <w:t>куріпочок рябесеньких в траві…</w:t>
      </w:r>
    </w:p>
    <w:p>
      <w:r>
        <w:br/>
        <w:t>ЗАНОЧУВАЛИ В СІНІ, ЯК У ХМАРІ.&lt;br /&gt;</w:t>
        <w:br/>
        <w:t>Та й знов пішли, полями навпрошки.</w:t>
      </w:r>
    </w:p>
    <w:p>
      <w:r>
        <w:br/>
        <w:t>А дівчина ж яка! І очі в неї карі.&lt;br /&gt;</w:t>
        <w:br/>
        <w:t>Мій джура онімів, ламає батіжки.</w:t>
      </w:r>
    </w:p>
    <w:p>
      <w:r>
        <w:br/>
        <w:t>МИ РОЗПИТАЛИ, ДЕ ЇЇ СЕЛО.&lt;br /&gt;</w:t>
        <w:br/>
        <w:t>Вона журилась, що застане пустку.&lt;br /&gt;</w:t>
        <w:br/>
        <w:t>Мій джура посадив її в сідло,&lt;br /&gt;</w:t>
        <w:br/>
        <w:t>підняв на руки легко мов пелюстку</w:t>
      </w:r>
    </w:p>
    <w:p>
      <w:r>
        <w:br/>
        <w:t>А я думав: — Сестричко! Доненько!&lt;br /&gt;</w:t>
        <w:br/>
        <w:t>Ну, врятував я тебе, однісіньку.</w:t>
      </w:r>
    </w:p>
    <w:p>
      <w:r>
        <w:br/>
        <w:t>А ті усі дівчата й молодиці,&lt;br /&gt;</w:t>
        <w:br/>
        <w:t>що їх у Кафі туркам продадуть,&lt;br /&gt;</w:t>
        <w:br/>
        <w:t>що їх на чорноморські торговиці,&lt;br /&gt;</w:t>
        <w:br/>
        <w:t>сирицею пов'язаних, ведуть?!..</w:t>
      </w:r>
    </w:p>
    <w:p>
      <w:r>
        <w:br/>
        <w:t>Яка душа це видержить, не знаю.&lt;br /&gt;</w:t>
        <w:br/>
        <w:t>Вони ячать, благають: захистіть!&lt;br /&gt;</w:t>
        <w:br/>
        <w:t>Простіть мене. Від Ворскли до Дунаю.&lt;br /&gt;</w:t>
        <w:br/>
        <w:t>По саме море, по Стамбул простіть!</w:t>
      </w:r>
    </w:p>
    <w:p>
      <w:r>
        <w:br/>
        <w:t>СТРАШНИЙ СОЮЗ МІЙ 3 ХАНОМ, ІЗ ГІРЕЄМ.&lt;br /&gt;</w:t>
        <w:br/>
        <w:t>Орда ордою, все бере в ясир.&lt;br /&gt;</w:t>
        <w:br/>
        <w:t>…А джура кутав дівчину в кирею.&lt;br /&gt;</w:t>
        <w:br/>
        <w:t>А тихий дощик в полі моросив.</w:t>
      </w:r>
    </w:p>
    <w:p>
      <w:r>
        <w:br/>
        <w:t>ДІВЧА ПОВЕСЕЛІШАЛО, СПІВАЛО.&lt;br /&gt;</w:t>
        <w:br/>
        <w:t>А молоденьке! Ще й не на порі.&lt;br /&gt;</w:t>
        <w:br/>
        <w:t>Як пташеня, на грудях в джури спало.&lt;br /&gt;</w:t>
        <w:br/>
        <w:t>Ото набралось страху у ханському шатрі!</w:t>
      </w:r>
    </w:p>
    <w:p>
      <w:r>
        <w:br/>
        <w:t>Біля свого села — аж там вже розридалось.&lt;br /&gt;</w:t>
        <w:br/>
        <w:t>Пішло шукати, мо' яка рідня.&lt;br /&gt;</w:t>
        <w:br/>
        <w:t>І поки йшло, усе ще оглядалось&lt;br /&gt;</w:t>
        <w:br/>
        <w:t>А джура мій мовчить, пришпорює коня.</w:t>
      </w:r>
    </w:p>
    <w:p>
      <w:r>
        <w:br/>
        <w:t>ВНОЧІ СКРИПЛЯТЬ ВОЗИ. ПЕРЕСЕЛЕНЦІ ЇДУТЬ.&lt;br /&gt;</w:t>
        <w:br/>
        <w:t>Світ за очі, покидавши своє.&lt;br /&gt;</w:t>
        <w:br/>
        <w:t>Шукати Україну в Україні.&lt;br /&gt;</w:t>
        <w:br/>
        <w:t>десь має ж бути, десь вона та є!&lt;br /&gt;</w:t>
        <w:br/>
        <w:t>Своя. Свобідна. Ще не занапащена.&lt;br /&gt;</w:t>
        <w:br/>
        <w:t>Де вже не владен лях ані Аллах.&lt;br /&gt;</w:t>
        <w:br/>
        <w:t>Дністро і Буг, Поділля і Брацлавщина&lt;br /&gt;</w:t>
        <w:br/>
        <w:t>самі себе вивозять на волах.</w:t>
      </w:r>
    </w:p>
    <w:p>
      <w:r>
        <w:br/>
        <w:t>Пробились кров'ю. Стомлені, обдерті.&lt;br /&gt;</w:t>
        <w:br/>
        <w:t>Підводи витягають з багновиць.&lt;br /&gt;</w:t>
        <w:br/>
        <w:t>А на возах — старі, уже як мертві,&lt;br /&gt;</w:t>
        <w:br/>
        <w:t>обличчями до неба, горілиць.</w:t>
      </w:r>
    </w:p>
    <w:p>
      <w:r>
        <w:br/>
        <w:t>Де буде дім і де притулок ваш?&lt;br /&gt;</w:t>
        <w:br/>
        <w:t>І поля шмат, і для дітей прожиток?&lt;br /&gt;</w:t>
        <w:br/>
        <w:t>Скриплять вози — кудись на пустопаш,&lt;br /&gt;</w:t>
        <w:br/>
        <w:t>на вільні землі, людський неужиток.</w:t>
      </w:r>
    </w:p>
    <w:p>
      <w:r>
        <w:br/>
        <w:t>А я стою, сказати щось не годен.&lt;br /&gt;</w:t>
        <w:br/>
        <w:t>Змиває дощ дорогу і мене.&lt;br /&gt;</w:t>
        <w:br/>
        <w:t>Я розминаюсь із своїм народом.&lt;br /&gt;</w:t>
        <w:br/>
        <w:t>Та й краще так. Ніхто не прокляне.</w:t>
      </w:r>
    </w:p>
    <w:p>
      <w:r>
        <w:br/>
        <w:t>Обпалить часом думка крижана —&lt;br /&gt;</w:t>
        <w:br/>
        <w:t>ось люди йдуть, а скрізь одна руїна.&lt;br /&gt;</w:t>
        <w:br/>
        <w:t>І поки я їх визволю з ярма,&lt;br /&gt;</w:t>
        <w:br/>
        <w:t>то чи не мертва буде Україна?</w:t>
      </w:r>
    </w:p>
    <w:p>
      <w:r>
        <w:br/>
        <w:t>…Десь при воді спинившися підводою,&lt;br /&gt;</w:t>
        <w:br/>
        <w:t>де вже воли до ясел заревуть,&lt;br /&gt;</w:t>
        <w:br/>
        <w:t>бездомні люди, спраглі за свободою,&lt;br /&gt;</w:t>
        <w:br/>
        <w:t>свої селитьби слободами звуть.</w:t>
      </w:r>
    </w:p>
    <w:p>
      <w:r>
        <w:br/>
        <w:t>Але ж яка біда цьому народу!&lt;br /&gt;</w:t>
        <w:br/>
        <w:t>Що він біду міняє на біду.&lt;br /&gt;</w:t>
        <w:br/>
        <w:t>Бо хтозна, чи він знайде там свободу,&lt;br /&gt;</w:t>
        <w:br/>
        <w:t>чи ще одну збудує слободу.</w:t>
      </w:r>
    </w:p>
    <w:p>
      <w:r>
        <w:br/>
        <w:t>ЯК ДОБРЕ УВІЙТИ В КОРЧМУ&lt;br /&gt;</w:t>
        <w:br/>
        <w:t>ЗВИЧАЙНІСІНЬКИМ ДЯДЬКОМ,&lt;br /&gt;</w:t>
        <w:br/>
        <w:t>намацавши зашкарублими пальцями пощіляні двері&lt;br /&gt;</w:t>
        <w:br/>
        <w:t>постояти на порозі,&lt;br /&gt;</w:t>
        <w:br/>
        <w:t>п'ятірнею пригладити нечесану макотирю, —&lt;br /&gt;</w:t>
        <w:br/>
        <w:t>кожен тобі посунеться,&lt;br /&gt;</w:t>
        <w:br/>
        <w:t>кожен до тебе вип'є.&lt;br /&gt;</w:t>
        <w:br/>
        <w:t>кожен тобі вилає Хмельницького!&lt;br /&gt;</w:t>
        <w:br/>
        <w:t>Мій Боже, що ті люди мелють!&lt;br /&gt;</w:t>
        <w:br/>
        <w:t>Слова ганяють як плотву.&lt;br /&gt;</w:t>
        <w:br/>
        <w:t>Все лають Хмеля,&lt;br /&gt;</w:t>
        <w:br/>
        <w:t>лають Хмеля —&lt;br /&gt;</w:t>
        <w:br/>
        <w:t>за москалів, за татарву.&lt;br /&gt;</w:t>
        <w:br/>
        <w:t>За цю мокву непроторенну.&lt;br /&gt;</w:t>
        <w:br/>
        <w:t>За Берестечко, за вола&lt;br /&gt;</w:t>
        <w:br/>
        <w:t>І навіть лають… за Гелену!&lt;br /&gt;</w:t>
        <w:br/>
        <w:t>За те, що ляшкою була.</w:t>
      </w:r>
    </w:p>
    <w:p>
      <w:r>
        <w:br/>
        <w:t>О Господи, дайте спокій хоч Гелені!&lt;br /&gt;</w:t>
        <w:br/>
        <w:t>По той бік світу вона вже ж не ляшка.</w:t>
      </w:r>
    </w:p>
    <w:p>
      <w:r>
        <w:br/>
        <w:t>І дайте мені забути Хмельницького!&lt;br /&gt;</w:t>
        <w:br/>
        <w:t>Ій-Богу ж йому, псяюсі, не з медом.</w:t>
      </w:r>
    </w:p>
    <w:p>
      <w:r>
        <w:br/>
        <w:t>Чорний, худий, у брудній сорочці, —&lt;br /&gt;</w:t>
        <w:br/>
        <w:t>ось ваш гетьман,&lt;br /&gt;</w:t>
        <w:br/>
        <w:t>лляні Сорочинці!&lt;br /&gt;</w:t>
        <w:br/>
        <w:t>Зеро. Нуль.&lt;br /&gt;</w:t>
        <w:br/>
        <w:t>Чоловік без шани.&lt;br /&gt;</w:t>
        <w:br/>
        <w:t>Ось ваш гетьман,&lt;br /&gt;</w:t>
        <w:br/>
        <w:t>Ромни й Вільшани!</w:t>
      </w:r>
    </w:p>
    <w:p>
      <w:r>
        <w:br/>
        <w:t>НІЧОГО. ЙДУ, ПРИНИЖЕНИЙ ПОТРІЙНО.&lt;br /&gt;</w:t>
        <w:br/>
        <w:t>Омию душу у добрі і злі.&lt;br /&gt;</w:t>
        <w:br/>
        <w:t>Ба, може, часом гетьману потрібно&lt;br /&gt;</w:t>
        <w:br/>
        <w:t>пройтися пішки по своїй землі?</w:t>
      </w:r>
    </w:p>
    <w:p>
      <w:r>
        <w:br/>
        <w:t>…НОГИ МІСИЛИ ГРЯЗЬ,&lt;br /&gt;</w:t>
        <w:br/>
        <w:t>ДУША ЛЕТІЛА НАД УКРАЇНОЮ.</w:t>
      </w:r>
    </w:p>
    <w:p>
      <w:r>
        <w:br/>
        <w:t>Поля й поля. Півонія і півень.&lt;br /&gt;</w:t>
        <w:br/>
        <w:t>Дрімайлівка, Нехаївка, Сватки.&lt;br /&gt;</w:t>
        <w:br/>
        <w:t>А де ж мої Немиринці і Гнівань,&lt;br /&gt;</w:t>
        <w:br/>
        <w:t>Велике Дрюкове, Драчі, Шабельники?!&lt;br /&gt;</w:t>
        <w:br/>
        <w:t>Мій Лютіж, мій Перечим і Сущани,&lt;br /&gt;</w:t>
        <w:br/>
        <w:t>Копичинці, Зозулинці, Тальне,&lt;br /&gt;</w:t>
        <w:br/>
        <w:t>Попасне, Очеретяне, Гречане,&lt;br /&gt;</w:t>
        <w:br/>
        <w:t>Затишне, Бурякове і Хмільне!&lt;br /&gt;</w:t>
        <w:br/>
        <w:t>Прилуки, Луки, Липи, Липовеньки.&lt;br /&gt;</w:t>
        <w:br/>
        <w:t>Лелеківки, Березівки, Стави.&lt;br /&gt;</w:t>
        <w:br/>
        <w:t>Дубовий Гай, Гильці, Берестовеньки,&lt;br /&gt;</w:t>
        <w:br/>
        <w:t>Великі Бубни — що ж задубли ви?!&lt;br /&gt;</w:t>
        <w:br/>
        <w:t>Пивці. Підварки. Вергуни. Баштанівка.&lt;br /&gt;</w:t>
        <w:br/>
        <w:t>Висока Піч, Домашлин і Пиї.&lt;br /&gt;</w:t>
        <w:br/>
        <w:t>Житомир. Воєгоща. Каєтанівка.&lt;br /&gt;</w:t>
        <w:br/>
        <w:t>Межирич, Коломия, Турбаї.</w:t>
      </w:r>
    </w:p>
    <w:p>
      <w:r>
        <w:br/>
        <w:t>Мала Дівиця і Піщані Броди.&lt;br /&gt;</w:t>
        <w:br/>
        <w:t>Вишневий Хутір, Хортиця, Хотин.&lt;br /&gt;</w:t>
        <w:br/>
        <w:t>Підгайчики. Опішня. Обиходи.&lt;br /&gt;</w:t>
        <w:br/>
        <w:t>Батурин, Бережани, Рогатин!</w:t>
      </w:r>
    </w:p>
    <w:p>
      <w:r>
        <w:br/>
        <w:t>Он Димер — все димарики й домарики.&lt;br /&gt;</w:t>
        <w:br/>
        <w:t>Сховалися, либонь, під хвартухи&lt;br /&gt;</w:t>
        <w:br/>
        <w:t>Мар'янівкам, Мотронівкам, Варварівкам&lt;br /&gt;</w:t>
        <w:br/>
        <w:t>Іваньки, Андруші і Явтухи.</w:t>
      </w:r>
    </w:p>
    <w:p>
      <w:r>
        <w:br/>
        <w:t>Велика Глуша. Жаботин і Гадяч.&lt;br /&gt;</w:t>
        <w:br/>
        <w:t>Тишки. Почали. Вовковиї. Стрий.&lt;br /&gt;</w:t>
        <w:br/>
        <w:t>Куди не глянеш — Гайворон і Галич.&lt;br /&gt;</w:t>
        <w:br/>
        <w:t>Чорнобиль, Чорнобай і Чорторий.</w:t>
      </w:r>
    </w:p>
    <w:p>
      <w:r>
        <w:br/>
        <w:t>А оніно —&lt;br /&gt;</w:t>
        <w:br/>
        <w:t>Халча, Шандра, Кандиби.&lt;br /&gt;</w:t>
        <w:br/>
        <w:t>Келеберда, Калга, Темрюк, Ташлик.&lt;br /&gt;</w:t>
        <w:br/>
        <w:t>Оце ваш слід, приблуди і задиби,&lt;br /&gt;</w:t>
        <w:br/>
        <w:t>отой татарський клекіт — Кагарлик!&lt;br /&gt;</w:t>
        <w:br/>
        <w:t>Бербери. Печеніги. Карачаївці.&lt;br /&gt;</w:t>
        <w:br/>
        <w:t>Підляшки. Годи-Турка. Москалі.&lt;br /&gt;</w:t>
        <w:br/>
        <w:t>Відчаялась. Втомилась. Призвичаїлась.&lt;br /&gt;</w:t>
        <w:br/>
        <w:t>Чунгул, Пекельне — на своїй землі!</w:t>
      </w:r>
    </w:p>
    <w:p>
      <w:r>
        <w:br/>
        <w:t>О Дар-Надія! Ждани та Бояни.&lt;br /&gt;</w:t>
        <w:br/>
        <w:t>Іркліїв. Мліїв. Злобин веремій.&lt;br /&gt;</w:t>
        <w:br/>
        <w:t>Великий Стидин. Халеп'я. Холоп'є!&lt;br /&gt;</w:t>
        <w:br/>
        <w:t>Ліпляве братолюбних Балаклій.&lt;br /&gt;</w:t>
        <w:br/>
        <w:t>А он і Київ. Подивись — та пильно.&lt;br /&gt;</w:t>
        <w:br/>
        <w:t>Моя Вкраїно, ти це чи не ти?&lt;br /&gt;</w:t>
        <w:br/>
        <w:t>Скрізь Лиховки, Недогарки, Топильно,&lt;br /&gt;</w:t>
        <w:br/>
        <w:t>Погарщина і Рубані Мости.&lt;br /&gt;</w:t>
        <w:br/>
        <w:t>Зарубинці. Попільня. Попелюхи.&lt;br /&gt;</w:t>
        <w:br/>
        <w:t>Попонне. Погорільці. Гробове.&lt;br /&gt;</w:t>
        <w:br/>
        <w:t>Нежиловичі. Несолонь. Свинюхи.&lt;br /&gt;</w:t>
        <w:br/>
        <w:t>Кальне, Грузьке, Холодне і Криве!&lt;br /&gt;</w:t>
        <w:br/>
        <w:t>Бориничі. Дуліби. Гориславичі.&lt;br /&gt;</w:t>
        <w:br/>
        <w:t>Яриловичі. Княжичі. Пеньки.&lt;br /&gt;</w:t>
        <w:br/>
        <w:t>Старі Червища і Нові Безрадичі&lt;br /&gt;</w:t>
        <w:br/>
        <w:t>Нові Голгочі на Чотирбоки!&lt;br /&gt;</w:t>
        <w:br/>
        <w:t>Спасибівка. Терпилівка. Адами.&lt;br /&gt;</w:t>
        <w:br/>
        <w:t>Звенигород. Гостомель. Хотимир&lt;br /&gt;</w:t>
        <w:br/>
        <w:t>Мала Глумча з Веселими Тернами&lt;br /&gt;</w:t>
        <w:br/>
        <w:t>і П'ятихатки між Семимогил.</w:t>
      </w:r>
    </w:p>
    <w:p>
      <w:r>
        <w:br/>
        <w:t>Усім вітрам відкритий на Роздолі,&lt;br /&gt;</w:t>
        <w:br/>
        <w:t>на Кусноньки подертий у ярмі —&lt;br /&gt;</w:t>
        <w:br/>
        <w:t>великий край Неданової Волі!&lt;br /&gt;</w:t>
        <w:br/>
        <w:t>Хто ж волю дасть, як не взяли самі?!</w:t>
      </w:r>
    </w:p>
    <w:p>
      <w:r>
        <w:br/>
        <w:t>І ЩО НЕ ДЕНЬ —&lt;br /&gt;</w:t>
        <w:br/>
        <w:t>НЕ ВІСТІ, А ТРУТИЗНА.&lt;br /&gt;</w:t>
        <w:br/>
        <w:t>Дзвін бамбиляє десь в монастирі.&lt;br /&gt;</w:t>
        <w:br/>
        <w:t>Поклони б'є у Лаврі Йосип Тризна,&lt;br /&gt;</w:t>
        <w:br/>
        <w:t>і з гніву плачуть сиві кобзарі.</w:t>
      </w:r>
    </w:p>
    <w:p>
      <w:r>
        <w:br/>
        <w:t>А стольний Київ стогне від литвина.&lt;br /&gt;</w:t>
        <w:br/>
        <w:t>І шляхта знову шастає проз Львів.&lt;br /&gt;</w:t>
        <w:br/>
        <w:t>А люди кажуть: — Це Хмельницький винен.&lt;br /&gt;</w:t>
        <w:br/>
        <w:t>До чого Україну він призвів?!</w:t>
      </w:r>
    </w:p>
    <w:p>
      <w:r>
        <w:br/>
        <w:t>ЧИ ВЖЕ МЕНІ ХОДИТЬ ПОЗАВГОРІДНО?&lt;br /&gt;</w:t>
        <w:br/>
        <w:t>Від цих чуток, здається, трачу глузд.&lt;br /&gt;</w:t>
        <w:br/>
        <w:t>А може, часом гетьману потрібно&lt;br /&gt;</w:t>
        <w:br/>
        <w:t>почуть про себе правду з перших вуст?</w:t>
      </w:r>
    </w:p>
    <w:p>
      <w:r>
        <w:br/>
        <w:t>Отак іду, дорадників чортма.&lt;br /&gt;</w:t>
        <w:br/>
        <w:t>І глас народу чую, він несхвальний.&lt;br /&gt;</w:t>
        <w:br/>
        <w:t>Упитий дядько не-минай-корчма&lt;br /&gt;</w:t>
        <w:br/>
        <w:t>розкаже більш, ніж писар генеральний.&lt;br /&gt;</w:t>
        <w:br/>
        <w:t>Ішов кобзар. Маленький поводир,&lt;br /&gt;</w:t>
        <w:br/>
        <w:t>що був його великими очима,&lt;br /&gt;</w:t>
        <w:br/>
        <w:t>сказав, що де він з дідом не ходив,&lt;br /&gt;</w:t>
        <w:br/>
        <w:t>гетьманська влада скрізь уже не чинна…</w:t>
      </w:r>
    </w:p>
    <w:p>
      <w:r>
        <w:br/>
        <w:t>Я ПРАГНУ ВІСТІ ДОБРОЇ КОВТОК!&lt;br /&gt;</w:t>
        <w:br/>
        <w:t>А звідусіль — про злочини і зради.&lt;br /&gt;</w:t>
        <w:br/>
        <w:t>Вся Україна хвора від чуток.&lt;br /&gt;</w:t>
        <w:br/>
        <w:t>Але ж чутки — то потеруха правди.</w:t>
      </w:r>
    </w:p>
    <w:p>
      <w:r>
        <w:br/>
        <w:t>ПРИЇХАВ Я В ГЕТЬМАНСЬКИЙ ЧИГИРИН —&lt;br /&gt;</w:t>
        <w:br/>
        <w:t>він неприступний, як судейське жезло&lt;br /&gt;</w:t>
        <w:br/>
        <w:t>Лише якесь щеня із чагарин&lt;br /&gt;</w:t>
        <w:br/>
        <w:t>внизу на мене щевкнуло і щезло&lt;br /&gt;</w:t>
        <w:br/>
        <w:t>Я в Маслів Брід — і там уже стіна.&lt;br /&gt;</w:t>
        <w:br/>
        <w:t>Я по залогах — а залог немає.&lt;br /&gt;</w:t>
        <w:br/>
        <w:t>Куди не ткнусь — ніякий сатана&lt;br /&gt;</w:t>
        <w:br/>
        <w:t>мене уже за гетьмана не має</w:t>
      </w:r>
    </w:p>
    <w:p>
      <w:r>
        <w:br/>
        <w:t>Оце аж тут нарешті, слава Богу&lt;br /&gt;</w:t>
        <w:br/>
        <w:t>знайшли ми цю фортецю і залогу&lt;br /&gt;</w:t>
        <w:br/>
        <w:t>Під їхали до неї через яр.&lt;br /&gt;</w:t>
        <w:br/>
        <w:t>А тут залоги — цей один зброяр.</w:t>
      </w:r>
    </w:p>
    <w:p>
      <w:r>
        <w:br/>
        <w:t>Не знаю, хто він є. Коли з'явився, звідки&lt;br /&gt;</w:t>
        <w:br/>
        <w:t>А може, він Мамай. З'явився, та і вже.&lt;br /&gt;</w:t>
        <w:br/>
        <w:t>Що тут було, — лише ці мури свідки.&lt;br /&gt;</w:t>
        <w:br/>
        <w:t>Порубаний зброяр руїну стереже.</w:t>
      </w:r>
    </w:p>
    <w:p>
      <w:r>
        <w:br/>
        <w:t>То ми тут і лишились на горі,&lt;br /&gt;</w:t>
        <w:br/>
        <w:t>в урочищі, що зветься Гончарі.</w:t>
      </w:r>
    </w:p>
    <w:p>
      <w:r>
        <w:br/>
        <w:t>Та й живемо. Вже третій день. Давно.&lt;br /&gt;</w:t>
        <w:br/>
        <w:t>Спимо на сіні. Тут всього задосить.&lt;br /&gt;</w:t>
        <w:br/>
        <w:t>Вода з ріки. В пивницях є вино&lt;br /&gt;</w:t>
        <w:br/>
        <w:t>Шрамко чутки із Паволочі носить.</w:t>
      </w:r>
    </w:p>
    <w:p>
      <w:r>
        <w:br/>
        <w:t>Старенький піп розпитує про все.&lt;br /&gt;</w:t>
        <w:br/>
        <w:t>Про бій, про дощ, про хана, про комету&lt;br /&gt;</w:t>
        <w:br/>
        <w:t>Та журиться А часом принесе&lt;br /&gt;</w:t>
        <w:br/>
        <w:t>то гарнець бобу, то кавратку меду.</w:t>
      </w:r>
    </w:p>
    <w:p>
      <w:r>
        <w:br/>
        <w:t>В УРОЧИЩІ ВЕЧОРАМИ&lt;br /&gt;</w:t>
        <w:br/>
        <w:t>СВІТИТЬСЯ БІЛА ГЛИНА.&lt;br /&gt;</w:t>
        <w:br/>
        <w:t>Чорніють старі бійниці з тернової гущини.&lt;br /&gt;</w:t>
        <w:br/>
        <w:t>Мохами беруться мури. І жевріє дика малина.&lt;br /&gt;</w:t>
        <w:br/>
        <w:t>Вночі ухикають сови і шурхають кажани.&lt;br /&gt;</w:t>
        <w:br/>
        <w:t>Десь дзвони далекої церкви&lt;br /&gt;</w:t>
        <w:br/>
        <w:t>потужно гудуть над містечком&lt;br /&gt;</w:t>
        <w:br/>
        <w:t>Хто свічку тепер поставить за душу мою хмільну?&lt;br /&gt;</w:t>
        <w:br/>
        <w:t>Я, гетьман Богдан Хмельницький.&lt;br /&gt;</w:t>
        <w:br/>
        <w:t>розбитий під Берестечком.&lt;br /&gt;</w:t>
        <w:br/>
        <w:t>сиджу у старій фортеці і долю свою кляну</w:t>
      </w:r>
    </w:p>
    <w:p>
      <w:r>
        <w:br/>
        <w:t>НІКОГО І НІЗВІДКИ. НЕ ЧУТНО І НЕ ВИДНО.&lt;br /&gt;</w:t>
        <w:br/>
        <w:t>Стежки позаростали Ворота в бугилі&lt;br /&gt;</w:t>
        <w:br/>
        <w:t>Усі мене зреклися. Лише віщунка відьма&lt;br /&gt;</w:t>
        <w:br/>
        <w:t>ізвідкись прилетіла, і каже — на мітлі.</w:t>
      </w:r>
    </w:p>
    <w:p>
      <w:r>
        <w:br/>
        <w:t>Напарила любистку, ще й чари немудрячі&lt;br /&gt;</w:t>
        <w:br/>
        <w:t>То випере сорочку, то їсти дасть і пить&lt;br /&gt;</w:t>
        <w:br/>
        <w:t>Їй стільки літ, що вже немає здачі.&lt;br /&gt;</w:t>
        <w:br/>
        <w:t>А ходить. А живе. А голосом скрипить.</w:t>
      </w:r>
    </w:p>
    <w:p>
      <w:r>
        <w:br/>
        <w:t>— А я ж тобі казала, що буде дощ і зрада.&lt;br /&gt;</w:t>
        <w:br/>
        <w:t>Що тут не переможеш. Ото ж бо і воно.&lt;br /&gt;</w:t>
        <w:br/>
        <w:t>Якби ж ти був послухав. Я вже й сама не рада,&lt;br /&gt;</w:t>
        <w:br/>
        <w:t>що бачу все як бачу, бо так мені дано.</w:t>
      </w:r>
    </w:p>
    <w:p>
      <w:r>
        <w:br/>
        <w:t>Як звуть її, не знаю. Явдоха, Настя, Ївга.&lt;br /&gt;</w:t>
        <w:br/>
        <w:t>Віщує і ворожить, і рани замовля.&lt;br /&gt;</w:t>
        <w:br/>
        <w:t>Вона мені впеклася. Вона мене заїла.&lt;br /&gt;</w:t>
        <w:br/>
        <w:t>Але такої відьми нема і в короля.</w:t>
      </w:r>
    </w:p>
    <w:p>
      <w:r>
        <w:br/>
        <w:t>ЗБРОЯР І ДЖУРА СТЕРЕЖУТЬ ВАЛИ.&lt;br /&gt;</w:t>
        <w:br/>
        <w:t>Погомонять. І вип'ють як коли.</w:t>
      </w:r>
    </w:p>
    <w:p>
      <w:r>
        <w:br/>
        <w:t>Отак сидять під хмарами нагуслими,&lt;br /&gt;</w:t>
        <w:br/>
        <w:t>а тиша мружить обрій — не здрімай! —&lt;br /&gt;</w:t>
        <w:br/>
        <w:t>тендітний джура, як шляхтянка з вусами,&lt;br /&gt;</w:t>
        <w:br/>
        <w:t>і той в боях порубаний Мамай.</w:t>
      </w:r>
    </w:p>
    <w:p>
      <w:r>
        <w:br/>
        <w:t>Або до скронь долоні прикладуть&lt;br /&gt;</w:t>
        <w:br/>
        <w:t>та "гей", та "ой" тихенько заведуть —</w:t>
      </w:r>
    </w:p>
    <w:p>
      <w:r>
        <w:br/>
        <w:t>то про туман, то як долиною&lt;br /&gt;</w:t>
        <w:br/>
        <w:t>ішла вдова з дитиною.&lt;br /&gt;</w:t>
        <w:br/>
        <w:t>Та як за мужем побивалась дуже&lt;br /&gt;</w:t>
        <w:br/>
        <w:t>і як спитала ворона тоді, —&lt;br /&gt;</w:t>
        <w:br/>
        <w:t>чи він не бачив, ворон, її мужа?&lt;br /&gt;</w:t>
        <w:br/>
        <w:t>— Аякже, бачив, — каже він вдові.-</w:t>
      </w:r>
    </w:p>
    <w:p>
      <w:r>
        <w:br/>
        <w:t>"А я твого мужа знаю.&lt;br /&gt;</w:t>
        <w:br/>
        <w:t>На кучері наступаю.&lt;br /&gt;</w:t>
        <w:br/>
        <w:t>Тричі на день провідую,&lt;br /&gt;</w:t>
        <w:br/>
        <w:t>і снідаю, і обідаю…"</w:t>
      </w:r>
    </w:p>
    <w:p>
      <w:r>
        <w:br/>
        <w:t>ЧИ Й БІЛЯ БОЖОГО ПРЕСТОЛУ&lt;br /&gt;</w:t>
        <w:br/>
        <w:t>біда народ наш доганя?!</w:t>
      </w:r>
    </w:p>
    <w:p>
      <w:r>
        <w:br/>
        <w:t>О Берестечко берестове&lt;br /&gt;</w:t>
        <w:br/>
        <w:t>у завірюхах вороння!</w:t>
      </w:r>
    </w:p>
    <w:p>
      <w:r>
        <w:br/>
        <w:t>Над полем вітер віє тоскно,&lt;br /&gt;</w:t>
        <w:br/>
        <w:t>і дощ вже сам собі набрид.&lt;br /&gt;</w:t>
        <w:br/>
        <w:t>Не опливе на руки воском&lt;br /&gt;</w:t>
        <w:br/>
        <w:t>священна тиша панахид.</w:t>
      </w:r>
    </w:p>
    <w:p>
      <w:r>
        <w:br/>
        <w:t>Діждало поле свого літа!..&lt;br /&gt;</w:t>
        <w:br/>
        <w:t>І вбитим арміям обом&lt;br /&gt;</w:t>
        <w:br/>
        <w:t>тінь мовчазного кармеліта&lt;br /&gt;</w:t>
        <w:br/>
        <w:t>рахує чорним рукавом…</w:t>
      </w:r>
    </w:p>
    <w:p>
      <w:r>
        <w:br/>
        <w:t>Та краще б я лежав між трупами&lt;br /&gt;</w:t>
        <w:br/>
        <w:t>лицем в п'явушник мочарів!&lt;br /&gt;</w:t>
        <w:br/>
        <w:t>Медових зір важкі покрупини&lt;br /&gt;</w:t>
        <w:br/>
        <w:t>летять проз очі матерів.</w:t>
      </w:r>
    </w:p>
    <w:p>
      <w:r>
        <w:br/>
        <w:t>Хоч би ж забути на часину&lt;br /&gt;</w:t>
        <w:br/>
        <w:t>той темний похорон без мар —&lt;br /&gt;</w:t>
        <w:br/>
        <w:t>як звірі й тіла отласину&lt;br /&gt;</w:t>
        <w:br/>
        <w:t>істягнуть з білих костомар!</w:t>
      </w:r>
    </w:p>
    <w:p>
      <w:r>
        <w:br/>
        <w:t>ВОВКИ ГРИЗУТЬСЯ, МОРДАМИ ТРУЧАЮТЬСЯ.&lt;br /&gt;</w:t>
        <w:br/>
        <w:t>М'ясниці вовчі, стовквище густе.&lt;br /&gt;</w:t>
        <w:br/>
        <w:t>Чого ви, звірі, мертві ж не пручаються.&lt;br /&gt;</w:t>
        <w:br/>
        <w:t>Кого захочете, того собі й з'їсте.&lt;br /&gt;</w:t>
        <w:br/>
        <w:t>Відійдете, гладкі і трембухаті.&lt;br /&gt;</w:t>
        <w:br/>
        <w:t>А вранці дядько все цабе та цоб.&lt;br /&gt;</w:t>
        <w:br/>
        <w:t>Сидять ворони на Господній хаті,&lt;br /&gt;</w:t>
        <w:br/>
        <w:t>у мальвах крові сполоскавши дзьоб.</w:t>
      </w:r>
    </w:p>
    <w:p>
      <w:r>
        <w:br/>
        <w:t>А дядько перехреститься на баню&lt;br /&gt;</w:t>
        <w:br/>
        <w:t>та й далі їде, звісив личаки.&lt;br /&gt;</w:t>
        <w:br/>
        <w:t>Спускають люди в нетеч-калабаню&lt;br /&gt;</w:t>
        <w:br/>
        <w:t>з грузьких дворів юрливі ровчаки.</w:t>
      </w:r>
    </w:p>
    <w:p>
      <w:r>
        <w:br/>
        <w:t>А я тремтячими руками&lt;br /&gt;</w:t>
        <w:br/>
        <w:t>в оцій фортеці день по дню&lt;br /&gt;</w:t>
        <w:br/>
        <w:t>тіла, погризені вовками&lt;br /&gt;</w:t>
        <w:br/>
        <w:t>в бездонну душу хороню</w:t>
      </w:r>
    </w:p>
    <w:p>
      <w:r>
        <w:br/>
        <w:t>А ХТО Ж ВАС, ХЛОПЦІ, ЗМІРЯЄ ОЧЕРЕТИНОЮ?&lt;br /&gt;</w:t>
        <w:br/>
        <w:t>Хто в чистім полі витеше труну?&lt;br /&gt;</w:t>
        <w:br/>
        <w:t>Хто пом'яне сльозою, хто четвертиною?&lt;br /&gt;</w:t>
        <w:br/>
        <w:t>Хто заболить словами об струну?&lt;br /&gt;</w:t>
        <w:br/>
        <w:t>Хто вас впізнає у кривавім клоччі?&lt;br /&gt;</w:t>
        <w:br/>
        <w:t>Хто крім дощів поткнеться вас обмить?&lt;br /&gt;</w:t>
        <w:br/>
        <w:t>Хто гайворонням вицабані очі&lt;br /&gt;</w:t>
        <w:br/>
        <w:t>червоною китайкою затьмить?&lt;br /&gt;</w:t>
        <w:br/>
        <w:t>Які ж вас дзвони одридають?&lt;br /&gt;</w:t>
        <w:br/>
        <w:t>Хто проведе у Божу путь?&lt;br /&gt;</w:t>
        <w:br/>
        <w:t>Своїх — то з честю поховають&lt;br /&gt;</w:t>
        <w:br/>
        <w:t>А наших — просто загребуть.&lt;br /&gt;</w:t>
        <w:br/>
        <w:t>Назвуть вас зрадниками, страдники&lt;br /&gt;</w:t>
        <w:br/>
        <w:t>імено ваше осквернять.&lt;br /&gt;</w:t>
        <w:br/>
        <w:t>А раз ви зрадники, то й зрадники&lt;br /&gt;</w:t>
        <w:br/>
        <w:t>то можна й землю зарівнять.&lt;br /&gt;</w:t>
        <w:br/>
        <w:t>Та не яку ж, а вашу власну,&lt;br /&gt;</w:t>
        <w:br/>
        <w:t>що ви за неї полягли&lt;br /&gt;</w:t>
        <w:br/>
        <w:t>Ви ж до чужих земель не сласні. —&lt;br /&gt;</w:t>
        <w:br/>
        <w:t>кого ж ви зрадили коли?!&lt;br /&gt;</w:t>
        <w:br/>
        <w:t>Яку порушили угоду,&lt;br /&gt;</w:t>
        <w:br/>
        <w:t>чого хотіли не свого?&lt;br /&gt;</w:t>
        <w:br/>
        <w:t>Таж зрадник власного народу —&lt;br /&gt;</w:t>
        <w:br/>
        <w:t>хто вірний ворогу його!</w:t>
      </w:r>
    </w:p>
    <w:p>
      <w:r>
        <w:br/>
        <w:t>…А ХЛОПЦІ БРЕДУТЬ ЛІСАМИ.&lt;br /&gt;</w:t>
        <w:br/>
        <w:t>Хто не умер від ран.&lt;br /&gt;</w:t>
        <w:br/>
        <w:t>їсть болотяну чичву і лісовий катран.</w:t>
      </w:r>
    </w:p>
    <w:p>
      <w:r>
        <w:br/>
        <w:t>Нема кінця учепистій біді.&lt;br /&gt;</w:t>
        <w:br/>
        <w:t>В голодних селах вимерли цимбали.&lt;br /&gt;</w:t>
        <w:br/>
        <w:t>Убиті коні в моховій воді.&lt;br /&gt;</w:t>
        <w:br/>
        <w:t>де рештки мого війська видибали.</w:t>
      </w:r>
    </w:p>
    <w:p>
      <w:r>
        <w:br/>
        <w:t>Убиті коні… потязі боліт…&lt;br /&gt;</w:t>
        <w:br/>
        <w:t>і я один на всенький кругосвіт…</w:t>
      </w:r>
    </w:p>
    <w:p>
      <w:r>
        <w:br/>
        <w:t>Поставлю свічку при іконі.&lt;br /&gt;</w:t>
        <w:br/>
        <w:t>Та й вип'ю ще раз. Отако&lt;br /&gt;</w:t>
        <w:br/>
        <w:t>Розпряга-а-айте, хлопці, коні!&lt;br /&gt;</w:t>
        <w:br/>
        <w:t>Розпрягайте, хлопці, ко —</w:t>
      </w:r>
    </w:p>
    <w:p>
      <w:r>
        <w:br/>
        <w:t>Ні!&lt;br /&gt;</w:t>
        <w:br/>
        <w:t>Піду на Запоріжжя.&lt;br /&gt;</w:t>
        <w:br/>
        <w:t>Дожидатись перестану.&lt;br /&gt;</w:t>
        <w:br/>
        <w:t>Я ж їх перевішаю, я ж їх переріжу.&lt;br /&gt;</w:t>
        <w:br/>
        <w:t>я ж перед ними на коліна стану!&lt;br /&gt;</w:t>
        <w:br/>
        <w:t>Я їм скажу: чортові душі.&lt;br /&gt;</w:t>
        <w:br/>
        <w:t>є ж іще сила в цій булаві!&lt;br /&gt;</w:t>
        <w:br/>
        <w:t>Я ж не лежень, я ж дужень,&lt;br /&gt;</w:t>
        <w:br/>
        <w:t>я ж того й занедужав,&lt;br /&gt;</w:t>
        <w:br/>
        <w:t>що не знав, чи ви хоч живі.</w:t>
      </w:r>
    </w:p>
    <w:p>
      <w:r>
        <w:br/>
        <w:t>Я їм скажу: вибирайте гетьмана&lt;br /&gt;</w:t>
        <w:br/>
        <w:t>визволяйте край з-під кормиги.&lt;br /&gt;</w:t>
        <w:br/>
        <w:t>Ну, а я… Зрештою, геть мене.&lt;br /&gt;</w:t>
        <w:br/>
        <w:t>коли я вже вам не до шмиґи</w:t>
      </w:r>
    </w:p>
    <w:p>
      <w:r>
        <w:br/>
        <w:t>Той чи інший, це вже однаково.&lt;br /&gt;</w:t>
        <w:br/>
        <w:t>Аби кращий, хай буде так.&lt;br /&gt;</w:t>
        <w:br/>
        <w:t>Я ж не піду,&lt;br /&gt;</w:t>
        <w:br/>
        <w:t>як титар із карнавкою&lt;br /&gt;</w:t>
        <w:br/>
        <w:t>довір'я назбирати на п'ятак.</w:t>
      </w:r>
    </w:p>
    <w:p>
      <w:r>
        <w:br/>
        <w:t>Як ви забули Корсунь і Пиляву,&lt;br /&gt;</w:t>
        <w:br/>
        <w:t>як вам на греця слава Жовтих Вод,&lt;br /&gt;</w:t>
        <w:br/>
        <w:t>то проміняйте славу на халяву,&lt;br /&gt;</w:t>
        <w:br/>
        <w:t>і засміється сам Іскаріот!</w:t>
      </w:r>
    </w:p>
    <w:p>
      <w:r>
        <w:br/>
        <w:t>Хай булави дохопиться проноза.&lt;br /&gt;</w:t>
        <w:br/>
        <w:t>А я покочусь по оцій землі —&lt;br /&gt;</w:t>
        <w:br/>
        <w:t>п'ятим колесом вашого воза,&lt;br /&gt;</w:t>
        <w:br/>
        <w:t>десятою водою на киселі…</w:t>
      </w:r>
    </w:p>
    <w:p>
      <w:r>
        <w:br/>
        <w:t>ОСЬ ТІЛЬКИ НІЧ…&lt;br /&gt;</w:t>
        <w:br/>
        <w:t>ЗАСНУТИ Б ЧИ УМЕРТИ…&lt;br /&gt;</w:t>
        <w:br/>
        <w:t>Ліси шумлять. Не спиться. Постарів.&lt;br /&gt;</w:t>
        <w:br/>
        <w:t>Волочить місяць промінь перетертий,&lt;br /&gt;</w:t>
        <w:br/>
        <w:t>як зав'язку гранітних постолів.</w:t>
      </w:r>
    </w:p>
    <w:p>
      <w:r>
        <w:br/>
        <w:t>Я НИНІ ВЖЕ НЕ ТОЙ. МЕНІ ВЖЕ НЕ ДО СЛАВИ&lt;br /&gt;</w:t>
        <w:br/>
        <w:t>Уранці встати, думаю, чи варт?&lt;br /&gt;</w:t>
        <w:br/>
        <w:t>У Паволочі дощ. У нас принишкли трави.&lt;br /&gt;</w:t>
        <w:br/>
        <w:t>У відьми поперек. У мене голова.</w:t>
      </w:r>
    </w:p>
    <w:p>
      <w:r>
        <w:br/>
        <w:t>Та відьма все бурчить. У неї що не спомин —&lt;br /&gt;</w:t>
        <w:br/>
        <w:t>що я її не слухав, не вірив, а дарма.&lt;br /&gt;</w:t>
        <w:br/>
        <w:t>Та відьма як сльота. Хоч би літала в комин.&lt;br /&gt;</w:t>
        <w:br/>
        <w:t>Та в цій фортеці й комина нема.</w:t>
      </w:r>
    </w:p>
    <w:p>
      <w:r>
        <w:br/>
        <w:t>АЛЕ ЯКБИ НАМ ГОСТІ ЯКІ ТРАПИЛИСЬ,&lt;br /&gt;</w:t>
        <w:br/>
        <w:t>тут навіть є щось схоже як для трапез.&lt;br /&gt;</w:t>
        <w:br/>
        <w:t>Дубовий стіл і старовинна піч.&lt;br /&gt;</w:t>
        <w:br/>
        <w:t>І хоч склепіння проточили зливи.&lt;br /&gt;</w:t>
        <w:br/>
        <w:t>і вже та піч розтрісла увсібіч,&lt;br /&gt;</w:t>
        <w:br/>
        <w:t>ще кахлі є зеленої поливи —&lt;br /&gt;</w:t>
        <w:br/>
        <w:t>якась жар-птиця, виноградний лист&lt;br /&gt;</w:t>
        <w:br/>
        <w:t>і лев зелений, китичкою хвіст&lt;br /&gt;</w:t>
        <w:br/>
        <w:t>І сажотрус з драбинкою, і кінь.&lt;br /&gt;</w:t>
        <w:br/>
        <w:t>і ще химерних кількоро створінь</w:t>
      </w:r>
    </w:p>
    <w:p>
      <w:r>
        <w:br/>
        <w:t>Пани жили. Мабуть, якогось древа.&lt;br /&gt;</w:t>
        <w:br/>
        <w:t>І кубки є. Начиння для потрав&lt;br /&gt;</w:t>
        <w:br/>
        <w:t>Розсохлася бандура зброярева —&lt;br /&gt;</w:t>
        <w:br/>
        <w:t>у простінку стоїть. Мабуть, давно не грав</w:t>
      </w:r>
    </w:p>
    <w:p>
      <w:r>
        <w:br/>
        <w:t>Стрільчасті вікна. Ще й якась небога&lt;br /&gt;</w:t>
        <w:br/>
        <w:t>тримає стелю в себе на плечі&lt;br /&gt;</w:t>
        <w:br/>
        <w:t>І на гіллі оленячого рога&lt;br /&gt;</w:t>
        <w:br/>
        <w:t>ще навіть є недопалок свічі.</w:t>
      </w:r>
    </w:p>
    <w:p>
      <w:r>
        <w:br/>
        <w:t>І на старому клапті гобелена&lt;br /&gt;</w:t>
        <w:br/>
        <w:t>рудий мисливець і трава зелена.&lt;br /&gt;</w:t>
        <w:br/>
        <w:t>Все занепало, все взялося плямами.&lt;br /&gt;</w:t>
        <w:br/>
        <w:t>Вже цій фортеці років триста є.&lt;br /&gt;</w:t>
        <w:br/>
        <w:t>Та при дзиґарку пані порцелянова&lt;br /&gt;</w:t>
        <w:br/>
        <w:t>все ще на мармур ніжкою стає…</w:t>
      </w:r>
    </w:p>
    <w:p>
      <w:r>
        <w:br/>
        <w:t>А ось колумни. Певно, була заля.&lt;br /&gt;</w:t>
        <w:br/>
        <w:t>Тут грали полонез. Тепер тут тлін і мох.&lt;br /&gt;</w:t>
        <w:br/>
        <w:t>Підземний вихід до ріки. Провалля.&lt;br /&gt;</w:t>
        <w:br/>
        <w:t>І кості в ланцюгах. Мабуть, тюремний льох.</w:t>
      </w:r>
    </w:p>
    <w:p>
      <w:r>
        <w:br/>
        <w:t>ЯКИЙСЬ ЩЕ Й ЛИЦАР Є ТУТ У СТІНІ.&lt;br /&gt;</w:t>
        <w:br/>
        <w:t>Любило панство кам'яні парсуни.&lt;br /&gt;</w:t>
        <w:br/>
        <w:t>Колись тут жив. Тут гоцав на коні.&lt;br /&gt;</w:t>
        <w:br/>
        <w:t>Ці вина пив. Любив якусь красуню.</w:t>
      </w:r>
    </w:p>
    <w:p>
      <w:r>
        <w:br/>
        <w:t>Прикрив лице забралом кам'яним.&lt;br /&gt;</w:t>
        <w:br/>
        <w:t>Надбитий янгол молиться над ним</w:t>
      </w:r>
    </w:p>
    <w:p>
      <w:r>
        <w:br/>
        <w:t>І стежить тихі поповзи вужа&lt;br /&gt;</w:t>
        <w:br/>
        <w:t>зелено-синє око вітража</w:t>
      </w:r>
    </w:p>
    <w:p>
      <w:r>
        <w:br/>
        <w:t>А ЩЕ ТУТ Є, ІРЖАВЕ ПО ЛИТВУ,&lt;br /&gt;</w:t>
        <w:br/>
        <w:t>мале віконце ґратками в траву.</w:t>
      </w:r>
    </w:p>
    <w:p>
      <w:r>
        <w:br/>
        <w:t>Тут мій покій, де темно як в тюрмі&lt;br /&gt;</w:t>
        <w:br/>
        <w:t>Де я ходжу, і стіни мене глушать.&lt;br /&gt;</w:t>
        <w:br/>
        <w:t>А часом сплю надворі на кошмі, —&lt;br /&gt;</w:t>
        <w:br/>
        <w:t>під небом сни за горло так не душать.</w:t>
      </w:r>
    </w:p>
    <w:p>
      <w:r>
        <w:br/>
        <w:t>ЦІЇ ФОРТЕЦІ НЕФОРТУННІ БРИЛИ —&lt;br /&gt;</w:t>
        <w:br/>
        <w:t>єдиний пагорб серед цих долин.&lt;br /&gt;</w:t>
        <w:br/>
        <w:t>І скрізь по схилах — мов кроти нарили —&lt;br /&gt;</w:t>
        <w:br/>
        <w:t>червоних, жовтих кольорових глин.</w:t>
      </w:r>
    </w:p>
    <w:p>
      <w:r>
        <w:br/>
        <w:t>Мені далеко видно тут згори.&lt;br /&gt;</w:t>
        <w:br/>
        <w:t>Колись були тут села, хутори.</w:t>
      </w:r>
    </w:p>
    <w:p>
      <w:r>
        <w:br/>
        <w:t>Тепер лиш мури оборонних веж.&lt;br /&gt;</w:t>
        <w:br/>
        <w:t>Осипався ґонт. Вода втекла зі студні.&lt;br /&gt;</w:t>
        <w:br/>
        <w:t>І по долинах щедрих узбереж&lt;br /&gt;</w:t>
        <w:br/>
        <w:t>вже не квітують села многотрудні.</w:t>
      </w:r>
    </w:p>
    <w:p>
      <w:r>
        <w:br/>
        <w:t>Ген мріє комин, чорний від пожоги.&lt;br /&gt;</w:t>
        <w:br/>
        <w:t>Усе в тернах. Бур'ян та кропива.&lt;br /&gt;</w:t>
        <w:br/>
        <w:t>Малий ставочок. Чапля миє ноги.&lt;br /&gt;</w:t>
        <w:br/>
        <w:t>Вночі кричить болотяна сова.&lt;br /&gt;</w:t>
        <w:br/>
        <w:t>На землю душі дивляться з небес.&lt;br /&gt;</w:t>
        <w:br/>
        <w:t>І риє призьбу здичавілий пес.&lt;br /&gt;</w:t>
        <w:br/>
        <w:t>Ані двора. Церковці й поготів.&lt;br /&gt;</w:t>
        <w:br/>
        <w:t>Лиш на узгір'ї декілька хрестів.&lt;br /&gt;</w:t>
        <w:br/>
        <w:t>Оце й весь слід народу безталанного.&lt;br /&gt;</w:t>
        <w:br/>
        <w:t>Гончарські печі заросли хвощем.&lt;br /&gt;</w:t>
        <w:br/>
        <w:t>Пройшов по селах смертоносний Ангол.&lt;br /&gt;</w:t>
        <w:br/>
        <w:t>дорогу в рай показував мечем…</w:t>
      </w:r>
    </w:p>
    <w:p>
      <w:r>
        <w:br/>
        <w:t>ЩО ТУТ БУЛО, ЯКІ ЩЕ БОЖІ КАРИ?&lt;br /&gt;</w:t>
        <w:br/>
        <w:t>Хто спричинився до таких заглад?&lt;br /&gt;</w:t>
        <w:br/>
        <w:t>То налітали турки і татари.&lt;br /&gt;</w:t>
        <w:br/>
        <w:t>То облягали хотинський боркулаб.</w:t>
      </w:r>
    </w:p>
    <w:p>
      <w:r>
        <w:br/>
        <w:t>Колись, мабуть, проходили десь тут&lt;br /&gt;</w:t>
        <w:br/>
        <w:t>литовський князь Ольґерд або Кейстут.</w:t>
      </w:r>
    </w:p>
    <w:p>
      <w:r>
        <w:br/>
        <w:t>Набудувавши кам'яних твердинь,&lt;br /&gt;</w:t>
        <w:br/>
        <w:t>посівши край по всі його тополі,&lt;br /&gt;</w:t>
        <w:br/>
        <w:t>тут потім рід шляхетський не один&lt;br /&gt;</w:t>
        <w:br/>
        <w:t>чинив свої наїзди і розбої</w:t>
      </w:r>
    </w:p>
    <w:p>
      <w:r>
        <w:br/>
        <w:t>То ткав туман великодні мертвецькі.&lt;br /&gt;</w:t>
        <w:br/>
        <w:t>То танцювало панство па де грас.&lt;br /&gt;</w:t>
        <w:br/>
        <w:t>То ми шаблями брали ці фортеці,&lt;br /&gt;</w:t>
        <w:br/>
        <w:t>то ці фортеці добивали нас.</w:t>
      </w:r>
    </w:p>
    <w:p>
      <w:r>
        <w:br/>
        <w:t>ВСЕ ЗДІЙНЯЛОСЯ В БУРЯХ ЛИХОЛІТЬ.&lt;br /&gt;</w:t>
        <w:br/>
        <w:t>Мете, летить, як в полі кураїна.&lt;br /&gt;</w:t>
        <w:br/>
        <w:t>Лише оця фортеця ще стоїть&lt;br /&gt;</w:t>
        <w:br/>
        <w:t>нездвижно, бо вона уже руїна.&lt;br /&gt;</w:t>
        <w:br/>
        <w:t>Тут пил і прах, і цвіль, і порохно.&lt;br /&gt;</w:t>
        <w:br/>
        <w:t>У мурах скрізь проломи і провали.&lt;br /&gt;</w:t>
        <w:br/>
        <w:t>Але в пивницях є чомусь вино.&lt;br /&gt;</w:t>
        <w:br/>
        <w:t>Мабуть, усі усіх тут повбивали.</w:t>
      </w:r>
    </w:p>
    <w:p>
      <w:r>
        <w:br/>
        <w:t>ОЦЕ ТАКА ТЕПЕР МОЯ ОСЕЛЯ.&lt;br /&gt;</w:t>
        <w:br/>
        <w:t>Душа руїн відкрита небесам.&lt;br /&gt;</w:t>
        <w:br/>
        <w:t>Ще й лицар той. Над ним упала стеля.&lt;br /&gt;</w:t>
        <w:br/>
        <w:t>Скришився мур. Тепер ми сам на сам.</w:t>
      </w:r>
    </w:p>
    <w:p>
      <w:r>
        <w:br/>
        <w:t>І хто він був? Володар цього замку?&lt;br /&gt;</w:t>
        <w:br/>
        <w:t>Чи граф, чи князь, убитий чи помер?&lt;br /&gt;</w:t>
        <w:br/>
        <w:t>Яких родів шляхетному відламку&lt;br /&gt;</w:t>
        <w:br/>
        <w:t>в якому сні приснився я тепер?</w:t>
      </w:r>
    </w:p>
    <w:p>
      <w:r>
        <w:br/>
        <w:t>Уперся ліктем в ложе кам'яне.&lt;br /&gt;</w:t>
        <w:br/>
        <w:t>І в камені цей пан ненавидить мене.</w:t>
      </w:r>
    </w:p>
    <w:p>
      <w:r>
        <w:br/>
        <w:t>ОСЬ ТАК ЖИВУ, У КАМ'ЯНОГО ГРАФА.&lt;br /&gt;</w:t>
        <w:br/>
        <w:t>Дивлюся в поле з обімшілих веж.&lt;br /&gt;</w:t>
        <w:br/>
        <w:t>Моя душа як випита карафа.&lt;br /&gt;</w:t>
        <w:br/>
        <w:t>Здається, я вже кам'янію теж.</w:t>
      </w:r>
    </w:p>
    <w:p>
      <w:r>
        <w:br/>
        <w:t>Змиритись треба. Все у Божій волі.&lt;br /&gt;</w:t>
        <w:br/>
        <w:t>Чого ропщу, примножую гріхи?&lt;br /&gt;</w:t>
        <w:br/>
        <w:t>Я був щасливий, дякуючи долі.&lt;br /&gt;</w:t>
        <w:br/>
        <w:t>Могутній був і вільний від пихи.</w:t>
      </w:r>
    </w:p>
    <w:p>
      <w:r>
        <w:br/>
        <w:t>Я Україну визволяв із пут.&lt;br /&gt;</w:t>
        <w:br/>
        <w:t>Я мав з людьми велике суголосся.&lt;br /&gt;</w:t>
        <w:br/>
        <w:t>Зробив я діла, може, і не гурт.&lt;br /&gt;</w:t>
        <w:br/>
        <w:t>А щось та щось мені таки вдалося.</w:t>
      </w:r>
    </w:p>
    <w:p>
      <w:r>
        <w:br/>
        <w:t>МОЇ ПОЛКИ СВІТИ СТРЯСАЛИ,&lt;br /&gt;</w:t>
        <w:br/>
        <w:t>кресали іскри ого-го!&lt;br /&gt;</w:t>
        <w:br/>
        <w:t>Писарчуки універсали&lt;br /&gt;</w:t>
        <w:br/>
        <w:t>писали з голосу мого.&lt;br /&gt;</w:t>
        <w:br/>
        <w:t>Сам Кромвель, Кромвель з-за туманів&lt;br /&gt;</w:t>
        <w:br/>
        <w:t>мені вітання слав як брат.&lt;br /&gt;</w:t>
        <w:br/>
        <w:t>Дрижала Порта Оттоманів,&lt;br /&gt;</w:t>
        <w:br/>
        <w:t>Молдова, Крим і Семиград!&lt;br /&gt;</w:t>
        <w:br/>
        <w:t>Не підкоряв чужих народів.&lt;br /&gt;</w:t>
        <w:br/>
        <w:t>Пошану шаблею здобув.&lt;br /&gt;</w:t>
        <w:br/>
        <w:t>І судний грім моїх морських походів&lt;br /&gt;</w:t>
        <w:br/>
        <w:t>ще й досі чують Кафа і Стамбул.&lt;br /&gt;</w:t>
        <w:br/>
        <w:t>Ще наша воля не світала,&lt;br /&gt;</w:t>
        <w:br/>
        <w:t>вже знав, для чого я живу.&lt;br /&gt;</w:t>
        <w:br/>
        <w:t>Ходив із батьком на султана&lt;br /&gt;</w:t>
        <w:br/>
        <w:t>і з Сагайдачним на Москву!&lt;br /&gt;</w:t>
        <w:br/>
        <w:t>Я Польщу в Польщу пересунув.&lt;br /&gt;</w:t>
        <w:br/>
        <w:t>Мав жовч і мед в каламарі.&lt;br /&gt;</w:t>
        <w:br/>
        <w:t>Моїх полковників парсуни&lt;br /&gt;</w:t>
        <w:br/>
        <w:t>британські пишуть малярі.&lt;br /&gt;</w:t>
        <w:br/>
        <w:t>Посол з Венеції з'являвся.&lt;br /&gt;</w:t>
        <w:br/>
        <w:t>Султан турецький слав дари.&lt;br /&gt;</w:t>
        <w:br/>
        <w:t>Я визволяв, я визволявся!&lt;br /&gt;</w:t>
        <w:br/>
        <w:t>Я міг сказати правду при&lt;br /&gt;</w:t>
        <w:br/>
        <w:t>самому Богові!&lt;br /&gt;</w:t>
        <w:br/>
        <w:t>Я віру&lt;br /&gt;</w:t>
        <w:br/>
        <w:t>вивозив з наших бездоріж!&lt;br /&gt;</w:t>
        <w:br/>
        <w:t>Не дався Яну-Казиміру.&lt;br /&gt;</w:t>
        <w:br/>
        <w:t>Я скорше дуба вріжу, ніж&lt;br /&gt;</w:t>
        <w:br/>
        <w:t>мене поставлять на коліна.&lt;br /&gt;</w:t>
        <w:br/>
        <w:t>Мені життя не дороге.&lt;br /&gt;</w:t>
        <w:br/>
        <w:t>Аби сказала Україна:&lt;br /&gt;</w:t>
        <w:br/>
        <w:t>оце так гетьман! Гетьман, ге?</w:t>
      </w:r>
    </w:p>
    <w:p>
      <w:r>
        <w:br/>
        <w:t>…А що, як справді так і скаже?&lt;br /&gt;</w:t>
        <w:br/>
        <w:t>Затуманіє серед нив.&lt;br /&gt;</w:t>
        <w:br/>
        <w:t>На пам'ять вузлики зав'яже.&lt;br /&gt;</w:t>
        <w:br/>
        <w:t>чим перед нею завинив.</w:t>
      </w:r>
    </w:p>
    <w:p>
      <w:r>
        <w:br/>
        <w:t>Я так як чую з днів пізніших&lt;br /&gt;</w:t>
        <w:br/>
        <w:t>оте презирливе: ага,&lt;br /&gt;</w:t>
        <w:br/>
        <w:t>це ж він підписувавсь — підніжок,&lt;br /&gt;</w:t>
        <w:br/>
        <w:t>чиєїсь милості слуга!&lt;br /&gt;</w:t>
        <w:br/>
        <w:t>Лигавсь з боярами товстими,&lt;br /&gt;</w:t>
        <w:br/>
        <w:t>лукаво руки потирав.&lt;br /&gt;</w:t>
        <w:br/>
        <w:t>Це ж він то з тими, а то з тими&lt;br /&gt;</w:t>
        <w:br/>
        <w:t>лестив царю і туркам потурав!</w:t>
      </w:r>
    </w:p>
    <w:p>
      <w:r>
        <w:br/>
        <w:t>Та я, аби розгризти віжки.&lt;br /&gt;</w:t>
        <w:br/>
        <w:t>дійду й не до таких ошуств.&lt;br /&gt;</w:t>
        <w:br/>
        <w:t>Та я не те що там підніжком —&lt;br /&gt;</w:t>
        <w:br/>
        <w:t>я чортом, дідьком підпишусь!&lt;br /&gt;</w:t>
        <w:br/>
        <w:t>З ляхами вип'ю море кави.&lt;br /&gt;</w:t>
        <w:br/>
        <w:t>Зміняю біле на рябе.&lt;br /&gt;</w:t>
        <w:br/>
        <w:t>Ну, хитрував, лестив, лукавив…&lt;br /&gt;</w:t>
        <w:br/>
        <w:t>Чого добивсь?&lt;br /&gt;</w:t>
        <w:br/>
        <w:t>Лиш уплямив себе!</w:t>
      </w:r>
    </w:p>
    <w:p>
      <w:r>
        <w:br/>
        <w:t>ПРОСТИ МЕНІ, МОЯ ПРАВДИВА МАТИ,&lt;br /&gt;</w:t>
        <w:br/>
        <w:t>душі моєї синій чистовід!&lt;br /&gt;</w:t>
        <w:br/>
        <w:t>В моїм гербі були гармати,&lt;br /&gt;</w:t>
        <w:br/>
        <w:t>по дві — на захід і на схід.</w:t>
      </w:r>
    </w:p>
    <w:p>
      <w:r>
        <w:br/>
        <w:t>А я — мисливець, я чаюсь.&lt;br /&gt;</w:t>
        <w:br/>
        <w:t>На рукаві то крук, то сокіл.&lt;br /&gt;</w:t>
        <w:br/>
        <w:t>Щоб лізти згинці під руку чиюсь,&lt;br /&gt;</w:t>
        <w:br/>
        <w:t>я, може ж таки, зависокий</w:t>
      </w:r>
    </w:p>
    <w:p>
      <w:r>
        <w:br/>
        <w:t>Ох, Кромвелю! Це б випить ґроґу.&lt;br /&gt;</w:t>
        <w:br/>
        <w:t>Якщо й лукавив — не з добра&lt;br /&gt;</w:t>
        <w:br/>
        <w:t>Вибираєм ми дорогу.&lt;br /&gt;</w:t>
        <w:br/>
        <w:t>І вона нас вибира</w:t>
      </w:r>
    </w:p>
    <w:p>
      <w:r>
        <w:br/>
        <w:t>Тобі то що? У вас — Британія.&lt;br /&gt;</w:t>
        <w:br/>
        <w:t>Довкола море, й не одне&lt;br /&gt;</w:t>
        <w:br/>
        <w:t>А в нас що не сусід — братання.&lt;br /&gt;</w:t>
        <w:br/>
        <w:t>Так і дивися, що вковтне.</w:t>
      </w:r>
    </w:p>
    <w:p>
      <w:r>
        <w:br/>
        <w:t>Чи я ж своїх суміжників турбую&lt;br /&gt;</w:t>
        <w:br/>
        <w:t>що напосілись гамузом? А тпрусь!&lt;br /&gt;</w:t>
        <w:br/>
        <w:t>Живу. Труджусь. Порад не потребую&lt;br /&gt;</w:t>
        <w:br/>
        <w:t>В своїй державі якось розберусь</w:t>
      </w:r>
    </w:p>
    <w:p>
      <w:r>
        <w:br/>
        <w:t>Так ні ж, повзуть, нема од них одгону&lt;br /&gt;</w:t>
        <w:br/>
        <w:t>Як свині, риють до моїх границь&lt;br /&gt;</w:t>
        <w:br/>
        <w:t>Лиш з України виметеш корону&lt;br /&gt;</w:t>
        <w:br/>
        <w:t>а цар вже в душу скипетром — пихиць!</w:t>
      </w:r>
    </w:p>
    <w:p>
      <w:r>
        <w:br/>
        <w:t>І я, славетник, вершень перемоги,&lt;br /&gt;</w:t>
        <w:br/>
        <w:t>я вільний гетьман вільної землі! —&lt;br /&gt;</w:t>
        <w:br/>
        <w:t>я мушу їм чубрикатися в ноги.&lt;br /&gt;</w:t>
        <w:br/>
        <w:t>сквернити очі до такої тлі!</w:t>
      </w:r>
    </w:p>
    <w:p>
      <w:r>
        <w:br/>
        <w:t>…ПИСАВ ПРОШЕНІЯ, ЯК ОДИ,&lt;br /&gt;</w:t>
        <w:br/>
        <w:t>У грудях стлумивши плачі.&lt;br /&gt;</w:t>
        <w:br/>
        <w:t>Я знаю грамоту свободи —&lt;br /&gt;</w:t>
        <w:br/>
        <w:t>її підписують мечі!</w:t>
      </w:r>
    </w:p>
    <w:p>
      <w:r>
        <w:br/>
        <w:t>А я ламаю пера гусячі&lt;br /&gt;</w:t>
        <w:br/>
        <w:t>на довгих титулах царя,&lt;br /&gt;</w:t>
        <w:br/>
        <w:t>свою вогненну муку гасячи&lt;br /&gt;</w:t>
        <w:br/>
        <w:t>в колодязі каламаря.</w:t>
      </w:r>
    </w:p>
    <w:p>
      <w:r>
        <w:br/>
        <w:t>Я все спізнав, усі закони вовчі.&lt;br /&gt;</w:t>
        <w:br/>
        <w:t>І чорту — на, і Богу — на.&lt;br /&gt;</w:t>
        <w:br/>
        <w:t>Та найстрашніше — очі, очі! —&lt;br /&gt;</w:t>
        <w:br/>
        <w:t>скажені очі Богуна.</w:t>
      </w:r>
    </w:p>
    <w:p>
      <w:r>
        <w:br/>
        <w:t>Чоло і вічі — справи чоловічі.&lt;br /&gt;</w:t>
        <w:br/>
        <w:t>А на Страшному стрінемось Суді,&lt;br /&gt;</w:t>
        <w:br/>
        <w:t>Богун мені подивиться у вічі, —&lt;br /&gt;</w:t>
        <w:br/>
        <w:t>що я скажу йому тоді?!</w:t>
      </w:r>
    </w:p>
    <w:p>
      <w:r>
        <w:br/>
        <w:t>…КОЛИСЬ В ОГИДНЕ ЗБОРИЩЕ ЛАКУЗ,&lt;br /&gt;</w:t>
        <w:br/>
        <w:t>розхриставшись в своїх святих обуреннях,&lt;br /&gt;</w:t>
        <w:br/>
        <w:t>я кинув серце, як чирвовий туз,&lt;br /&gt;</w:t>
        <w:br/>
        <w:t>єдиний козир. І зостався в дурнях.</w:t>
      </w:r>
    </w:p>
    <w:p>
      <w:r>
        <w:br/>
        <w:t>І я спалив до щирості мости.&lt;br /&gt;</w:t>
        <w:br/>
        <w:t>Сказав собі: ти хочеш перемоги?&lt;br /&gt;</w:t>
        <w:br/>
        <w:t>І одімсти — так наче умасти.&lt;br /&gt;</w:t>
        <w:br/>
        <w:t>І встань із мертвих — наче витяг ноги.</w:t>
      </w:r>
    </w:p>
    <w:p>
      <w:r>
        <w:br/>
        <w:t>І хай лютує ворог навздогінці.&lt;br /&gt;</w:t>
        <w:br/>
        <w:t>Бо правда що? Поможеться, якраз.&lt;br /&gt;</w:t>
        <w:br/>
        <w:t>Недарма кажуть: "щирі українці".&lt;br /&gt;</w:t>
        <w:br/>
        <w:t>Ця клята щирість погубляє нас.</w:t>
      </w:r>
    </w:p>
    <w:p>
      <w:r>
        <w:br/>
        <w:t>Отак скажу я на Суді Страшному.&lt;br /&gt;</w:t>
        <w:br/>
        <w:t>Умру в багні, воскресну в Богуні.&lt;br /&gt;</w:t>
        <w:br/>
        <w:t>Бо він — Іван. Іван — то є син Грому.&lt;br /&gt;</w:t>
        <w:br/>
        <w:t>Він брат всього святого у мені.</w:t>
      </w:r>
    </w:p>
    <w:p>
      <w:r>
        <w:br/>
        <w:t>А ви, що звикли продавати&lt;br /&gt;</w:t>
        <w:br/>
        <w:t>слова і славу, хром і храм, —&lt;br /&gt;</w:t>
        <w:br/>
        <w:t>мої слова ревидувати&lt;br /&gt;</w:t>
        <w:br/>
        <w:t>не вам, паскудники, не вам!</w:t>
      </w:r>
    </w:p>
    <w:p>
      <w:r>
        <w:br/>
        <w:t>Вшолопати не з вашим хистом,&lt;br /&gt;</w:t>
        <w:br/>
        <w:t>який то біль в моїх словах.&lt;br /&gt;</w:t>
        <w:br/>
        <w:t>Як дерево, широке листом,&lt;br /&gt;</w:t>
        <w:br/>
        <w:t>шумлю в свободи в головах!</w:t>
      </w:r>
    </w:p>
    <w:p>
      <w:r>
        <w:br/>
        <w:t>Нехай стокротно помилився,&lt;br /&gt;</w:t>
        <w:br/>
        <w:t>то хана кликав, то Москву, —</w:t>
      </w:r>
    </w:p>
    <w:p>
      <w:r>
        <w:br/>
        <w:t>о, не за себе ж я молився&lt;br /&gt;</w:t>
        <w:br/>
        <w:t>і не для себе ж я живу!</w:t>
      </w:r>
    </w:p>
    <w:p>
      <w:r>
        <w:br/>
        <w:t>ДЛЯ СЕБЕ — ЖИВ БИ Я В СУБОТОВІ,&lt;br /&gt;</w:t>
        <w:br/>
        <w:t>в ставку розводив коропів.&lt;br /&gt;</w:t>
        <w:br/>
        <w:t>Та й чорт із нею, із свободою,&lt;br /&gt;</w:t>
        <w:br/>
        <w:t>щоб я за неї так терпів!&lt;br /&gt;</w:t>
        <w:br/>
        <w:t>У мене жінка дебеленна,&lt;br /&gt;</w:t>
        <w:br/>
        <w:t>у мене коні — ігиги!&lt;br /&gt;</w:t>
        <w:br/>
        <w:t>Тугі, як пазуха Гелени,&lt;br /&gt;</w:t>
        <w:br/>
        <w:t>стоять в полях мої стоги.&lt;br /&gt;</w:t>
        <w:br/>
        <w:t>У мене вулики і волики,&lt;br /&gt;</w:t>
        <w:br/>
        <w:t>у мене займищ і толок!&lt;br /&gt;</w:t>
        <w:br/>
        <w:t>У мене вороки і сволоки,&lt;br /&gt;</w:t>
        <w:br/>
        <w:t>і хата, взята на кілок.&lt;br /&gt;</w:t>
        <w:br/>
        <w:t>Такий жупан. Такенна шапка!&lt;br /&gt;</w:t>
        <w:br/>
        <w:t>І скрині ковані, ая.&lt;br /&gt;</w:t>
        <w:br/>
        <w:t>Тартак. Гамарня. Зеленаста жабка&lt;br /&gt;</w:t>
        <w:br/>
        <w:t>у копанці — і та моя.&lt;br /&gt;</w:t>
        <w:br/>
        <w:t>Така ж моя, така ж моїсенька!&lt;br /&gt;</w:t>
        <w:br/>
        <w:t>А ріки — медом, молоком.&lt;br /&gt;</w:t>
        <w:br/>
        <w:t>На колодках дівує пісенька,&lt;br /&gt;</w:t>
        <w:br/>
        <w:t>а я підперся кулаком.&lt;br /&gt;</w:t>
        <w:br/>
        <w:t>Чого мені? Вірнопідданець,&lt;br /&gt;</w:t>
        <w:br/>
        <w:t>плету життя з повільних діб.&lt;br /&gt;</w:t>
        <w:br/>
        <w:t>Богдан Хмельницький, хуторянець,&lt;br /&gt;</w:t>
        <w:br/>
        <w:t>домодержавець, власник дібр.</w:t>
      </w:r>
    </w:p>
    <w:p>
      <w:r>
        <w:br/>
        <w:t>МОГЛА Б І ХИТРІСТЬ ТУТ ПРИДАТИСЬ.&lt;br /&gt;</w:t>
        <w:br/>
        <w:t>Доскочив би у панства похвали.&lt;br /&gt;</w:t>
        <w:br/>
        <w:t>Якби я тільки захотів продатись,&lt;br /&gt;</w:t>
        <w:br/>
        <w:t>мені б за мене дорого дали.</w:t>
      </w:r>
    </w:p>
    <w:p>
      <w:r>
        <w:br/>
        <w:t>Ти йому шануваннячко,&lt;br /&gt;</w:t>
        <w:br/>
        <w:t>він тобі пануваннячко.</w:t>
      </w:r>
    </w:p>
    <w:p>
      <w:r>
        <w:br/>
        <w:t>Та ще і ґудзі з золотого дроту</w:t>
      </w:r>
    </w:p>
    <w:p>
      <w:r>
        <w:br/>
        <w:t>поначіпляють на підлоту.</w:t>
      </w:r>
    </w:p>
    <w:p>
      <w:r>
        <w:br/>
        <w:t>І ніякий Чаплинський не одніме у тебе хутір.&lt;br /&gt;</w:t>
        <w:br/>
        <w:t>І ніякий Потоцький не захоче голову відрубати,&lt;br /&gt;</w:t>
        <w:br/>
        <w:t>якщо вона порожня, як горіх-дутель.</w:t>
      </w:r>
    </w:p>
    <w:p>
      <w:r>
        <w:br/>
        <w:t>Господи, чого ж ти не дав мені голову,&lt;br /&gt;</w:t>
        <w:br/>
        <w:t>порожню, як горіх-дутель?&lt;br /&gt;</w:t>
        <w:br/>
        <w:t>А що ж це мені за пики корчить вишневий бутель?</w:t>
      </w:r>
    </w:p>
    <w:p>
      <w:r>
        <w:br/>
        <w:t>Який же я там столикий! —&lt;br /&gt;</w:t>
        <w:br/>
        <w:t>то малий, то великий.</w:t>
      </w:r>
    </w:p>
    <w:p>
      <w:r>
        <w:br/>
        <w:t>Настовбурчені брови, на лобі кривуля,&lt;br /&gt;</w:t>
        <w:br/>
        <w:t>хмуровоке барило, і ніс як багруля.</w:t>
      </w:r>
    </w:p>
    <w:p>
      <w:r>
        <w:br/>
        <w:t>Щось обрезкле і тмасте, —&lt;br /&gt;</w:t>
        <w:br/>
        <w:t>Якої ж я масти?</w:t>
      </w:r>
    </w:p>
    <w:p>
      <w:r>
        <w:br/>
        <w:t>Сивий, голубе, сивий…</w:t>
      </w:r>
    </w:p>
    <w:p>
      <w:r>
        <w:br/>
        <w:t>А он же, он, у сутіску вишень —&lt;br /&gt;</w:t>
        <w:br/>
        <w:t>такий чорнявий хлопець-хорошень!&lt;br /&gt;</w:t>
        <w:br/>
        <w:t>Хмелений сонцем, чупер на брову.&lt;br /&gt;</w:t>
        <w:br/>
        <w:t>Коли ж надбав я пику цю криву?</w:t>
      </w:r>
    </w:p>
    <w:p>
      <w:r>
        <w:br/>
        <w:t>ЗАХЛИНАЮСЯ КРОВ'Ю, ЛИПКОЮ ВИШНЕВОЮ КРОВ'Ю!&lt;br /&gt;</w:t>
        <w:br/>
        <w:t>Затуліть мені очі якоюсь живою долонею!</w:t>
      </w:r>
    </w:p>
    <w:p>
      <w:r>
        <w:br/>
        <w:t>Я що, збожеволів?&lt;br /&gt;</w:t>
        <w:br/>
        <w:t>Коли саме?&lt;br /&gt;</w:t>
        <w:br/>
        <w:t>І що це за вим'я з чотирма носами?</w:t>
      </w:r>
    </w:p>
    <w:p>
      <w:r>
        <w:br/>
        <w:t>То це, значить, я. А оце бутель.&lt;br /&gt;</w:t>
        <w:br/>
        <w:t>А оце голова на плечах,&lt;br /&gt;</w:t>
        <w:br/>
        <w:t>як горіх-дутель</w:t>
      </w:r>
    </w:p>
    <w:p>
      <w:r>
        <w:br/>
        <w:t>А душа моя&lt;br /&gt;</w:t>
        <w:br/>
        <w:t>в бутлі з червоним вином&lt;br /&gt;</w:t>
        <w:br/>
        <w:t>сидить, балакає з Богуном…</w:t>
      </w:r>
    </w:p>
    <w:p>
      <w:r>
        <w:br/>
        <w:t>ТАК ОСЬ ХТО БУВ ТАМ ГЕТЬМАНОМ НА ДІЛІ!&lt;br /&gt;</w:t>
        <w:br/>
        <w:t>Бо поки я від горя соловів,&lt;br /&gt;</w:t>
        <w:br/>
        <w:t>він тридцять тисяч війська у неділю&lt;br /&gt;</w:t>
        <w:br/>
        <w:t>вночі через болото перевів.</w:t>
      </w:r>
    </w:p>
    <w:p>
      <w:r>
        <w:br/>
        <w:t>Поляки спали, бо пани панами.&lt;br /&gt;</w:t>
        <w:br/>
        <w:t>А він звелів у тій трясовині&lt;br /&gt;</w:t>
        <w:br/>
        <w:t>костити греблю хмизом, жупанами,&lt;br /&gt;</w:t>
        <w:br/>
        <w:t>возами, повстю, діркою в човні!</w:t>
      </w:r>
    </w:p>
    <w:p>
      <w:r>
        <w:br/>
        <w:t>Гатили все в роззявину болота.&lt;br /&gt;</w:t>
        <w:br/>
        <w:t>Сідло, бордюг, баняк і кобеняк.&lt;br /&gt;</w:t>
        <w:br/>
        <w:t>Брела голота… І жінками Лота&lt;br /&gt;</w:t>
        <w:br/>
        <w:t>білів, болів березовий стовбняк.</w:t>
      </w:r>
    </w:p>
    <w:p>
      <w:r>
        <w:br/>
        <w:t>Турецьких сукон вивернули хуру.&lt;br /&gt;</w:t>
        <w:br/>
        <w:t>Товкли в багву останнє таганча.&lt;br /&gt;</w:t>
        <w:br/>
        <w:t>Щоб рятувати не козацьку шкуру,&lt;br /&gt;</w:t>
        <w:br/>
        <w:t>а руки, що згодяться для меча!</w:t>
      </w:r>
    </w:p>
    <w:p>
      <w:r>
        <w:br/>
        <w:t>У мочарях провалювались, дибали.&lt;br /&gt;</w:t>
        <w:br/>
        <w:t>Недвигу-каліч неводом вели.&lt;br /&gt;</w:t>
        <w:br/>
        <w:t>І виповзали чорні, як анциболи,&lt;br /&gt;</w:t>
        <w:br/>
        <w:t>набравши смерті повні постоли.</w:t>
      </w:r>
    </w:p>
    <w:p>
      <w:r>
        <w:br/>
        <w:t>Їм ніч іскрила зоряним кресалом.&lt;br /&gt;</w:t>
        <w:br/>
        <w:t>Богун останній увійшов у ліс.&lt;br /&gt;</w:t>
        <w:br/>
        <w:t>А сторопілим після сну гусарам&lt;br /&gt;</w:t>
        <w:br/>
        <w:t>лишив болото з греблею взаміс!</w:t>
      </w:r>
    </w:p>
    <w:p>
      <w:r>
        <w:br/>
        <w:t>ОСЬ Я ТУТ П'Ю ГОРІЛКУ-ЗАПРИДУХУ.&lt;br /&gt;</w:t>
        <w:br/>
        <w:t>А може, хай вже гетьманує він?&lt;br /&gt;</w:t>
        <w:br/>
        <w:t>Той вміє так розколихати духа,&lt;br /&gt;</w:t>
        <w:br/>
        <w:t>що Україна загуде як дзвін.</w:t>
      </w:r>
    </w:p>
    <w:p>
      <w:r>
        <w:br/>
        <w:t>О, той не стане політикувати&lt;br /&gt;</w:t>
        <w:br/>
        <w:t>і під мечем не всидить, як Дамокл.&lt;br /&gt;</w:t>
        <w:br/>
        <w:t>Той буде сам мечі собі кувати.&lt;br /&gt;</w:t>
        <w:br/>
        <w:t>Не старчить сталі — викує з думок.</w:t>
      </w:r>
    </w:p>
    <w:p>
      <w:r>
        <w:br/>
        <w:t>А я… Що ж я?.. Та я вже й не подужаю.&lt;br /&gt;</w:t>
        <w:br/>
        <w:t>Вже віку доживатиму будь-де.&lt;br /&gt;</w:t>
        <w:br/>
        <w:t>Або сліпого гетьмана з бандурою&lt;br /&gt;</w:t>
        <w:br/>
        <w:t>колись в степах мій джура поведе…</w:t>
      </w:r>
    </w:p>
    <w:p>
      <w:r>
        <w:br/>
        <w:t>ГЕЙ, У ЧИСТОМУ ПОЛІ ТА ЗАШУМІЛА ТИРСА.&lt;br /&gt;</w:t>
        <w:br/>
        <w:t>Г-ей, та було ж нас доволі! А зосталось триста.&lt;br /&gt;</w:t>
        <w:br/>
        <w:t>Гей, та було ж нас триста, та усі шаблисті.&lt;br /&gt;</w:t>
        <w:br/>
        <w:t>дві душі зосталось, та й ті непаристі.&lt;br /&gt;</w:t>
        <w:br/>
        <w:t>Госа, хлопці, госа, понад берегами!&lt;br /&gt;</w:t>
        <w:br/>
        <w:t>Тече річка кервавая темними лугами.&lt;br /&gt;</w:t>
        <w:br/>
        <w:t>Біжать ляхи до берега,&lt;br /&gt;</w:t>
        <w:br/>
        <w:t>да всяк сполошився.&lt;br /&gt;</w:t>
        <w:br/>
        <w:t>Всі козаки повбиваті,&lt;br /&gt;</w:t>
        <w:br/>
        <w:t>а один лишився.&lt;br /&gt;</w:t>
        <w:br/>
        <w:t>Стоїть собі у човнику в постреляній свиті.&lt;br /&gt;</w:t>
        <w:br/>
        <w:t>Стоїть собі проти неба — як один у світі!&lt;br /&gt;</w:t>
        <w:br/>
        <w:t>А не жалько ж йому вмерти, ні що кулі ріють.&lt;br /&gt;</w:t>
        <w:br/>
        <w:t>Тільки й жалько козакові — мати постаріють.</w:t>
      </w:r>
    </w:p>
    <w:p>
      <w:r>
        <w:br/>
        <w:t>Стрілив ляшок, стрілив другий,&lt;br /&gt;</w:t>
        <w:br/>
        <w:t>стрілив чотирнацький.</w:t>
      </w:r>
    </w:p>
    <w:p>
      <w:r>
        <w:br/>
        <w:t>Чи він козак заворожен, такий чудернацький!</w:t>
      </w:r>
    </w:p>
    <w:p>
      <w:r>
        <w:br/>
        <w:t>Сам король прийшов дивитись, жабарями тьопа.&lt;br /&gt;</w:t>
        <w:br/>
        <w:t>Понашевкувалось шляхти — убивати хлопа.&lt;br /&gt;</w:t>
        <w:br/>
        <w:t>З карабинів ціляться, лігши на вали.&lt;br /&gt;</w:t>
        <w:br/>
        <w:t>Гаркоту-гармату в нього навели.</w:t>
      </w:r>
    </w:p>
    <w:p>
      <w:r>
        <w:br/>
        <w:t>А у нього ж ані шаблі булатної,&lt;br /&gt;</w:t>
        <w:br/>
        <w:t>ні пищалі семип'ядної.&lt;br /&gt;</w:t>
        <w:br/>
        <w:t>Тільки й є, що коса,&lt;br /&gt;</w:t>
        <w:br/>
        <w:t>та і та пощерблена.</w:t>
      </w:r>
    </w:p>
    <w:p>
      <w:r>
        <w:br/>
        <w:t>І де він її тут узяв?&lt;br /&gt;</w:t>
        <w:br/>
        <w:t>Чи не одняв у своєї ж смерті?..</w:t>
      </w:r>
    </w:p>
    <w:p>
      <w:r>
        <w:br/>
        <w:t>Кидав би ти свою косу та й тікав би прічки.&lt;br /&gt;</w:t>
        <w:br/>
        <w:t>А він стоїть, косарює, та й посеред річки.</w:t>
      </w:r>
    </w:p>
    <w:p>
      <w:r>
        <w:br/>
        <w:t>Човен хлепче водиченьку, зламалось весельце.&lt;br /&gt;</w:t>
        <w:br/>
        <w:t>Цілять йому у личенько, цілять йому в серце.&lt;br /&gt;</w:t>
        <w:br/>
        <w:t>А він себе лясь по грудях, та й по білім лицю —&lt;br /&gt;</w:t>
        <w:br/>
        <w:t>докучають комарики гей у косовицю!</w:t>
      </w:r>
    </w:p>
    <w:p>
      <w:r>
        <w:br/>
        <w:t>На що король, на що гордий,</w:t>
      </w:r>
    </w:p>
    <w:p>
      <w:r>
        <w:br/>
        <w:t>та й той здивувався</w:t>
      </w:r>
    </w:p>
    <w:p>
      <w:r>
        <w:br/>
        <w:t>Звелів стрельбу припинити, а тогді озвався.</w:t>
      </w:r>
    </w:p>
    <w:p>
      <w:r>
        <w:br/>
        <w:t>— Виходь, — кае — з тої річки,&lt;br /&gt;</w:t>
        <w:br/>
        <w:t>кидай косу тую&lt;br /&gt;</w:t>
        <w:br/>
        <w:t>Подарую тобі життя&lt;br /&gt;</w:t>
        <w:br/>
        <w:t>й шаблю золотую!</w:t>
      </w:r>
    </w:p>
    <w:p>
      <w:r>
        <w:br/>
        <w:t>А він косить, а він косить, човен углибає.&lt;br /&gt;</w:t>
        <w:br/>
        <w:t>— Я вже, — кае, — ваша милість, о життя не дбаю.&lt;br /&gt;</w:t>
        <w:br/>
        <w:t>Може, вцілиш, ваша милість, в мене хоч тепер ти.&lt;br /&gt;</w:t>
        <w:br/>
        <w:t>Я вже дбаю, ваша милість, щоб по-людськи вмерти.</w:t>
      </w:r>
    </w:p>
    <w:p>
      <w:r>
        <w:br/>
        <w:t>А один песький син з головою рудою</w:t>
      </w:r>
    </w:p>
    <w:p>
      <w:r>
        <w:br/>
        <w:t>нирцем, тихцем під водою</w:t>
      </w:r>
    </w:p>
    <w:p>
      <w:r>
        <w:br/>
        <w:t>підкрадався, чаївся, жабуринням умився,</w:t>
      </w:r>
    </w:p>
    <w:p>
      <w:r>
        <w:br/>
        <w:t>козаку межи плечі ножем устромився.</w:t>
      </w:r>
    </w:p>
    <w:p>
      <w:r>
        <w:br/>
        <w:t>А він кае: — Й тобі, стерво,&lt;br /&gt;</w:t>
        <w:br/>
        <w:t>вбить мене несила.&lt;br /&gt;</w:t>
        <w:br/>
        <w:t>Оддав смерті свою косу,&lt;br /&gt;</w:t>
        <w:br/>
        <w:t>а вона й скосила…</w:t>
      </w:r>
    </w:p>
    <w:p>
      <w:r>
        <w:br/>
        <w:t>ОДНИМ СУДИЛОСЯ ВПАСТИ,&lt;br /&gt;</w:t>
        <w:br/>
        <w:t>ЯК ДЕРЕВУ В БУРЕЛОМ.&lt;br /&gt;</w:t>
        <w:br/>
        <w:t>А інші потрапили в пастку,&lt;br /&gt;</w:t>
        <w:br/>
        <w:t>і десь їх візьмуть в полон&lt;br /&gt;</w:t>
        <w:br/>
        <w:t>Розбиті, сумні, розпорошені, бредуть до своїх родин.&lt;br /&gt;</w:t>
        <w:br/>
        <w:t>А я, переможений гетьман, сиджу тут, як перст, один.</w:t>
      </w:r>
    </w:p>
    <w:p>
      <w:r>
        <w:br/>
        <w:t>ЧИ ЗАМОЛЮ СВІЙ ГРІХ ПЕРЕД НАРОДОМ,&lt;br /&gt;</w:t>
        <w:br/>
        <w:t>що знову пекло в нашому раю?&lt;br /&gt;</w:t>
        <w:br/>
        <w:t>А я мов риба з побілілим ротом&lt;br /&gt;</w:t>
        <w:br/>
        <w:t>на той гачок на сволоці клюю.</w:t>
      </w:r>
    </w:p>
    <w:p>
      <w:r>
        <w:br/>
        <w:t>Це мій кінець. Душа у потолоччі&lt;br /&gt;</w:t>
        <w:br/>
        <w:t>Вже хоч співай Давидові псалми.&lt;br /&gt;</w:t>
        <w:br/>
        <w:t>Болючі дні, безсонні мої ночі.&lt;br /&gt;</w:t>
        <w:br/>
        <w:t>Усе ж було за нас! Але програли ми.</w:t>
      </w:r>
    </w:p>
    <w:p>
      <w:r>
        <w:br/>
        <w:t>І щось змінити я вже не потрафлю&lt;br /&gt;</w:t>
        <w:br/>
        <w:t>Сиджу в облозі смутку і сльоти.&lt;br /&gt;</w:t>
        <w:br/>
        <w:t>Зелений кінь з полив'яної кахлі&lt;br /&gt;</w:t>
        <w:br/>
        <w:t>копитом б'є у скроню самоти…</w:t>
      </w:r>
    </w:p>
    <w:p>
      <w:r>
        <w:br/>
        <w:t>ЯК ТАМ НА ВЕЖІ ТОМУ ЗБРОЯРЕВІ?&lt;br /&gt;</w:t>
        <w:br/>
        <w:t>Чень до кісток пронизує сльота.&lt;br /&gt;</w:t>
        <w:br/>
        <w:t>Провільгли стіни. В кам'яному чреві&lt;br /&gt;</w:t>
        <w:br/>
        <w:t>сиджу як Йона в череві кита.</w:t>
      </w:r>
    </w:p>
    <w:p>
      <w:r>
        <w:br/>
        <w:t>А джура, що то молоде! —&lt;br /&gt;</w:t>
        <w:br/>
        <w:t>набрижжив чоботи і йде.</w:t>
      </w:r>
    </w:p>
    <w:p>
      <w:r>
        <w:br/>
        <w:t>Чого він тут, при гетьмані старому?&lt;br /&gt;</w:t>
        <w:br/>
        <w:t>Вже інший втік би у Великий Луг.&lt;br /&gt;</w:t>
        <w:br/>
        <w:t>— А винеси-но свічку проти грому, —&lt;br /&gt;</w:t>
        <w:br/>
        <w:t>сказала відьма. Виніс. Грім ущух.</w:t>
      </w:r>
    </w:p>
    <w:p>
      <w:r>
        <w:br/>
        <w:t>АЛЕ Ж І ЛІТО! ТО ДОЩІ, ТО ЗЛИВИ.&lt;br /&gt;</w:t>
        <w:br/>
        <w:t>Без дому, без жони сумні мої літа.&lt;br /&gt;</w:t>
        <w:br/>
        <w:t>Дивлюсь на джуру, думаю: щасливий!&lt;br /&gt;</w:t>
        <w:br/>
        <w:t>Дівчаточко для нього підроста.</w:t>
      </w:r>
    </w:p>
    <w:p>
      <w:r>
        <w:br/>
        <w:t>Рудий ручай по схилах воду хлепче.&lt;br /&gt;</w:t>
        <w:br/>
        <w:t>І протряхає стежка вже як де.&lt;br /&gt;</w:t>
        <w:br/>
        <w:t>Кажу йому: — Чого нудьгуєш, хлопче?&lt;br /&gt;</w:t>
        <w:br/>
        <w:t>Сідлай коня. Вона ж тебе там жде.-&lt;br /&gt;</w:t>
        <w:br/>
        <w:t>Кажу йому: — Служив ти мені ревно&lt;br /&gt;</w:t>
        <w:br/>
        <w:t>Тепер іди, дай Бог тобі сім'ю.&lt;br /&gt;</w:t>
        <w:br/>
        <w:t>Відмовчується джура. А згадує напевно&lt;br /&gt;</w:t>
        <w:br/>
        <w:t>ту дівчину — як доленьку свою.</w:t>
      </w:r>
    </w:p>
    <w:p>
      <w:r>
        <w:br/>
        <w:t>ТЮТЮН СКАЖЕНИЙ, ПОХЛИНУВСЯ ДИМОМ.&lt;br /&gt;</w:t>
        <w:br/>
        <w:t>Гадюка обвилась, у серці як жало.&lt;br /&gt;</w:t>
        <w:br/>
        <w:t>Я теж кохав. Та доленьки і дива&lt;br /&gt;</w:t>
        <w:br/>
        <w:t>в житті у мене так і не було.</w:t>
      </w:r>
    </w:p>
    <w:p>
      <w:r>
        <w:br/>
        <w:t>Було у мене щастя полинове.&lt;br /&gt;</w:t>
        <w:br/>
        <w:t>Красуня, пані, жінка, не дівча.&lt;br /&gt;</w:t>
        <w:br/>
        <w:t>На неї задивлялися панове&lt;br /&gt;</w:t>
        <w:br/>
        <w:t>усього чигиринського ключа</w:t>
      </w:r>
    </w:p>
    <w:p>
      <w:r>
        <w:br/>
        <w:t>Була як чад. В любові невтоленна.&lt;br /&gt;</w:t>
        <w:br/>
        <w:t>Була як опік серця і чола.&lt;br /&gt;</w:t>
        <w:br/>
        <w:t>Ото колись одна така Гелена&lt;br /&gt;</w:t>
        <w:br/>
        <w:t>і до війни троянців довела.</w:t>
      </w:r>
    </w:p>
    <w:p>
      <w:r>
        <w:br/>
        <w:t>ЩОСЬ ТРАПИЛОСЯ. ДИМ.&lt;br /&gt;</w:t>
        <w:br/>
        <w:t>А ні, то знову хмари.&lt;br /&gt;</w:t>
        <w:br/>
        <w:t>Пливуть, пливуть, пливуть…&lt;br /&gt;</w:t>
        <w:br/>
        <w:t>А й справді наче дим.&lt;br /&gt;</w:t>
        <w:br/>
        <w:t>Оджевріло життя… Клубочаться примари…&lt;br /&gt;</w:t>
        <w:br/>
        <w:t>Як був я молодим… як був я молодим ..</w:t>
      </w:r>
    </w:p>
    <w:p>
      <w:r>
        <w:br/>
        <w:t>То хмари як сади. То гриви, то перуки…&lt;br /&gt;</w:t>
        <w:br/>
        <w:t>А он і ті — єдині, хто простить.&lt;br /&gt;</w:t>
        <w:br/>
        <w:t>Мій батько проплива, схрестив на грудях руки.&lt;br /&gt;</w:t>
        <w:br/>
        <w:t>І матінка моя, лебідонька, летить…</w:t>
      </w:r>
    </w:p>
    <w:p>
      <w:r>
        <w:br/>
        <w:t>МІЙ БАТЬКО ОСАДИВ МІСТЕЧКО ЧИГИРИН,&lt;br /&gt;</w:t>
        <w:br/>
        <w:t>що по загладах був уже травою.&lt;br /&gt;</w:t>
        <w:br/>
        <w:t>Я пам'ятаю батька не старим&lt;br /&gt;</w:t>
        <w:br/>
        <w:t>І матір пам'ятаю не вдовою.</w:t>
      </w:r>
    </w:p>
    <w:p>
      <w:r>
        <w:br/>
        <w:t>І той наш дім на Замковій горі,&lt;br /&gt;</w:t>
        <w:br/>
        <w:t>і Дике Поле за ярами й хащами.&lt;br /&gt;</w:t>
        <w:br/>
        <w:t>І Тясмин, де колись кусали комарі&lt;br /&gt;</w:t>
        <w:br/>
        <w:t>святого Афанасія Сидящого…</w:t>
      </w:r>
    </w:p>
    <w:p>
      <w:r>
        <w:br/>
        <w:t>ХОДИВ Я 3 БАТЬКОМ У ПОХОДИ ДВІЧІ.&lt;br /&gt;</w:t>
        <w:br/>
        <w:t>Поліг мій батько у кривавій січі.</w:t>
      </w:r>
    </w:p>
    <w:p>
      <w:r>
        <w:br/>
        <w:t>Мене взяли в полон. Два роки у Стамбулі&lt;br /&gt;</w:t>
        <w:br/>
        <w:t>ловив я кожну вість, яку несли прибулі.</w:t>
      </w:r>
    </w:p>
    <w:p>
      <w:r>
        <w:br/>
        <w:t>Як здумаю, було, не тямлюся від болю,&lt;br /&gt;</w:t>
        <w:br/>
        <w:t>що батько — непохований! — лежить на полі бою.</w:t>
      </w:r>
    </w:p>
    <w:p>
      <w:r>
        <w:br/>
        <w:t>Як ті, під Берестечком…&lt;br /&gt;</w:t>
        <w:br/>
        <w:t>І скільки їх, Бог відає…&lt;br /&gt;</w:t>
        <w:br/>
        <w:t>Та ворон, що їх знає, не раз на день провідує. .</w:t>
      </w:r>
    </w:p>
    <w:p>
      <w:r>
        <w:br/>
        <w:t>ЦІЇ ФОРТЕЦІ МУРИ КАМ'ЯНІ&lt;br /&gt;</w:t>
        <w:br/>
        <w:t>були колись лицарству за домівку.&lt;br /&gt;</w:t>
        <w:br/>
        <w:t>І за твердиню в битвах. А мені&lt;br /&gt;</w:t>
        <w:br/>
        <w:t>вони уже — як призьба для угрівку.</w:t>
      </w:r>
    </w:p>
    <w:p>
      <w:r>
        <w:br/>
        <w:t>Вже й міст запав. До скошених воріт&lt;br /&gt;</w:t>
        <w:br/>
        <w:t>дорога заростає кропивою.&lt;br /&gt;</w:t>
        <w:br/>
        <w:t>На схилах риє кольоровий кріт.&lt;br /&gt;</w:t>
        <w:br/>
        <w:t>І тиша тут здається гробовою.</w:t>
      </w:r>
    </w:p>
    <w:p>
      <w:r>
        <w:br/>
        <w:t>Та ще отой тут лицар у стіні.&lt;br /&gt;</w:t>
        <w:br/>
        <w:t>І я на нього тут дивитись мушу&lt;br /&gt;</w:t>
        <w:br/>
        <w:t>Його свобода в кам'яному сні&lt;br /&gt;</w:t>
        <w:br/>
        <w:t>ніяк не може випростати душу.</w:t>
      </w:r>
    </w:p>
    <w:p>
      <w:r>
        <w:br/>
        <w:t>Отак вночі, буває, лежимо.&lt;br /&gt;</w:t>
        <w:br/>
        <w:t>У латах він, а я в своїй куверті.&lt;br /&gt;</w:t>
        <w:br/>
        <w:t>А я собі і думаю: — А мо',&lt;br /&gt;</w:t>
        <w:br/>
        <w:t>і він, і я — ми вже обоє мертві?!..</w:t>
      </w:r>
    </w:p>
    <w:p>
      <w:r>
        <w:br/>
        <w:t>ВЖЕ Й НЕ ГОЛЮСЬ. КОШУЛЬКА МОЯ ДРАНА.&lt;br /&gt;</w:t>
        <w:br/>
        <w:t>Свистить моя гетьманська калита.&lt;br /&gt;</w:t>
        <w:br/>
        <w:t>Бог, пропитавший Ілию од врана,&lt;br /&gt;</w:t>
        <w:br/>
        <w:t>і нас тут теж як-небудь препита.</w:t>
      </w:r>
    </w:p>
    <w:p>
      <w:r>
        <w:br/>
        <w:t>Зброяр і джура стережуть вали.&lt;br /&gt;</w:t>
        <w:br/>
        <w:t>Стара віщунка зварить пообідать.&lt;br /&gt;</w:t>
        <w:br/>
        <w:t>Шрамко приходить з міста як коли.&lt;br /&gt;</w:t>
        <w:br/>
        <w:t>Одслужить в церкві та й бреде провідать.</w:t>
      </w:r>
    </w:p>
    <w:p>
      <w:r>
        <w:br/>
        <w:t>0-он, під горою, біля гаю,&lt;br /&gt;</w:t>
        <w:br/>
        <w:t>як сивий припутень кульгає…</w:t>
      </w:r>
    </w:p>
    <w:p>
      <w:r>
        <w:br/>
        <w:t>ТАК І ЖИВЕМ, У ЦІЙ КАМІННІЙ КЛЕШНІ,&lt;br /&gt;</w:t>
        <w:br/>
        <w:t>в причаєній зівсюди небезпеці —</w:t>
      </w:r>
    </w:p>
    <w:p>
      <w:r>
        <w:br/>
        <w:t>до гетьмана особи приналежні,&lt;br /&gt;</w:t>
        <w:br/>
        <w:t>сумна залога мертвої фортеці.</w:t>
      </w:r>
    </w:p>
    <w:p>
      <w:r>
        <w:br/>
        <w:t>ВНОЧІ ТУТ ХОДЯТЬ ПРИВИДИ. Я САМ&lt;br /&gt;</w:t>
        <w:br/>
        <w:t>на власні очі бачив якісь тіні.&lt;br /&gt;</w:t>
        <w:br/>
        <w:t>І хоч не дуже вірю чудесам,&lt;br /&gt;</w:t>
        <w:br/>
        <w:t>а все ж якісь тут шерехи постійні.</w:t>
      </w:r>
    </w:p>
    <w:p>
      <w:r>
        <w:br/>
        <w:t>То раптом в залі чути полонез.&lt;br /&gt;</w:t>
        <w:br/>
        <w:t>То сажотрус із комина з'явився.&lt;br /&gt;</w:t>
        <w:br/>
        <w:t>Щоправда, я не так щоб і тверез, —&lt;br /&gt;</w:t>
        <w:br/>
        <w:t>але ж і він на мене подивився!</w:t>
      </w:r>
    </w:p>
    <w:p>
      <w:r>
        <w:br/>
        <w:t>Із гобелена все хтось приціляється.&lt;br /&gt;</w:t>
        <w:br/>
        <w:t>І тче павук свою прозору нить.&lt;br /&gt;</w:t>
        <w:br/>
        <w:t>Вночі тут ходить пані порцелянова,&lt;br /&gt;</w:t>
        <w:br/>
        <w:t>От-от розіб'ється, дзвенить.</w:t>
      </w:r>
    </w:p>
    <w:p>
      <w:r>
        <w:br/>
        <w:t>То похитнеться рама в позолоті&lt;br /&gt;</w:t>
        <w:br/>
        <w:t>То наче тихо брязнули ключі.&lt;br /&gt;</w:t>
        <w:br/>
        <w:t>Щось жебонить. Щось вевкає в болоті.&lt;br /&gt;</w:t>
        <w:br/>
        <w:t>Упавші духи плачуть уночі.</w:t>
      </w:r>
    </w:p>
    <w:p>
      <w:r>
        <w:br/>
        <w:t>Казав Шрамко, що люди вже давно&lt;br /&gt;</w:t>
        <w:br/>
        <w:t>оцю стару фортецю обминають&lt;br /&gt;</w:t>
        <w:br/>
        <w:t>А що один тут привид п'є вино,&lt;br /&gt;</w:t>
        <w:br/>
        <w:t>то добре, що вони іще не знають.</w:t>
      </w:r>
    </w:p>
    <w:p>
      <w:r>
        <w:br/>
        <w:t>А ЗІ СВІЧКИ ПЛИВУТЬ ОКАПИНИ.&lt;br /&gt;</w:t>
        <w:br/>
        <w:t>І Мати Божа дивиться з іконки,&lt;br /&gt;</w:t>
        <w:br/>
        <w:t>як я тут п'ю, розхристаний, розхряпаний,&lt;br /&gt;</w:t>
        <w:br/>
        <w:t>аж мерехтять в очах зелені коники.</w:t>
      </w:r>
    </w:p>
    <w:p>
      <w:r>
        <w:br/>
        <w:t>А що ж мені робити ще, некволому?&lt;br /&gt;</w:t>
        <w:br/>
        <w:t>Чей думають, що здався я, затих.&lt;br /&gt;</w:t>
        <w:br/>
        <w:t>Шрамко десь чув — король за мою голову&lt;br /&gt;</w:t>
        <w:br/>
        <w:t>призначив десять тисяч золотих.</w:t>
      </w:r>
    </w:p>
    <w:p>
      <w:r>
        <w:br/>
        <w:t>То добре, що приніс він аква віту.&lt;br /&gt;</w:t>
        <w:br/>
        <w:t>Я тяжко пив і лаявся словами.</w:t>
      </w:r>
    </w:p>
    <w:p>
      <w:r>
        <w:br/>
        <w:t>Усі діди із того світу&lt;br /&gt;</w:t>
        <w:br/>
        <w:t>всю ніч хитали головами.</w:t>
      </w:r>
    </w:p>
    <w:p>
      <w:r>
        <w:br/>
        <w:t>Чи ми вже й справді прогнівили Бога?&lt;br /&gt;</w:t>
        <w:br/>
        <w:t>Чи ми вже здобич для чужих сваволь?&lt;br /&gt;</w:t>
        <w:br/>
        <w:t>То хану дай за себе відкупного,&lt;br /&gt;</w:t>
        <w:br/>
        <w:t>то голову оцінює король!</w:t>
      </w:r>
    </w:p>
    <w:p>
      <w:r>
        <w:br/>
        <w:t>А ЩО Ж ТИ ЗНАЄШ, ВЛАСНЕ, ПРО ЦЮ ГОЛОВУ&lt;br /&gt;</w:t>
        <w:br/>
        <w:t>що ти її оцінюєш?.. Овва!</w:t>
      </w:r>
    </w:p>
    <w:p>
      <w:r>
        <w:br/>
        <w:t>Ллється по жилах розпечене оливо</w:t>
      </w:r>
    </w:p>
    <w:p>
      <w:r>
        <w:br/>
        <w:t>Пада на груди хиль-голова.</w:t>
      </w:r>
    </w:p>
    <w:p>
      <w:r>
        <w:br/>
        <w:t>Певно, допився до зеленого змія.&lt;br /&gt;</w:t>
        <w:br/>
        <w:t>Якась у мене в голові веремія.</w:t>
      </w:r>
    </w:p>
    <w:p>
      <w:r>
        <w:br/>
        <w:t>Увижаються ворота.&lt;br /&gt;</w:t>
        <w:br/>
        <w:t>От буває ж,</w:t>
      </w:r>
    </w:p>
    <w:p>
      <w:r>
        <w:br/>
        <w:t>ухопилося голови і не відпуска.</w:t>
      </w:r>
    </w:p>
    <w:p>
      <w:r>
        <w:br/>
        <w:t>І зелена, зелена, зелена&lt;br /&gt;</w:t>
        <w:br/>
        <w:t>на воротях бовтається пані Гелена.</w:t>
      </w:r>
    </w:p>
    <w:p>
      <w:r>
        <w:br/>
        <w:t>Пані Гелена, жона гетьманська.&lt;br /&gt;</w:t>
        <w:br/>
        <w:t>Та світ же білий мені потьмарився!</w:t>
      </w:r>
    </w:p>
    <w:p>
      <w:r>
        <w:br/>
        <w:t>ОХ, ТИМОФІЮ, СИНКУ ТИМОШЕ!&lt;br /&gt;</w:t>
        <w:br/>
        <w:t>Ти не повісив її, ти, може,&lt;br /&gt;</w:t>
        <w:br/>
        <w:t>так тільки, здумав, завдав до льоху?</w:t>
      </w:r>
    </w:p>
    <w:p>
      <w:r>
        <w:br/>
        <w:t>— Батьку, я покарав оту шльоху!&lt;br /&gt;</w:t>
        <w:br/>
        <w:t>Ти був сліпий. То душа блудодійська&lt;br /&gt;</w:t>
        <w:br/>
        <w:t>Вона не варта твоєї любові.&lt;br /&gt;</w:t>
        <w:br/>
        <w:t>Коли я додому заскочив — для війська&lt;br /&gt;</w:t>
        <w:br/>
        <w:t>в коморі взяти ті гроші скарбові, —&lt;br /&gt;</w:t>
        <w:br/>
        <w:t>їх не було вже. Бо пані дому&lt;br /&gt;</w:t>
        <w:br/>
        <w:t>ключ віддала своєму коханцю.&lt;br /&gt;</w:t>
        <w:br/>
        <w:t>А той признався. І в тому, і в тому.&lt;br /&gt;</w:t>
        <w:br/>
        <w:t>Хотілось, бач, жити йому, поганцю.&lt;br /&gt;</w:t>
        <w:br/>
        <w:t>Суд був короткий. Війна. Жарота.&lt;br /&gt;</w:t>
        <w:br/>
        <w:t>Мотуз на шию. Кінь під ворота.&lt;br /&gt;</w:t>
        <w:br/>
        <w:t>Очі замружив — як хвисьну коня!&lt;br /&gt;</w:t>
        <w:br/>
        <w:t>Кінь як рвоне у степи навмання!&lt;br /&gt;</w:t>
        <w:br/>
        <w:t>Тільки й знялася зелена шквиря.&lt;br /&gt;</w:t>
        <w:br/>
        <w:t>Тіло гойднулося наче гиря.</w:t>
      </w:r>
    </w:p>
    <w:p>
      <w:r>
        <w:br/>
        <w:t>Так їй і треба, земля їй розпадина!&lt;br /&gt;</w:t>
        <w:br/>
        <w:t>Пані Гелена, зелена гадина.</w:t>
      </w:r>
    </w:p>
    <w:p>
      <w:r>
        <w:br/>
        <w:t>ТА ЩОСЬ МЕНІ ЩОНОЧІ&lt;br /&gt;</w:t>
        <w:br/>
        <w:t>ЩОДНЯ&lt;br /&gt;</w:t>
        <w:br/>
        <w:t>ТОЙ КІНЬ ЛЕТИТЬ У СТЕПАХ НАВМАННЯ</w:t>
      </w:r>
    </w:p>
    <w:p>
      <w:r>
        <w:br/>
        <w:t>ЛЕТИТЬ БЕЗ ДОРОГИ&lt;br /&gt;</w:t>
        <w:br/>
        <w:t>ЛЕТИТЬ БЕЗ УПИНУ&lt;br /&gt;</w:t>
        <w:br/>
        <w:t>НА ЗЕМЛЮ РОНИТЬ КРИВАВУ ПІНУ</w:t>
      </w:r>
    </w:p>
    <w:p>
      <w:r>
        <w:br/>
        <w:t>БОЖЕ, БОЖЕ, ПОМИЛУЙ НАС!&lt;br /&gt;</w:t>
        <w:br/>
        <w:t>Сину мій Тимоше, то ж був не наказ.&lt;br /&gt;</w:t>
        <w:br/>
        <w:t>То ж була розпука, то ж був тільки шал.&lt;br /&gt;</w:t>
        <w:br/>
        <w:t>Сину мій Тимоше, що ж ти поспішав?&lt;br /&gt;</w:t>
        <w:br/>
        <w:t>Сину мій Тимоше, степове лев'я!&lt;br /&gt;</w:t>
        <w:br/>
        <w:t>Я ж коли у гніві, то уже не я.&lt;br /&gt;</w:t>
        <w:br/>
        <w:t>Це якби Виговський слухав моїх слів,&lt;br /&gt;</w:t>
        <w:br/>
        <w:t>скільки перевішано вже було б послів! —&lt;br /&gt;</w:t>
        <w:br/>
        <w:t>від царя, від хана і від короля.&lt;br /&gt;</w:t>
        <w:br/>
        <w:t>Сину мій Тимоше, степове орля!</w:t>
      </w:r>
    </w:p>
    <w:p>
      <w:r>
        <w:br/>
        <w:t>В трунах перевернеться</w:t>
      </w:r>
    </w:p>
    <w:p>
      <w:r>
        <w:br/>
        <w:t>наш козацький рід.</w:t>
      </w:r>
    </w:p>
    <w:p>
      <w:r>
        <w:br/>
        <w:t>Що ж ти зробив шибеницю</w:t>
      </w:r>
    </w:p>
    <w:p>
      <w:r>
        <w:br/>
        <w:t>з батьківських воріт?!</w:t>
      </w:r>
    </w:p>
    <w:p>
      <w:r>
        <w:br/>
        <w:t>— Мусив вибирати. Мав одну добу.&lt;br /&gt;</w:t>
        <w:br/>
        <w:t>Батьківські ворота</w:t>
      </w:r>
    </w:p>
    <w:p>
      <w:r>
        <w:br/>
        <w:t>чи батьківську ганьбу.</w:t>
      </w:r>
    </w:p>
    <w:p>
      <w:r>
        <w:br/>
        <w:t>…ЧИ ВИ Ж ЇЙ ХОЧ ПЕРЕД СМЕРТЮ&lt;br /&gt;</w:t>
        <w:br/>
        <w:t>ДАЛИ ПОЦІЛУВАТИ ХРЕСТ?&lt;br /&gt;</w:t>
        <w:br/>
        <w:t>Чи сповідалась,&lt;br /&gt;</w:t>
        <w:br/>
        <w:t>як честь жоночу процвиндрила?&lt;br /&gt;</w:t>
        <w:br/>
        <w:t>Та було ж її прикопати за тисячу верст&lt;br /&gt;</w:t>
        <w:br/>
        <w:t>від святого християнського цвинтаря!</w:t>
      </w:r>
    </w:p>
    <w:p>
      <w:r>
        <w:br/>
        <w:t>Оту перелюбницю,&lt;br /&gt;</w:t>
        <w:br/>
        <w:t>ту лайдачку,&lt;br /&gt;</w:t>
        <w:br/>
        <w:t>синів моїх ненависну мачуху.&lt;br /&gt;</w:t>
        <w:br/>
        <w:t>Оту гадюку, змію зелену!&lt;br /&gt;</w:t>
        <w:br/>
        <w:t>Мою Гелену… мою Гелену…</w:t>
      </w:r>
    </w:p>
    <w:p>
      <w:r>
        <w:br/>
        <w:t>ЧИ Я Ж НЕ ЛЮБИВ ТЕБЕ, МОЯ РІДНА?&lt;br /&gt;</w:t>
        <w:br/>
        <w:t>А в тебе ж вірності як у шелягу срібла.&lt;br /&gt;</w:t>
        <w:br/>
        <w:t>Було б шануватись, моя замороко,&lt;br /&gt;</w:t>
        <w:br/>
        <w:t>хоч для годиться, про людське око.</w:t>
      </w:r>
    </w:p>
    <w:p>
      <w:r>
        <w:br/>
        <w:t>Хай не святенниця, недоторка,&lt;br /&gt;</w:t>
        <w:br/>
        <w:t>а так шалатися в глупу ніч! —&lt;br /&gt;</w:t>
        <w:br/>
        <w:t>Ти ж не якась там хльорка,</w:t>
      </w:r>
    </w:p>
    <w:p>
      <w:r>
        <w:br/>
        <w:t>самій гетьманші не подоба-річ.</w:t>
      </w:r>
    </w:p>
    <w:p>
      <w:r>
        <w:br/>
        <w:t>Ти ж мала буть хранителькою честі.&lt;br /&gt;</w:t>
        <w:br/>
        <w:t>Як в домі чисто, й чорт мені не брат.&lt;br /&gt;</w:t>
        <w:br/>
        <w:t>Душа ж і так стоїть на перехресті&lt;br /&gt;</w:t>
        <w:br/>
        <w:t>усіх обманів, підступів і зрад.</w:t>
      </w:r>
    </w:p>
    <w:p>
      <w:r>
        <w:br/>
        <w:t>То ще й від тебе лжа і осудовище?&lt;br /&gt;</w:t>
        <w:br/>
        <w:t>То ще і ти обманюєш мене?!&lt;br /&gt;</w:t>
        <w:br/>
        <w:t>Десь має ж бути в світі пристановище,&lt;br /&gt;</w:t>
        <w:br/>
        <w:t>де в серце жодне стерво не вджиґне!</w:t>
      </w:r>
    </w:p>
    <w:p>
      <w:r>
        <w:br/>
        <w:t>БУЛО Б ТЕБЕ УЗЯТИ НА ЗАНУЗД.&lt;br /&gt;</w:t>
        <w:br/>
        <w:t>Та я ж би вмер за твою сльозу&lt;br /&gt;</w:t>
        <w:br/>
        <w:t>А ти ж то, ласки моєї замість,&lt;br /&gt;</w:t>
        <w:br/>
        <w:t>таку ганебу, таку мерзу!</w:t>
      </w:r>
    </w:p>
    <w:p>
      <w:r>
        <w:br/>
        <w:t>Чи мож' тобі серце з нудоти сплюскло?&lt;br /&gt;</w:t>
        <w:br/>
        <w:t>Бо що ти знала? Шовки та люстро&lt;br /&gt;</w:t>
        <w:br/>
        <w:t>Та златоглави, та води колонські&lt;br /&gt;</w:t>
        <w:br/>
        <w:t>Та різні мислі свої вавилонські</w:t>
      </w:r>
    </w:p>
    <w:p>
      <w:r>
        <w:br/>
        <w:t>…ВНАТУРИЛАСЬ, ВИКОБЄЦАЛА,&lt;br /&gt;</w:t>
        <w:br/>
        <w:t>ХМІЛЬНОЮ КРОВ'Ю НАЛИЛАСЬ.&lt;br /&gt;</w:t>
        <w:br/>
        <w:t>фортуну гонором хвицала, грудьми гріховно нап'ялась.&lt;br /&gt;</w:t>
        <w:br/>
        <w:t>Ходила, наче королева.&lt;br /&gt;</w:t>
        <w:br/>
        <w:t>А як мінилася в лиці,&lt;br /&gt;</w:t>
        <w:br/>
        <w:t>коли сорочка перкалева згорала в мене у руці!</w:t>
      </w:r>
    </w:p>
    <w:p>
      <w:r>
        <w:br/>
        <w:t>Шляхтянка пишна і лукава,&lt;br /&gt;</w:t>
        <w:br/>
        <w:t>щоб я достоту скаженів,&lt;br /&gt;</w:t>
        <w:br/>
        <w:t>тремкою цнотою лякала,&lt;br /&gt;</w:t>
        <w:br/>
        <w:t>то скаже: мій,</w:t>
      </w:r>
    </w:p>
    <w:p>
      <w:r>
        <w:br/>
        <w:t>то скаже: ні!</w:t>
      </w:r>
    </w:p>
    <w:p>
      <w:r>
        <w:br/>
        <w:t>В гарячці губ, в нестямі тіла,&lt;br /&gt;</w:t>
        <w:br/>
        <w:t>В шалу розчахнутих колін&lt;br /&gt;</w:t>
        <w:br/>
        <w:t>які слова ти шепотіла&lt;br /&gt;</w:t>
        <w:br/>
        <w:t>шовковим голосом своїм!</w:t>
      </w:r>
    </w:p>
    <w:p>
      <w:r>
        <w:br/>
        <w:t>Як незагнуздана лошиця&lt;br /&gt;</w:t>
        <w:br/>
        <w:t>несла крізь ніч мою жагу.&lt;br /&gt;</w:t>
        <w:br/>
        <w:t>Та я ж без тебе тут лишився&lt;br /&gt;</w:t>
        <w:br/>
        <w:t>як пожарище на снігу!..</w:t>
      </w:r>
    </w:p>
    <w:p>
      <w:r>
        <w:br/>
        <w:t>А КОЛИ МИ ВИРУШАЛИ,&lt;br /&gt;</w:t>
        <w:br/>
        <w:t>не було нам стриму,&lt;br /&gt;</w:t>
        <w:br/>
        <w:t>до Молдови, до Варшави&lt;br /&gt;</w:t>
        <w:br/>
        <w:t>чи ізнов до Криму, —</w:t>
      </w:r>
    </w:p>
    <w:p>
      <w:r>
        <w:br/>
        <w:t>Кажу: — Будь мені здорова!&lt;br /&gt;</w:t>
        <w:br/>
        <w:t>Кажу: — Не журися.&lt;br /&gt;</w:t>
        <w:br/>
        <w:t>Кажу: — Пані гетьманова,&lt;br /&gt;</w:t>
        <w:br/>
        <w:t>ти ж мені дивися!</w:t>
      </w:r>
    </w:p>
    <w:p>
      <w:r>
        <w:br/>
        <w:t>А вона мені, о Боже! —&lt;br /&gt;</w:t>
        <w:br/>
        <w:t>до стремен припала:&lt;br /&gt;</w:t>
        <w:br/>
        <w:t>— Коли я тут що абощо,&lt;br /&gt;</w:t>
        <w:br/>
        <w:t>то щоб я пропала!</w:t>
      </w:r>
    </w:p>
    <w:p>
      <w:r>
        <w:br/>
        <w:t>Чума б тебе зачумила,&lt;br /&gt;</w:t>
        <w:br/>
        <w:t>мусив замовкати.&lt;br /&gt;</w:t>
        <w:br/>
        <w:t>Чи мав тебе, моя мила,&lt;br /&gt;</w:t>
        <w:br/>
        <w:t>в замки замикати?</w:t>
      </w:r>
    </w:p>
    <w:p>
      <w:r>
        <w:br/>
        <w:t>А ТОЙ ЖЕ, ТОЙ,&lt;br /&gt;</w:t>
        <w:br/>
        <w:t>КОГО СОБІ З'ЄДНАЛА?!&lt;br /&gt;</w:t>
        <w:br/>
        <w:t>Така красуня, вінчана жона!&lt;br /&gt;</w:t>
        <w:br/>
        <w:t>Чи вже себе й за устілку не мала, —&lt;br /&gt;</w:t>
        <w:br/>
        <w:t>чим уподобавсь, смуток тебе зна.</w:t>
      </w:r>
    </w:p>
    <w:p>
      <w:r>
        <w:br/>
        <w:t>Дворецький з нього — перша кляса.&lt;br /&gt;</w:t>
        <w:br/>
        <w:t>Солодкомовний, у лакействі — зух.&lt;br /&gt;</w:t>
        <w:br/>
        <w:t>Його слова б у мисочку — маляса,&lt;br /&gt;</w:t>
        <w:br/>
        <w:t>у спеку можна вивестися з мух.</w:t>
      </w:r>
    </w:p>
    <w:p>
      <w:r>
        <w:br/>
        <w:t>Липучий равл в золоченій лівреї,&lt;br /&gt;</w:t>
        <w:br/>
        <w:t>блідий холуй, драглистий від сидні,&lt;br /&gt;</w:t>
        <w:br/>
        <w:t>моєї пані ниці емпіреї, —&lt;br /&gt;</w:t>
        <w:br/>
        <w:t>він так доповз, не втримавсь на коні.</w:t>
      </w:r>
    </w:p>
    <w:p>
      <w:r>
        <w:br/>
        <w:t>А ще любив закинуть про ойчизну.&lt;br /&gt;</w:t>
        <w:br/>
        <w:t>Закрався в душу якось. Недарма ж&lt;br /&gt;</w:t>
        <w:br/>
        <w:t>Лишив на нього птаство й рогатизну,&lt;br /&gt;</w:t>
        <w:br/>
        <w:t>льохи із ренським, саджавку і саж.</w:t>
      </w:r>
    </w:p>
    <w:p>
      <w:r>
        <w:br/>
        <w:t>Все поважав маєтне й маєстатне.&lt;br /&gt;</w:t>
        <w:br/>
        <w:t>Така порода, вутла і плоха.&lt;br /&gt;</w:t>
        <w:br/>
        <w:t>Я ж думав так:&lt;br /&gt;</w:t>
        <w:br/>
        <w:t>як до меча нездатне,&lt;br /&gt;</w:t>
        <w:br/>
        <w:t>то певно ж і нездольне до гріха.</w:t>
      </w:r>
    </w:p>
    <w:p>
      <w:r>
        <w:br/>
        <w:t>Чи, може, ти одна тому причина?&lt;br /&gt;</w:t>
        <w:br/>
        <w:t>Чи, може, це в тобі той вавилонський блуд,&lt;br /&gt;</w:t>
        <w:br/>
        <w:t>що ти їх всіх підпалюєш очима,&lt;br /&gt;</w:t>
        <w:br/>
        <w:t>як хтива іскра, кинута на трут!</w:t>
      </w:r>
    </w:p>
    <w:p>
      <w:r>
        <w:br/>
        <w:t>ГИДЬ. ГАДЮШНИК. СОБАЧА ТІЧКА.&lt;br /&gt;</w:t>
        <w:br/>
        <w:t>Збагнітований Божий дар.&lt;br /&gt;</w:t>
        <w:br/>
        <w:t>Де ж ти, дівонько, красна чічко?&lt;br /&gt;</w:t>
        <w:br/>
        <w:t>Де ж ти, жоно, чистий олтар?</w:t>
      </w:r>
    </w:p>
    <w:p>
      <w:r>
        <w:br/>
        <w:t>Де ж ти, де ж ти?&lt;br /&gt;</w:t>
        <w:br/>
        <w:t>Щось довго йдеш ти.&lt;br /&gt;</w:t>
        <w:br/>
        <w:t>Сивий волос почав укидатися.&lt;br /&gt;</w:t>
        <w:br/>
        <w:t>Дотліває душа до решти.&lt;br /&gt;</w:t>
        <w:br/>
        <w:t>А куди ж від себе податися?</w:t>
      </w:r>
    </w:p>
    <w:p>
      <w:r>
        <w:br/>
        <w:t>От, сиджу, кулаки в коліна.&lt;br /&gt;</w:t>
        <w:br/>
        <w:t>Уздріваю в горілці суть.&lt;br /&gt;</w:t>
        <w:br/>
        <w:t>Счервеніла уже калина,&lt;br /&gt;</w:t>
        <w:br/>
        <w:t>Що за гробом моїм понесуть…</w:t>
      </w:r>
    </w:p>
    <w:p>
      <w:r>
        <w:br/>
        <w:t>ГРІШНИК Я, НІДЕ ПРАВДИ ДІТИ.&lt;br /&gt;</w:t>
        <w:br/>
        <w:t>Був женило, джиґун, не послідній таки бабодур,&lt;br /&gt;</w:t>
        <w:br/>
        <w:t>Може, й десь полишив самосійні діти.&lt;br /&gt;</w:t>
        <w:br/>
        <w:t>Та й не молод уже. А укліпився в голову дур.&lt;br /&gt;</w:t>
        <w:br/>
        <w:t>Приманячилась жінка&lt;br /&gt;</w:t>
        <w:br/>
        <w:t>Над всею цією різнею,&lt;br /&gt;</w:t>
        <w:br/>
        <w:t>над блюзнірствами світу — святиня моя сливе&lt;br /&gt;</w:t>
        <w:br/>
        <w:t>Я кохав не одну А щасливий був тільки з нею&lt;br /&gt;</w:t>
        <w:br/>
        <w:t>Не чіпайте її. Вона мені в хмарах пливе.&lt;br /&gt;</w:t>
        <w:br/>
        <w:t>Хтось казав: та вона ж у тебе руда&lt;br /&gt;</w:t>
        <w:br/>
        <w:t>Ох як жар! Та й краси ж гордовитої&lt;br /&gt;</w:t>
        <w:br/>
        <w:t>Після неї кожна — як прісна вода&lt;br /&gt;</w:t>
        <w:br/>
        <w:t>після оковитої.</w:t>
      </w:r>
    </w:p>
    <w:p>
      <w:r>
        <w:br/>
        <w:t>А бувало ж в походах —&lt;br /&gt;</w:t>
        <w:br/>
        <w:t>зголоднію&lt;br /&gt;</w:t>
        <w:br/>
        <w:t>Ой да&lt;br /&gt;</w:t>
        <w:br/>
        <w:t>як захочеться жінки,&lt;br /&gt;</w:t>
        <w:br/>
        <w:t>аж тісно мені в кунтуші.&lt;br /&gt;</w:t>
        <w:br/>
        <w:t>Бо похід то похід.&lt;br /&gt;</w:t>
        <w:br/>
        <w:t>А підвернеться, гляну — хвойда.&lt;br /&gt;</w:t>
        <w:br/>
        <w:t>Так і верне з душі.</w:t>
      </w:r>
    </w:p>
    <w:p>
      <w:r>
        <w:br/>
        <w:t>Або й просто жіноцтво.&lt;br /&gt;</w:t>
        <w:br/>
        <w:t>Ночівля яка чи корчма.&lt;br /&gt;</w:t>
        <w:br/>
        <w:t>Не одна й молодиця&lt;br /&gt;</w:t>
        <w:br/>
        <w:t>ласкава була до мене.&lt;br /&gt;</w:t>
        <w:br/>
        <w:t>Сідло в головах, під боком кошма.&lt;br /&gt;</w:t>
        <w:br/>
        <w:t>А сон присниться — Гелена.</w:t>
      </w:r>
    </w:p>
    <w:p>
      <w:r>
        <w:br/>
        <w:t>Я ЗГАДУВАВ ЇЇ. Я ЖИВ ТИМ КОЖНИМ МЕНТОМ.&lt;br /&gt;</w:t>
        <w:br/>
        <w:t>Беріг в душі як найдорожчий скарб.&lt;br /&gt;</w:t>
        <w:br/>
        <w:t>А він ходив в каптані з позументом,&lt;br /&gt;</w:t>
        <w:br/>
        <w:t>В казну по лікоть руку запускав.</w:t>
      </w:r>
    </w:p>
    <w:p>
      <w:r>
        <w:br/>
        <w:t>Меткий панок, із тих, що не погребують.&lt;br /&gt;</w:t>
        <w:br/>
        <w:t>Воно запхне і совість за манжет.&lt;br /&gt;</w:t>
        <w:br/>
        <w:t>Таке нікчемне — кидик, сухоребрик,&lt;br /&gt;</w:t>
        <w:br/>
        <w:t>ще й зачіска ненаська — левержет.&lt;br /&gt;</w:t>
        <w:br/>
        <w:t>Улестив пані, спритний на підмову.&lt;br /&gt;</w:t>
        <w:br/>
        <w:t>Нагледів гроші і звивавсь як вуж.&lt;br /&gt;</w:t>
        <w:br/>
        <w:t>А я в походах. І ключі від схову&lt;br /&gt;</w:t>
        <w:br/>
        <w:t>довірив гетьмановій, а кому ж?</w:t>
      </w:r>
    </w:p>
    <w:p>
      <w:r>
        <w:br/>
        <w:t>НЕ ПРИЇЖДЖАВ УПОТЕМКУ, УПОТАЙ,&lt;br /&gt;</w:t>
        <w:br/>
        <w:t>аби вночі заскочити обох.&lt;br /&gt;</w:t>
        <w:br/>
        <w:t>Про це й не думав. Поки віриш, поти й&lt;br /&gt;</w:t>
        <w:br/>
        <w:t>душа не піде в жебри до тривог.</w:t>
      </w:r>
    </w:p>
    <w:p>
      <w:r>
        <w:br/>
        <w:t>Я слав гінців наввипередки часу.&lt;br /&gt;</w:t>
        <w:br/>
        <w:t>щоб у письмі такого наверзти!&lt;br /&gt;</w:t>
        <w:br/>
        <w:t>А коли я крізь ніч до тебе мчався —&lt;br /&gt;</w:t>
        <w:br/>
        <w:t>мій кінь іржав уже за три версти!</w:t>
      </w:r>
    </w:p>
    <w:p>
      <w:r>
        <w:br/>
        <w:t>Дубові двері розхряпнем стояли.&lt;br /&gt;</w:t>
        <w:br/>
        <w:t>Любив тебе, не вміючи звикать.&lt;br /&gt;</w:t>
        <w:br/>
        <w:t>То чи ж мені, упитому боями,&lt;br /&gt;</w:t>
        <w:br/>
        <w:t>мущинський дух по запічках шукать?!</w:t>
      </w:r>
    </w:p>
    <w:p>
      <w:r>
        <w:br/>
        <w:t>А ти була…&lt;br /&gt;</w:t>
        <w:br/>
        <w:t>Така була, як завше&lt;br /&gt;</w:t>
        <w:br/>
        <w:t>Лиш не доглупав я у чому річ:&lt;br /&gt;</w:t>
        <w:br/>
        <w:t>стара віщунка, й слова не сказавши&lt;br /&gt;</w:t>
        <w:br/>
        <w:t>полізла спати на холодку піч.</w:t>
      </w:r>
    </w:p>
    <w:p>
      <w:r>
        <w:br/>
        <w:t>А ВСЕ Ж РОЗКРИЛОСЯ НА КРАДІЖЦІ.&lt;br /&gt;</w:t>
        <w:br/>
        <w:t>Сиділа правда в порожній діжці.&lt;br /&gt;</w:t>
        <w:br/>
        <w:t>Казна козацька.&lt;br /&gt;</w:t>
        <w:br/>
        <w:t>Казна що?&lt;br /&gt;</w:t>
        <w:br/>
        <w:t>Болить, що ти таке казна-що!</w:t>
      </w:r>
    </w:p>
    <w:p>
      <w:r>
        <w:br/>
        <w:t>Болить, що отямився лиш допіру,&lt;br /&gt;</w:t>
        <w:br/>
        <w:t>як з погорілля, як з-під золи.&lt;br /&gt;</w:t>
        <w:br/>
        <w:t>Що ви удвох мою довіру,&lt;br /&gt;</w:t>
        <w:br/>
        <w:t>як свині з жолоба, пили!</w:t>
      </w:r>
    </w:p>
    <w:p>
      <w:r>
        <w:br/>
        <w:t>То що ж ти серце із мене вийняла?&lt;br /&gt;</w:t>
        <w:br/>
        <w:t>Ти ж мені душу всю запомийнила!&lt;br /&gt;</w:t>
        <w:br/>
        <w:t>Та будь воно прокляте, все ваше кодло,&lt;br /&gt;</w:t>
        <w:br/>
        <w:t>всі ваші кубла і всі ваші кудли!&lt;br /&gt;</w:t>
        <w:br/>
        <w:t>Та я нап'юся,&lt;br /&gt;</w:t>
        <w:br/>
        <w:t>та я заллюся,&lt;br /&gt;</w:t>
        <w:br/>
        <w:t>та я на камені постелюся!</w:t>
      </w:r>
    </w:p>
    <w:p>
      <w:r>
        <w:br/>
        <w:t>Та я ж не в Суботові,&lt;br /&gt;</w:t>
        <w:br/>
        <w:t>я ж тут в Паволочі.</w:t>
      </w:r>
    </w:p>
    <w:p>
      <w:r>
        <w:br/>
        <w:t>А КІНЬ ЛЕТИТЬ І ЛЕТИТЬ СВІТ ЗА ОЧІ…</w:t>
      </w:r>
    </w:p>
    <w:p>
      <w:r>
        <w:br/>
        <w:t>А ЗАВТРА ЗНОВУ НАСТАНЕ РАНОК</w:t>
      </w:r>
    </w:p>
    <w:p>
      <w:r>
        <w:br/>
        <w:t>Ой коню коню зелений тпру</w:t>
      </w:r>
    </w:p>
    <w:p>
      <w:r>
        <w:br/>
        <w:t>Ох дайте люди мені утираник-&lt;br /&gt;</w:t>
        <w:br/>
        <w:t>багровий сором з лиця утру</w:t>
      </w:r>
    </w:p>
    <w:p>
      <w:r>
        <w:br/>
        <w:t>МАРШАЛОК ДВОРУ, НІЩО В КАПТАНІ.&lt;br /&gt;</w:t>
        <w:br/>
        <w:t>Сказав би: вкрав я. При чім тут пані?&lt;br /&gt;</w:t>
        <w:br/>
        <w:t>Сказав би: каюсь, моя вина.&lt;br /&gt;</w:t>
        <w:br/>
        <w:t>А він лякаєсь: це все вона!&lt;br /&gt;</w:t>
        <w:br/>
        <w:t>Ну хто ж тебе, сучий-пересучий сину,&lt;br /&gt;</w:t>
        <w:br/>
        <w:t>да укусився б ти за язик,&lt;br /&gt;</w:t>
        <w:br/>
        <w:t>питав про ту соромоту псину&lt;br /&gt;</w:t>
        <w:br/>
        <w:t>твоїх нічних у мене позик?!</w:t>
      </w:r>
    </w:p>
    <w:p>
      <w:r>
        <w:br/>
        <w:t>Чи тобі полегшало,&lt;br /&gt;</w:t>
        <w:br/>
        <w:t>що на мене пальцями тицяють&lt;br /&gt;</w:t>
        <w:br/>
        <w:t>від Дніпра аж по Віслу,</w:t>
      </w:r>
    </w:p>
    <w:p>
      <w:r>
        <w:br/>
        <w:t>що Гелена підбитою птицею</w:t>
      </w:r>
    </w:p>
    <w:p>
      <w:r>
        <w:br/>
        <w:t>побіч тебе на воротях повисла?!..</w:t>
      </w:r>
    </w:p>
    <w:p>
      <w:r>
        <w:br/>
        <w:t>В ГОЛОВІ У МЕНЕ ЧОРНА КРУГОВЕРТЬ.&lt;br /&gt;</w:t>
        <w:br/>
        <w:t>Я ж хіба наказував, щоб аж так, на смерть?</w:t>
      </w:r>
    </w:p>
    <w:p>
      <w:r>
        <w:br/>
        <w:t>Кінь такий зелений, груддя з-під копит.&lt;br /&gt;</w:t>
        <w:br/>
        <w:t>В жилах твоїх, сину, кров моя кипить.</w:t>
      </w:r>
    </w:p>
    <w:p>
      <w:r>
        <w:br/>
        <w:t>Ти ж такий удався, що як щось утнеш!&lt;br /&gt;</w:t>
        <w:br/>
        <w:t>Сину мій Тимоше, ти добив мене ж!</w:t>
      </w:r>
    </w:p>
    <w:p>
      <w:r>
        <w:br/>
        <w:t>То ти в очі туркам вилаєш іслам.&lt;br /&gt;</w:t>
        <w:br/>
        <w:t>То ти пообсмалюєш бороди послам.</w:t>
      </w:r>
    </w:p>
    <w:p>
      <w:r>
        <w:br/>
        <w:t>То ти в саме пекло лізеш у бою.&lt;br /&gt;</w:t>
        <w:br/>
        <w:t>Що ж ти так ненавидів мачуху свою?!</w:t>
      </w:r>
    </w:p>
    <w:p>
      <w:r>
        <w:br/>
        <w:t>А Я Ж ТЕБЕ ВЧИВ, ЩО КОБІТУ&lt;br /&gt;</w:t>
        <w:br/>
        <w:t>НЕ МОЖНА УДАРИТИ Й КВІТКОЮ.&lt;br /&gt;</w:t>
        <w:br/>
        <w:t>Щоб ти ж мені виріс лицарем,&lt;br /&gt;</w:t>
        <w:br/>
        <w:t>а не яким душевбогим.&lt;br /&gt;</w:t>
        <w:br/>
        <w:t>Чи ви ж їй хоч ноги обмотали наміткою,&lt;br /&gt;</w:t>
        <w:br/>
        <w:t>щоб не боса стояла перед Богом?..</w:t>
      </w:r>
    </w:p>
    <w:p>
      <w:r>
        <w:br/>
        <w:t>Я ДОГАСАВ. Я ДОГАСИВ&lt;br /&gt;</w:t>
        <w:br/>
        <w:t>цей біль, цю пристрасть, як жаринку.&lt;br /&gt;</w:t>
        <w:br/>
        <w:t>Одне, що в Бога я просив —&lt;br /&gt;</w:t>
        <w:br/>
        <w:t>щоб дав мені забуть цю жінку.&lt;br /&gt;</w:t>
        <w:br/>
        <w:t>Вона була як слід змії&lt;br /&gt;</w:t>
        <w:br/>
        <w:t>Як гріх з отрутою надпитий.&lt;br /&gt;</w:t>
        <w:br/>
        <w:t>Я не ненавидів її.&lt;br /&gt;</w:t>
        <w:br/>
        <w:t>Я був понижений і вбитий.</w:t>
      </w:r>
    </w:p>
    <w:p>
      <w:r>
        <w:br/>
        <w:t>Я пив. Я мучився. Не спав.&lt;br /&gt;</w:t>
        <w:br/>
        <w:t>Боявся посміху, як пастки.&lt;br /&gt;</w:t>
        <w:br/>
        <w:t>Ось я такий і воював.&lt;br /&gt;</w:t>
        <w:br/>
        <w:t>В мені було зерно поразки.</w:t>
      </w:r>
    </w:p>
    <w:p>
      <w:r>
        <w:br/>
        <w:t>БО ЩО Ж ГЕТЬМАНСТВО 3 ТИМ ЙОГО ВЕЛИЧЧЯМ?&lt;br /&gt;</w:t>
        <w:br/>
        <w:t>Високу душу теж стрясає дріж&lt;br /&gt;</w:t>
        <w:br/>
        <w:t>Бо я стояв до ворога обличчям.&lt;br /&gt;</w:t>
        <w:br/>
        <w:t>а жінка в спину застромила ніж.</w:t>
      </w:r>
    </w:p>
    <w:p>
      <w:r>
        <w:br/>
        <w:t>А щоб мене добити вже образою.&lt;br /&gt;</w:t>
        <w:br/>
        <w:t>щоб попливла в очах мені земля —&lt;br /&gt;</w:t>
        <w:br/>
        <w:t>сміялось панство і пило мальвазію&lt;br /&gt;</w:t>
        <w:br/>
        <w:t>за вірність жон в наметі короля</w:t>
      </w:r>
    </w:p>
    <w:p>
      <w:r>
        <w:br/>
        <w:t>Піднявши келихи за вірність&lt;br /&gt;</w:t>
        <w:br/>
        <w:t>вони кричали ще й: "Віват!"&lt;br /&gt;</w:t>
        <w:br/>
        <w:t>Мойого болю безнемірність&lt;br /&gt;</w:t>
        <w:br/>
        <w:t>їм закортіло блазнювать</w:t>
      </w:r>
    </w:p>
    <w:p>
      <w:r>
        <w:br/>
        <w:t>Весь табір чув. Горлали ж до півночі.&lt;br /&gt;</w:t>
        <w:br/>
        <w:t>Умисне брали гетьмана на глум.&lt;br /&gt;</w:t>
        <w:br/>
        <w:t>Пушкар, Джеджалій одвертали очі.&lt;br /&gt;</w:t>
        <w:br/>
        <w:t>Хапавсь за шаблю, аж білів, Богун.</w:t>
      </w:r>
    </w:p>
    <w:p>
      <w:r>
        <w:br/>
        <w:t>В НІЧ ПЕРЕД БОЄМ ЩОБ ТАКА НАРУГА!&lt;br /&gt;</w:t>
        <w:br/>
        <w:t>З таким лицем як стать під корогви?!&lt;br /&gt;</w:t>
        <w:br/>
        <w:t>Та щоб якась там жінка недолуга! —&lt;br /&gt;</w:t>
        <w:br/>
        <w:t>ти гетьман чи ти хто? Та викинь з голови!&lt;br /&gt;</w:t>
        <w:br/>
        <w:t>Ти ж не якийсь розніжений паночок,&lt;br /&gt;</w:t>
        <w:br/>
        <w:t>щоб тільки й думать, люб ти чи не люб&lt;br /&gt;</w:t>
        <w:br/>
        <w:t>Ти маєш двох синів. Дорослих маєш дочок.&lt;br /&gt;</w:t>
        <w:br/>
        <w:t>Це їм пора любитись, брати шлюб</w:t>
      </w:r>
    </w:p>
    <w:p>
      <w:r>
        <w:br/>
        <w:t>А ти, не встигла вмерти їхня мати&lt;br /&gt;</w:t>
        <w:br/>
        <w:t>привів у дім ненависну чужу.&lt;br /&gt;</w:t>
        <w:br/>
        <w:t>То що ж ти хочеш з того всього мати?&lt;br /&gt;</w:t>
        <w:br/>
        <w:t>Ну от і маєш зраду та олжу.</w:t>
      </w:r>
    </w:p>
    <w:p>
      <w:r>
        <w:br/>
        <w:t>Тепер твій син од горя бешкетує.&lt;br /&gt;</w:t>
        <w:br/>
        <w:t>Квітучі села спалює орда.&lt;br /&gt;</w:t>
        <w:br/>
        <w:t>А ти сидиш без війська, без шкатули.&lt;br /&gt;</w:t>
        <w:br/>
        <w:t>Та ще й про жінку думаєш. Біда.</w:t>
      </w:r>
    </w:p>
    <w:p>
      <w:r>
        <w:br/>
        <w:t>ГОЛОВА МОЯ ЩОСЬ ВАЖЕННА.&lt;br /&gt;</w:t>
        <w:br/>
        <w:t>Од провини чи од вина&lt;br /&gt;</w:t>
        <w:br/>
        <w:t>Це ж і син мій колись ожениться.&lt;br /&gt;</w:t>
        <w:br/>
        <w:t>Не дай, Боже, така жона</w:t>
      </w:r>
    </w:p>
    <w:p>
      <w:r>
        <w:br/>
        <w:t>ЛАСУХО МОЯ ДО ЛЮБОВНОЇ ЯРОСТИ!&lt;br /&gt;</w:t>
        <w:br/>
        <w:t>Ніяк не забуду очей твоїх карсти.&lt;br /&gt;</w:t>
        <w:br/>
        <w:t>Твоїх колінець, твойого лона,&lt;br /&gt;</w:t>
        <w:br/>
        <w:t>Згадаю — досі душа холоне.</w:t>
      </w:r>
    </w:p>
    <w:p>
      <w:r>
        <w:br/>
        <w:t>Щоб ти так знала букву й число,&lt;br /&gt;</w:t>
        <w:br/>
        <w:t>як знала жіноцьке своє ремесло!</w:t>
      </w:r>
    </w:p>
    <w:p>
      <w:r>
        <w:br/>
        <w:t>То що ж ти винна, що не льодина?&lt;br /&gt;</w:t>
        <w:br/>
        <w:t>Я ж сам розбештав тебе, єдина&lt;br /&gt;</w:t>
        <w:br/>
        <w:t>Було, заскочу до свої хати,&lt;br /&gt;</w:t>
        <w:br/>
        <w:t>щоб до півночі тебе кохати.&lt;br /&gt;</w:t>
        <w:br/>
        <w:t>Та й знов на ляха або на хана.&lt;br /&gt;</w:t>
        <w:br/>
        <w:t>Це я винуватий, це я, кохана!</w:t>
      </w:r>
    </w:p>
    <w:p>
      <w:r>
        <w:br/>
        <w:t>Бо що ж півночі, що ж ті півночі&lt;br /&gt;</w:t>
        <w:br/>
        <w:t>тобі, розкішній, до ласк охочій?&lt;br /&gt;</w:t>
        <w:br/>
        <w:t>Недоголублю,&lt;br /&gt;</w:t>
        <w:br/>
        <w:t>лиш кров тобі збурю.&lt;br /&gt;</w:t>
        <w:br/>
        <w:t>Прийду до жінки — залишу бурю.</w:t>
      </w:r>
    </w:p>
    <w:p>
      <w:r>
        <w:br/>
        <w:t>І це ж роками, не день, не тиждень,&lt;br /&gt;</w:t>
        <w:br/>
        <w:t>я все в поході, все наодлуці.&lt;br /&gt;</w:t>
        <w:br/>
        <w:t>А ти ж би змерзла була. А ти ж би&lt;br /&gt;</w:t>
        <w:br/>
        <w:t>рознемоглася в такій розлуці.</w:t>
      </w:r>
    </w:p>
    <w:p>
      <w:r>
        <w:br/>
        <w:t>То що ж, ридати мені, топитись?&lt;br /&gt;</w:t>
        <w:br/>
        <w:t>Он чоловіки, так ті — в бурдей.&lt;br /&gt;</w:t>
        <w:br/>
        <w:t>А жінці варто лиш оступитись,&lt;br /&gt;</w:t>
        <w:br/>
        <w:t>то гріх від Бога і від людей.&lt;br /&gt;</w:t>
        <w:br/>
        <w:t>Уже й гуляща, уже й повія,&lt;br /&gt;</w:t>
        <w:br/>
        <w:t>і поговір на неї, і сором.&lt;br /&gt;</w:t>
        <w:br/>
        <w:t>А жінка ж так — не живе, говіє.&lt;br /&gt;</w:t>
        <w:br/>
        <w:t>Прости їй, Боже, невільний скором!</w:t>
      </w:r>
    </w:p>
    <w:p>
      <w:r>
        <w:br/>
        <w:t>Вона ж дурепа, вона ж овечка.&lt;br /&gt;</w:t>
        <w:br/>
        <w:t>Нема чого й розбивати глек.</w:t>
      </w:r>
    </w:p>
    <w:p>
      <w:r>
        <w:br/>
        <w:t>Але якщо вже стрибати в гречку,&lt;br /&gt;</w:t>
        <w:br/>
        <w:t>то хай би в гречці хоч добрий грек!</w:t>
      </w:r>
    </w:p>
    <w:p>
      <w:r>
        <w:br/>
        <w:t>І як же ту блідороту неміч&lt;br /&gt;</w:t>
        <w:br/>
        <w:t>ти брала собі, рознещасна, на ніч?&lt;br /&gt;</w:t>
        <w:br/>
        <w:t>Отой слимак, те нікчемне м'яло! —&lt;br /&gt;</w:t>
        <w:br/>
        <w:t>його хватило, а мене мало?!</w:t>
      </w:r>
    </w:p>
    <w:p>
      <w:r>
        <w:br/>
        <w:t>А може, матері твоїй осичина,&lt;br /&gt;</w:t>
        <w:br/>
        <w:t>була ти мною вже пересичена?&lt;br /&gt;</w:t>
        <w:br/>
        <w:t>Та з доброго харчу, ледачу й тлусту,&lt;br /&gt;</w:t>
        <w:br/>
        <w:t>тебе потягло на таку капусту?!</w:t>
      </w:r>
    </w:p>
    <w:p>
      <w:r>
        <w:br/>
        <w:t>Бриджусь тобою, тля лопушана!&lt;br /&gt;</w:t>
        <w:br/>
        <w:t>Яка єси — така тобі й шана.</w:t>
      </w:r>
    </w:p>
    <w:p>
      <w:r>
        <w:br/>
        <w:t>А КІНЬ ЗЕЛЕНИЙ УЖЕ ХРИПИТЬ</w:t>
      </w:r>
    </w:p>
    <w:p>
      <w:r>
        <w:br/>
        <w:t>Якими сльозами його окропить</w:t>
      </w:r>
    </w:p>
    <w:p>
      <w:r>
        <w:br/>
        <w:t>Яким заарканить його арканом</w:t>
      </w:r>
    </w:p>
    <w:p>
      <w:r>
        <w:br/>
        <w:t>Яким зупинити його барканом</w:t>
      </w:r>
    </w:p>
    <w:p>
      <w:r>
        <w:br/>
        <w:t>Така мені лучилася бредня —&lt;br /&gt;</w:t>
        <w:br/>
        <w:t>допився до зеленого коня.</w:t>
      </w:r>
    </w:p>
    <w:p>
      <w:r>
        <w:br/>
        <w:t>А НА ПОДВІР'Ї ПРОЛИВЕНЬ, ПОТОПА.&lt;br /&gt;</w:t>
        <w:br/>
        <w:t>Пливе фортеця, як старий ковчег.&lt;br /&gt;</w:t>
        <w:br/>
        <w:t>І дивна тінь, чудна моя подоба,&lt;br /&gt;</w:t>
        <w:br/>
        <w:t>гіркий тютюн у люльці притовче.&lt;br /&gt;</w:t>
        <w:br/>
        <w:t>На стелі дощ наплямкує вже плямку.&lt;br /&gt;</w:t>
        <w:br/>
        <w:t>І самота в мигтінні свічечок&lt;br /&gt;</w:t>
        <w:br/>
        <w:t>В дубові двері показала клямку —&lt;br /&gt;</w:t>
        <w:br/>
        <w:t>як ж чортеня глузливий язичок.&lt;br /&gt;</w:t>
        <w:br/>
        <w:t>В очах пливуть якісь павині очка.&lt;br /&gt;</w:t>
        <w:br/>
        <w:t>Шугає вітер. Льонна і лукава,&lt;br /&gt;</w:t>
        <w:br/>
        <w:t>до мене з пітьми простягла сорочка&lt;br /&gt;</w:t>
        <w:br/>
        <w:t>гарячим шовком вишиті рукава.</w:t>
      </w:r>
    </w:p>
    <w:p>
      <w:r>
        <w:br/>
        <w:t>Чого схотів! — лебідоньки в бур'ян.&lt;br /&gt;</w:t>
        <w:br/>
        <w:t>Вернисонця у дурноп'ян.&lt;br /&gt;</w:t>
        <w:br/>
        <w:t>Ти пий. І чарка серебренька є.&lt;br /&gt;</w:t>
        <w:br/>
        <w:t>І десь там джура на бандурі бренькає.</w:t>
      </w:r>
    </w:p>
    <w:p>
      <w:r>
        <w:br/>
        <w:t>І вітер фалю у віконце — плюсь!&lt;br /&gt;</w:t>
        <w:br/>
        <w:t>Втопити хоче у дощах, пекельник.&lt;br /&gt;</w:t>
        <w:br/>
        <w:t>Я — горілчаний потопельник.&lt;br /&gt;</w:t>
        <w:br/>
        <w:t>Я сам в собі зсередини втоплюсь.</w:t>
      </w:r>
    </w:p>
    <w:p>
      <w:r>
        <w:br/>
        <w:t>А що мене на світі ще трима?&lt;br /&gt;</w:t>
        <w:br/>
        <w:t>Чабульк — і чарочки нема.</w:t>
      </w:r>
    </w:p>
    <w:p>
      <w:r>
        <w:br/>
        <w:t>І НЕ СП'ЯНІВ, ЛИШ ГОЛОВУ ЗАПАМОРОЧИВ.&lt;br /&gt;</w:t>
        <w:br/>
        <w:t>Хлюпоче дощ з неораних полів.&lt;br /&gt;</w:t>
        <w:br/>
        <w:t>Чогось містечко називають Паволоч —&lt;br /&gt;</w:t>
        <w:br/>
        <w:t>волока, зав'язка від постолів.</w:t>
      </w:r>
    </w:p>
    <w:p>
      <w:r>
        <w:br/>
        <w:t>А може — шовк. А може — поволока.&lt;br /&gt;</w:t>
        <w:br/>
        <w:t>Волічка днів у шатах давнини.&lt;br /&gt;</w:t>
        <w:br/>
        <w:t>"Це мій народ!" — як сказано в пророка.-&lt;br /&gt;</w:t>
        <w:br/>
        <w:t>"Пшеницю сіяв, а пожав терни".</w:t>
      </w:r>
    </w:p>
    <w:p>
      <w:r>
        <w:br/>
        <w:t>Гей, люди, люди, сірі пострішане!&lt;br /&gt;</w:t>
        <w:br/>
        <w:t>Вам спиться в дощ на кулаці досад.&lt;br /&gt;</w:t>
        <w:br/>
        <w:t>Я, гетьман ваш, я, звиклий до пошани,&lt;br /&gt;</w:t>
        <w:br/>
        <w:t>оце мій самосуд під самосад.</w:t>
      </w:r>
    </w:p>
    <w:p>
      <w:r>
        <w:br/>
        <w:t>Мої гріхи вже до стіни приперті.&lt;br /&gt;</w:t>
        <w:br/>
        <w:t>Я вже ослаб, я вам не захисник.&lt;br /&gt;</w:t>
        <w:br/>
        <w:t>Мені уже три чисниці до смерті.&lt;br /&gt;</w:t>
        <w:br/>
        <w:t>Я вже гіркий і чесний як часник.</w:t>
      </w:r>
    </w:p>
    <w:p>
      <w:r>
        <w:br/>
        <w:t>Є в мене тут і келишок, і кварта.&lt;br /&gt;</w:t>
        <w:br/>
        <w:t>Я п'ю до вас! А ви десь там, десь там —&lt;br /&gt;</w:t>
        <w:br/>
        <w:t>Настав мій час сказати свою правду.&lt;br /&gt;</w:t>
        <w:br/>
        <w:t>Кому скажу? Оцим старим хрестам?</w:t>
      </w:r>
    </w:p>
    <w:p>
      <w:r>
        <w:br/>
        <w:t>Хрести, хрести! Послухайте, я п'яний.&lt;br /&gt;</w:t>
        <w:br/>
        <w:t>Візьміть мене, я смерті не боюсь.&lt;br /&gt;</w:t>
        <w:br/>
        <w:t>Як Святополк, що звався Окаянний,&lt;br /&gt;</w:t>
        <w:br/>
        <w:t>я в цій фортеці об каміння б'юсь!</w:t>
      </w:r>
    </w:p>
    <w:p>
      <w:r>
        <w:br/>
        <w:t>Та я ж не вартий мідної пиняжки.&lt;br /&gt;</w:t>
        <w:br/>
        <w:t>Щоб так страждати через ту змію!&lt;br /&gt;</w:t>
        <w:br/>
        <w:t>Призвів людей до прірви, до поразки,&lt;br /&gt;</w:t>
        <w:br/>
        <w:t>то хоч покайся!.. Каюся і п'ю.</w:t>
      </w:r>
    </w:p>
    <w:p>
      <w:r>
        <w:br/>
        <w:t>ЧОГОСЬ В ОЧАХ МЕНІ УЖЕ ДВА КУХЛІ.&lt;br /&gt;</w:t>
        <w:br/>
        <w:t>То як же пити, із котрого з них?&lt;br /&gt;</w:t>
        <w:br/>
        <w:t>Зелений кінь з надтріснутої кахлі&lt;br /&gt;</w:t>
        <w:br/>
        <w:t>копитом вдарив, заіржав і зник.</w:t>
      </w:r>
    </w:p>
    <w:p>
      <w:r>
        <w:br/>
        <w:t>Мій джура спить, і десь немає відьми.&lt;br /&gt;</w:t>
        <w:br/>
        <w:t>А кінь помчав. А там же поле й ліс.&lt;br /&gt;</w:t>
        <w:br/>
        <w:t>ДЕРЖИ, ЦЕ ВІН! ЦЕ ТОЙ, ЩО ПІД ВОРІТЬМИ&lt;br /&gt;</w:t>
        <w:br/>
        <w:t>МОЮ ЖОНУ ПІД ЗАШМОРГОМ ПРОНІС!</w:t>
      </w:r>
    </w:p>
    <w:p>
      <w:r>
        <w:br/>
        <w:t>ТА ЩО ЗІ МНОЮ? АНІ РУШУ 3 МІСЦЯ.&lt;br /&gt;</w:t>
        <w:br/>
        <w:t>І хто це землю так розколихав?&lt;br /&gt;</w:t>
        <w:br/>
        <w:t>А ти із мене, лицарю, не смійся.&lt;br /&gt;</w:t>
        <w:br/>
        <w:t>Ти свою пані теж, мабуть, кохав.</w:t>
      </w:r>
    </w:p>
    <w:p>
      <w:r>
        <w:br/>
        <w:t>От ти ішов на турка чи на пруса.&lt;br /&gt;</w:t>
        <w:br/>
        <w:t>Замкнув свій замок — не влетить комар.&lt;br /&gt;</w:t>
        <w:br/>
        <w:t>А пані дому любить сажотруса,&lt;br /&gt;</w:t>
        <w:br/>
        <w:t>а він до неї лазить у димар.</w:t>
      </w:r>
    </w:p>
    <w:p>
      <w:r>
        <w:br/>
        <w:t>І ЗНОВУ РАНОК ХМАРАМИ НАГУС.&lt;br /&gt;</w:t>
        <w:br/>
        <w:t>І знов пливе полив'яна рибинка.&lt;br /&gt;</w:t>
        <w:br/>
        <w:t>Щебече птах. Сміється сажотрус,&lt;br /&gt;</w:t>
        <w:br/>
        <w:t>аж на плечі підстрибує драбинка.</w:t>
      </w:r>
    </w:p>
    <w:p>
      <w:r>
        <w:br/>
        <w:t>Чого смієшся? Може, через те,&lt;br /&gt;</w:t>
        <w:br/>
        <w:t>що я тут п'ю в розхристаній кошулі?</w:t>
      </w:r>
    </w:p>
    <w:p>
      <w:r>
        <w:br/>
        <w:t>ЗЕЛЕНИЙ КІНЬ В ОЧАХ МЕНІ РОСТЕ</w:t>
      </w:r>
    </w:p>
    <w:p>
      <w:r>
        <w:br/>
        <w:t>Але чому так тихо у Стамбулі?..</w:t>
      </w:r>
    </w:p>
    <w:p>
      <w:r>
        <w:br/>
        <w:t>Я ВЖЕ ПІВБОЧКИ ВИПИВ ТУТ ВИНА.&lt;br /&gt;</w:t>
        <w:br/>
        <w:t>А відьма мовчки у кутку сиділа.&lt;br /&gt;</w:t>
        <w:br/>
        <w:t>Рухнулася як тінь від кажана:&lt;br /&gt;</w:t>
        <w:br/>
        <w:t>— І доки ж тут чав'ядіти без діла?</w:t>
      </w:r>
    </w:p>
    <w:p>
      <w:r>
        <w:br/>
        <w:t>Я їй сказав щось ніби про чортів.&lt;br /&gt;</w:t>
        <w:br/>
        <w:t>Не знаю сам, заснув я чи упився.</w:t>
      </w:r>
    </w:p>
    <w:p>
      <w:r>
        <w:br/>
        <w:t>Зелений змій над замком пролетів,</w:t>
      </w:r>
    </w:p>
    <w:p>
      <w:r>
        <w:br/>
        <w:t>але хвостом за вежу зачепився…</w:t>
      </w:r>
    </w:p>
    <w:p>
      <w:r>
        <w:br/>
        <w:t>ОТЯМИВСЯ. НЕ П'Ю. ОПОХМЕЛИВСЯ. ДОСИТЬ.&lt;br /&gt;</w:t>
        <w:br/>
        <w:t>На бочку, на вино й не гляну, обмину.&lt;br /&gt;</w:t>
        <w:br/>
        <w:t>Хіба що лицар в камені запросить.&lt;br /&gt;</w:t>
        <w:br/>
        <w:t>Чогось уже не п'ється одному.</w:t>
      </w:r>
    </w:p>
    <w:p>
      <w:r>
        <w:br/>
        <w:t>Шрамко не п'є. Із джурою негоже.&lt;br /&gt;</w:t>
        <w:br/>
        <w:t>Не ласі до питва віщунка і зброяр.&lt;br /&gt;</w:t>
        <w:br/>
        <w:t>Ті двоє завели: "Та ой не шуми, луже!"&lt;br /&gt;</w:t>
        <w:br/>
        <w:t>Програли ми. Ніхто нам не сприяв.</w:t>
      </w:r>
    </w:p>
    <w:p>
      <w:r>
        <w:br/>
        <w:t>АЛЕ НЕ КРАЩЕ В ІНШИХ ТЕЖ КРАЇНАХ.&lt;br /&gt;</w:t>
        <w:br/>
        <w:t>До принца їздив — скрізь одні терни.</w:t>
      </w:r>
    </w:p>
    <w:p>
      <w:r>
        <w:br/>
        <w:t>Лежить Німеччина в руїнах&lt;br /&gt;</w:t>
        <w:br/>
        <w:t>тридцятилітньої війни</w:t>
      </w:r>
    </w:p>
    <w:p>
      <w:r>
        <w:br/>
        <w:t>Всі проти всіх. Скрізь чорний вітер смерті.&lt;br /&gt;</w:t>
        <w:br/>
        <w:t>Усі кордони вигнуті як хорт.&lt;br /&gt;</w:t>
        <w:br/>
        <w:t>Лежать міста, обвуглені, обдерті,&lt;br /&gt;</w:t>
        <w:br/>
        <w:t>не згірш як в нас після монгольських орд.</w:t>
      </w:r>
    </w:p>
    <w:p>
      <w:r>
        <w:br/>
        <w:t>І то ж не орди, не північне царство,&lt;br /&gt;</w:t>
        <w:br/>
        <w:t>не дикі зграї кочових племен.&lt;br /&gt;</w:t>
        <w:br/>
        <w:t>То все народи західні, лицарство,&lt;br /&gt;</w:t>
        <w:br/>
        <w:t>то все війна латинських ойкумен.</w:t>
      </w:r>
    </w:p>
    <w:p>
      <w:r>
        <w:br/>
        <w:t>МАЙБУТНЄ СХОДИТЬ ЧОРНОЮ СІВБОЮ.&lt;br /&gt;</w:t>
        <w:br/>
        <w:t>Що я додав до того врожаю?&lt;br /&gt;</w:t>
        <w:br/>
        <w:t>Усі держави б'ються між собою.&lt;br /&gt;</w:t>
        <w:br/>
        <w:t>Ми ж за державу билися свою.</w:t>
      </w:r>
    </w:p>
    <w:p>
      <w:r>
        <w:br/>
        <w:t>ГУЛЯЛИ ВІТРИ НА ЛА-МАНШІ.&lt;br /&gt;</w:t>
        <w:br/>
        <w:t>Фонтанами бив Фонтенбло.&lt;br /&gt;</w:t>
        <w:br/>
        <w:t>Ще був я не гетьман. Гетьманші&lt;br /&gt;</w:t>
        <w:br/>
        <w:t>і в мислях іще не було.</w:t>
      </w:r>
    </w:p>
    <w:p>
      <w:r>
        <w:br/>
        <w:t>У доброму віці і зрості,&lt;br /&gt;</w:t>
        <w:br/>
        <w:t>я їхав з Варшави аж де —&lt;br /&gt;</w:t>
        <w:br/>
        <w:t>Його королівської мосці&lt;br /&gt;</w:t>
        <w:br/>
        <w:t>посланцем до принца Конде.</w:t>
      </w:r>
    </w:p>
    <w:p>
      <w:r>
        <w:br/>
        <w:t>Чи хто пригадає теперка,&lt;br /&gt;</w:t>
        <w:br/>
        <w:t>як я їм тоді підсобив?&lt;br /&gt;</w:t>
        <w:br/>
        <w:t>Я полк їм послав до Дюнкерка,&lt;br /&gt;</w:t>
        <w:br/>
        <w:t>і полк той мене не зганьбив!</w:t>
      </w:r>
    </w:p>
    <w:p>
      <w:r>
        <w:br/>
        <w:t>А ЧАС МИНУВ. ПОБЛЯКЛИ БАГРЯНИЦІ.&lt;br /&gt;</w:t>
        <w:br/>
        <w:t>І все гай-гай, і де воно тепер?&lt;br /&gt;</w:t>
        <w:br/>
        <w:t>Той принц Конде сидить уже в темниці.&lt;br /&gt;</w:t>
        <w:br/>
        <w:t>Іспанці вже відбили той Дюнкерк.</w:t>
      </w:r>
    </w:p>
    <w:p>
      <w:r>
        <w:br/>
        <w:t>Царя нового мають московити.&lt;br /&gt;</w:t>
        <w:br/>
        <w:t>Король помер, брат взяв його вдову.&lt;br /&gt;</w:t>
        <w:br/>
        <w:t>Я в славі був, і я уже розбитий.&lt;br /&gt;</w:t>
        <w:br/>
        <w:t>Достойно жив, тепер напівживу.</w:t>
      </w:r>
    </w:p>
    <w:p>
      <w:r>
        <w:br/>
        <w:t>МЕНІ ТУТ ТІСНО. ЗВИЧЕН Я ДО ПРОСТОРУ.&lt;br /&gt;</w:t>
        <w:br/>
        <w:t>Тут між каміння добре лиш вужам.</w:t>
      </w:r>
    </w:p>
    <w:p>
      <w:r>
        <w:br/>
        <w:t>Миша з'їла у церкві проскуру,&lt;br /&gt;</w:t>
        <w:br/>
        <w:t>і тепер вона вже кажан.</w:t>
      </w:r>
    </w:p>
    <w:p>
      <w:r>
        <w:br/>
        <w:t>Кам'яна моя огорожа.&lt;br /&gt;</w:t>
        <w:br/>
        <w:t>Ніч ночую забув котру.&lt;br /&gt;</w:t>
        <w:br/>
        <w:t>Хай збувається воля Божа.</w:t>
      </w:r>
    </w:p>
    <w:p>
      <w:r>
        <w:br/>
        <w:t>Наснились бджоли. Видно, скоро вмру.</w:t>
      </w:r>
    </w:p>
    <w:p>
      <w:r>
        <w:br/>
        <w:t>СТАРА ВІЩУНКА ГЕТЬ ЗАНУДЬГУВАЛА.&lt;br /&gt;</w:t>
        <w:br/>
        <w:t>Не варить зілля, не віщує. — Ет!&lt;br /&gt;</w:t>
        <w:br/>
        <w:t>Хоч би послав кому універсала.&lt;br /&gt;</w:t>
        <w:br/>
        <w:t>Чи дику качку збив у очерет.</w:t>
      </w:r>
    </w:p>
    <w:p>
      <w:r>
        <w:br/>
        <w:t>СКУБЕ ТРАВИЧКУ КОНИК МІЙ СТРИНОЖЕНИЙ&lt;br /&gt;</w:t>
        <w:br/>
        <w:t>Зброяр плотву на нитку нанизав.&lt;br /&gt;</w:t>
        <w:br/>
        <w:t>"Vae vicitis!" — горе переможеним! —&lt;br /&gt;</w:t>
        <w:br/>
        <w:t>як той заброда римлянам сказав.</w:t>
      </w:r>
    </w:p>
    <w:p>
      <w:r>
        <w:br/>
        <w:t>ТАК І ЖИВУ. ЗАБУТИЙ, ЗБУТИЙ&lt;br /&gt;</w:t>
        <w:br/>
        <w:t>в ліси, в це лігво кам'яне.&lt;br /&gt;</w:t>
        <w:br/>
        <w:t>А десь, мабуть, як пику в бутель,&lt;br /&gt;</w:t>
        <w:br/>
        <w:t>чутки викривлюють мене.</w:t>
      </w:r>
    </w:p>
    <w:p>
      <w:r>
        <w:br/>
        <w:t>Хай гомонять. На це немає ради.&lt;br /&gt;</w:t>
        <w:br/>
        <w:t>Ковбані слів отруйні для пиття.&lt;br /&gt;</w:t>
        <w:br/>
        <w:t>Відбілює душа свою велику правду&lt;br /&gt;</w:t>
        <w:br/>
        <w:t>у лузі споминів, над річкою Буття.</w:t>
      </w:r>
    </w:p>
    <w:p>
      <w:r>
        <w:br/>
        <w:t>…ЧИ СПРАВДІ ВІРИВ Я У ПЕРЕМОГУ&lt;br /&gt;</w:t>
        <w:br/>
        <w:t>в такій тяжкій нерівній боротьбі?&lt;br /&gt;</w:t>
        <w:br/>
        <w:t>Так, вірив я. Найперше вірив — Богу.&lt;br /&gt;</w:t>
        <w:br/>
        <w:t>І вірив людям. Людям і собі.</w:t>
      </w:r>
    </w:p>
    <w:p>
      <w:r>
        <w:br/>
        <w:t>На мене йшло до двіста тисяч війська.&lt;br /&gt;</w:t>
        <w:br/>
        <w:t>Державний крок, важучий від броні.&lt;br /&gt;</w:t>
        <w:br/>
        <w:t>Було там все — і навіть хрест мальтійський,&lt;br /&gt;</w:t>
        <w:br/>
        <w:t>і срібний щит "тевтонської свині".</w:t>
      </w:r>
    </w:p>
    <w:p>
      <w:r>
        <w:br/>
        <w:t>Зівсюди все під Берестечко пхалось.&lt;br /&gt;</w:t>
        <w:br/>
        <w:t>Охочий світ служити королям.&lt;br /&gt;</w:t>
        <w:br/>
        <w:t>І наймані полки. І навіть німець Страус&lt;br /&gt;</w:t>
        <w:br/>
        <w:t>мені у саме центро поціляв.</w:t>
      </w:r>
    </w:p>
    <w:p>
      <w:r>
        <w:br/>
        <w:t>Там був француз, розчесаний на проділь.&lt;br /&gt;</w:t>
        <w:br/>
        <w:t>І влох, і угрин, і литвин, і сакс.&lt;br /&gt;</w:t>
        <w:br/>
        <w:t>Принижені вожді принижених народів&lt;br /&gt;</w:t>
        <w:br/>
        <w:t>послів не мають від таких моцарств.</w:t>
      </w:r>
    </w:p>
    <w:p>
      <w:r>
        <w:br/>
        <w:t>Пили вино. Писали промеморії.&lt;br /&gt;</w:t>
        <w:br/>
        <w:t>П'яніли від своєї маячні.&lt;br /&gt;</w:t>
        <w:br/>
        <w:t>Підскарбії, підчаші, підкоморії.&lt;br /&gt;</w:t>
        <w:br/>
        <w:t>Коронні, польні, зацні і значні.</w:t>
      </w:r>
    </w:p>
    <w:p>
      <w:r>
        <w:br/>
        <w:t>Достойники, мостиві, рейментари.&lt;br /&gt;</w:t>
        <w:br/>
        <w:t>Ще й посполите рушення юрми.&lt;br /&gt;</w:t>
        <w:br/>
        <w:t>Кварцяне військо, рейтари, гусари,&lt;br /&gt;</w:t>
        <w:br/>
        <w:t>а особливо ті ото — з крильми.</w:t>
      </w:r>
    </w:p>
    <w:p>
      <w:r>
        <w:br/>
        <w:t>Спочатку наше військо й не второпало,&lt;br /&gt;</w:t>
        <w:br/>
        <w:t>як з ними битись, що така броня, —&lt;br /&gt;</w:t>
        <w:br/>
        <w:t>в залізо геть закуте одоробло,&lt;br /&gt;</w:t>
        <w:br/>
        <w:t>є тільки те, чим сісти на коня.&lt;br /&gt;</w:t>
        <w:br/>
        <w:t>Вгорі перо, на грудях Божа Мати.&lt;br /&gt;</w:t>
        <w:br/>
        <w:t>На ліктях сяють срібні маслаки.&lt;br /&gt;</w:t>
        <w:br/>
        <w:t>Таке залізо спробуй проламати.&lt;br /&gt;</w:t>
        <w:br/>
        <w:t>Оце вояк! — не те що козаки.&lt;br /&gt;</w:t>
        <w:br/>
        <w:t>Шолом, нагрудник, все на нім як влито.&lt;br /&gt;</w:t>
        <w:br/>
        <w:t>У нього й кінь захищений як слід.&lt;br /&gt;</w:t>
        <w:br/>
        <w:t>А ми — у свитах. Куці чорні свити.&lt;br /&gt;</w:t>
        <w:br/>
        <w:t>Рукава — й ті, щоб вільно, — навідліт.</w:t>
      </w:r>
    </w:p>
    <w:p>
      <w:r>
        <w:br/>
        <w:t>За ним везуть ще й миску для купелі.&lt;br /&gt;</w:t>
        <w:br/>
        <w:t>Він тоне в постіль, як в лебедій пух.&lt;br /&gt;</w:t>
        <w:br/>
        <w:t>Бряжчать чарки, видзвонюють тарелі.&lt;br /&gt;</w:t>
        <w:br/>
        <w:t>Фаготи-флейти ублажають слух.&lt;br /&gt;</w:t>
        <w:br/>
        <w:t>Коштовна зброя. Коні розцяцьковані.&lt;br /&gt;</w:t>
        <w:br/>
        <w:t>Штани вузькі, незручні для ходи.&lt;br /&gt;</w:t>
        <w:br/>
        <w:t>Оздобні кубки. Душі не зацьковані.&lt;br /&gt;</w:t>
        <w:br/>
        <w:t>Угорські вина і старі меди.</w:t>
      </w:r>
    </w:p>
    <w:p>
      <w:r>
        <w:br/>
        <w:t>Шовкова тля, індики гонорові,&lt;br /&gt;</w:t>
        <w:br/>
        <w:t>землі моєї західний Батий! —&lt;br /&gt;</w:t>
        <w:br/>
        <w:t>чи, може, в битві, на бенкетах крові&lt;br /&gt;</w:t>
        <w:br/>
        <w:t>тобі згодиться кубок золотий?!</w:t>
      </w:r>
    </w:p>
    <w:p>
      <w:r>
        <w:br/>
        <w:t>А ЩО МОСКВА? МОСКВІ НЕМАЄ ДІЛА.&lt;br /&gt;</w:t>
        <w:br/>
        <w:t>Ми — щит Європи і свій хрест несем.&lt;br /&gt;</w:t>
        <w:br/>
        <w:t>Хіба їй що? Вона іще й зраділа —&lt;br /&gt;</w:t>
        <w:br/>
        <w:t>де двоє б'ються, третьому хосен.&lt;br /&gt;</w:t>
        <w:br/>
        <w:t>Ось ми сповна зазнаєм свою муку.&lt;br /&gt;</w:t>
        <w:br/>
        <w:t>І прийде час, безвихідний наш час, —&lt;br /&gt;</w:t>
        <w:br/>
        <w:t>вона нас візьме під високу руку,&lt;br /&gt;</w:t>
        <w:br/>
        <w:t>не ворухнувши й пальцем задля нас.</w:t>
      </w:r>
    </w:p>
    <w:p>
      <w:r>
        <w:br/>
        <w:t>ПІСЛЯ ДОЩІВ ВОРОНИ АЖ БЛИСКУЧІ.&lt;br /&gt;</w:t>
        <w:br/>
        <w:t>Співає пташка голосом тонким.&lt;br /&gt;</w:t>
        <w:br/>
        <w:t>Як добре! Ні за ким у світі я не скучив.&lt;br /&gt;</w:t>
        <w:br/>
        <w:t>Але спинись. Чи й справді ні за ким?</w:t>
      </w:r>
    </w:p>
    <w:p>
      <w:r>
        <w:br/>
        <w:t>Гетьманичі мої! Ви сироти вже двічі.&lt;br /&gt;</w:t>
        <w:br/>
        <w:t>За мачуху простіть, погано вибирав.&lt;br /&gt;</w:t>
        <w:br/>
        <w:t>Я пережив усе — полон, поразку, відчай.&lt;br /&gt;</w:t>
        <w:br/>
        <w:t>Приниження — це те, від чого я вмирав.</w:t>
      </w:r>
    </w:p>
    <w:p>
      <w:r>
        <w:br/>
        <w:t>А надто вже тепер, в часи мого гетьманства.&lt;br /&gt;</w:t>
        <w:br/>
        <w:t>Я дбав про честь і дома, й на війні.&lt;br /&gt;</w:t>
        <w:br/>
        <w:t>Отож воно й пило, насмішкувате панство,&lt;br /&gt;</w:t>
        <w:br/>
        <w:t>бо знало, чим дошкулити мені.</w:t>
      </w:r>
    </w:p>
    <w:p>
      <w:r>
        <w:br/>
        <w:t>Я спопелів. Я вже не був собою.&lt;br /&gt;</w:t>
        <w:br/>
        <w:t>Я тяжко пив і думав про одне.&lt;br /&gt;</w:t>
        <w:br/>
        <w:t>Щоб так на глум, напередодні бою,&lt;br /&gt;</w:t>
        <w:br/>
        <w:t>перед козацтвом виставить мене!</w:t>
      </w:r>
    </w:p>
    <w:p>
      <w:r>
        <w:br/>
        <w:t>Найбільше насміхався Вишневецький,&lt;br /&gt;</w:t>
        <w:br/>
        <w:t>моїм нещастям втішена пиха.&lt;br /&gt;</w:t>
        <w:br/>
        <w:t>Той розум не шляхетний, а шляхетський,&lt;br /&gt;</w:t>
        <w:br/>
        <w:t>усе привчений бачити зверха —</w:t>
      </w:r>
    </w:p>
    <w:p>
      <w:r>
        <w:br/>
        <w:t>не здатен був сумлінням всовіститись,&lt;br /&gt;</w:t>
        <w:br/>
        <w:t>помовчати, зборовши свою тьму.&lt;br /&gt;</w:t>
        <w:br/>
        <w:t>І коли б я хотів кому помститись&lt;br /&gt;</w:t>
        <w:br/>
        <w:t>в житті своєму, то найперш — йому;</w:t>
      </w:r>
    </w:p>
    <w:p>
      <w:r>
        <w:br/>
        <w:t>Пан Конєцпольський зроду недоріка,&lt;br /&gt;</w:t>
        <w:br/>
        <w:t>а вже такий заникуватий став,&lt;br /&gt;</w:t>
        <w:br/>
        <w:t>що поки слухать того чоловіка,&lt;br /&gt;</w:t>
        <w:br/>
        <w:t>то вже би грубу книгу прочитав.</w:t>
      </w:r>
    </w:p>
    <w:p>
      <w:r>
        <w:br/>
        <w:t>Зате вродливий. Там таке субтельне.&lt;br /&gt;</w:t>
        <w:br/>
        <w:t>Там наче хто в амброзії умив.&lt;br /&gt;</w:t>
        <w:br/>
        <w:t>Шляхетна ґемба. Це не те що в мене —&lt;br /&gt;</w:t>
        <w:br/>
        <w:t>немов од скелі брилу одломив.</w:t>
      </w:r>
    </w:p>
    <w:p>
      <w:r>
        <w:br/>
        <w:t>Князь Єремія той не дуже.&lt;br /&gt;</w:t>
        <w:br/>
        <w:t>Той не привабливий з лиця.&lt;br /&gt;</w:t>
        <w:br/>
        <w:t>Воно у нього зле, байдуже, —&lt;br /&gt;</w:t>
        <w:br/>
        <w:t>щось од вчорашнього млинця.</w:t>
      </w:r>
    </w:p>
    <w:p>
      <w:r>
        <w:br/>
        <w:t>Бліде, холодне, невиразне.&lt;br /&gt;</w:t>
        <w:br/>
        <w:t>Не пригадаєш, скільки б раз не&lt;br /&gt;</w:t>
        <w:br/>
        <w:t>дививсь на нього.&lt;br /&gt;</w:t>
        <w:br/>
        <w:t>Але очі —&lt;br /&gt;</w:t>
        <w:br/>
        <w:t>як буре небо в сірім клоччі.&lt;br /&gt;</w:t>
        <w:br/>
        <w:t>А то прокотить по лицю —&lt;br /&gt;</w:t>
        <w:br/>
        <w:t>як блиск остиглого свинцю.&lt;br /&gt;</w:t>
        <w:br/>
        <w:t>В зіницях зашморги гойдає&lt;br /&gt;</w:t>
        <w:br/>
        <w:t>химерно вигнута брова.&lt;br /&gt;</w:t>
        <w:br/>
        <w:t>Лиця ніхто не пригадає.&lt;br /&gt;</w:t>
        <w:br/>
        <w:t>Очей ніхто не забува.</w:t>
      </w:r>
    </w:p>
    <w:p>
      <w:r>
        <w:br/>
        <w:t>Фірлей — то дід, улитий медом.&lt;br /&gt;</w:t>
        <w:br/>
        <w:t>Сидів, куняв там у шатрі.&lt;br /&gt;</w:t>
        <w:br/>
        <w:t>Йому б уже не з Ганімедом&lt;br /&gt;</w:t>
        <w:br/>
        <w:t>вмочать в гербатку сухарі.&lt;br /&gt;</w:t>
        <w:br/>
        <w:t>Читає книги по-латині.&lt;br /&gt;</w:t>
        <w:br/>
        <w:t>Дзижчить як муха в павутині.&lt;br /&gt;</w:t>
        <w:br/>
        <w:t>Говорить слушні дід слова,&lt;br /&gt;</w:t>
        <w:br/>
        <w:t>усе за Польщу вболіва.&lt;br /&gt;</w:t>
        <w:br/>
        <w:t>цей хоч до правди не глухий,&lt;br /&gt;</w:t>
        <w:br/>
        <w:t>зате командувать плохий.</w:t>
      </w:r>
    </w:p>
    <w:p>
      <w:r>
        <w:br/>
        <w:t>Був ще посол заморський, масний як леміщаник.&lt;br /&gt;</w:t>
        <w:br/>
        <w:t>Чарнецький, чорно в роті, а вже в душі стокрот.&lt;br /&gt;</w:t>
        <w:br/>
        <w:t>І Страус довгоногий. І Хубальд висівчаний.&lt;br /&gt;</w:t>
        <w:br/>
        <w:t>Пшепюрський — трохи жевжик і трохи патріот.</w:t>
      </w:r>
    </w:p>
    <w:p>
      <w:r>
        <w:br/>
        <w:t>Потоцький бадьорився, подриґував литками.&lt;br /&gt;</w:t>
        <w:br/>
        <w:t>Старезний вже, подібний до сивої сови, —&lt;br /&gt;</w:t>
        <w:br/>
        <w:t>так наче йому розум хтось білими нитками&lt;br /&gt;</w:t>
        <w:br/>
        <w:t>рідесенько і швидко пришив до голови.</w:t>
      </w:r>
    </w:p>
    <w:p>
      <w:r>
        <w:br/>
        <w:t>А що вже Лянцкоронський, то там таке барило,&lt;br /&gt;</w:t>
        <w:br/>
        <w:t>там на такому пиві настояна пиха!&lt;br /&gt;</w:t>
        <w:br/>
        <w:t>І той туди ж, про вірність. Чиє б ще говорило.&lt;br /&gt;</w:t>
        <w:br/>
        <w:t>В самого жінка добра, і сам не без гріха.</w:t>
      </w:r>
    </w:p>
    <w:p>
      <w:r>
        <w:br/>
        <w:t>Яремина Ґризельда, то пані дуже слічна.&lt;br /&gt;</w:t>
        <w:br/>
        <w:t>Все танці та забави. Красуня врешті-решт.&lt;br /&gt;</w:t>
        <w:br/>
        <w:t>Буває, не без того. Але любов їх вічна.&lt;br /&gt;</w:t>
        <w:br/>
        <w:t>Там хто кому не вірний, уже не розбереш.</w:t>
      </w:r>
    </w:p>
    <w:p>
      <w:r>
        <w:br/>
        <w:t>Король, той має жінку, що в гречку не полізе.&lt;br /&gt;</w:t>
        <w:br/>
        <w:t>Та честь його не вронить, не пустить під укіс.&lt;br /&gt;</w:t>
        <w:br/>
        <w:t>Вона в нього й Марія, вона в нього й Луїза.&lt;br /&gt;</w:t>
        <w:br/>
        <w:t>У них у всіх Марії в додаток до Луїз.</w:t>
      </w:r>
    </w:p>
    <w:p>
      <w:r>
        <w:br/>
        <w:t>Вона була цнотлива й за першим чоловіком&lt;br /&gt;</w:t>
        <w:br/>
        <w:t>їй щось таке гріховне й на думку не спаде.&lt;br /&gt;</w:t>
        <w:br/>
        <w:t>Та й те сказать, властиво воно б уже й за віком.&lt;br /&gt;</w:t>
        <w:br/>
        <w:t>Так що король за нею уже не пропаде.</w:t>
      </w:r>
    </w:p>
    <w:p>
      <w:r>
        <w:br/>
        <w:t>Хай Бог простить, злослівником стаю.&lt;br /&gt;</w:t>
        <w:br/>
        <w:t>Не буду більше, вчасно схаменувся.&lt;br /&gt;</w:t>
        <w:br/>
        <w:t>Вони сміялись на ганьбу мою.&lt;br /&gt;</w:t>
        <w:br/>
        <w:t>А я на їхні цноти усміхнувся.</w:t>
      </w:r>
    </w:p>
    <w:p>
      <w:r>
        <w:br/>
        <w:t>ТУРКОЧУТЬ В ПОЛІ ДИКІ ГОЛУБИ.&lt;br /&gt;</w:t>
        <w:br/>
        <w:t>Хмарки пливуть з Волині на Поділля.&lt;br /&gt;</w:t>
        <w:br/>
        <w:t>Сказати правду, Польщу я любив.&lt;br /&gt;</w:t>
        <w:br/>
        <w:t>Сам їй ніколи б зла не заподіяв.</w:t>
      </w:r>
    </w:p>
    <w:p>
      <w:r>
        <w:br/>
        <w:t>Якби ж то моя воля — не допустив би крові.&lt;br /&gt;</w:t>
        <w:br/>
        <w:t>Не я на ці народи ману таку наслав.&lt;br /&gt;</w:t>
        <w:br/>
        <w:t>Я жив би з ними в мирі. Якби не безголові.&lt;br /&gt;</w:t>
        <w:br/>
        <w:t>Єдин король був мудрий. То був Володислав.</w:t>
      </w:r>
    </w:p>
    <w:p>
      <w:r>
        <w:br/>
        <w:t>Коли дійшло до зброї, до нього я подався.&lt;br /&gt;</w:t>
        <w:br/>
        <w:t>Мене вночі до нього таємно увели.&lt;br /&gt;</w:t>
        <w:br/>
        <w:t>І я сказав: — Королю, вгамуй своїх підданців.&lt;br /&gt;</w:t>
        <w:br/>
        <w:t>Вони ж мені до розпачу народ мій довели!</w:t>
      </w:r>
    </w:p>
    <w:p>
      <w:r>
        <w:br/>
        <w:t>Король мені сказав: — Ти ждеш моєї згоди?&lt;br /&gt;</w:t>
        <w:br/>
        <w:t>Чи дозволу питаєш? За шаблю сам берись.&lt;br /&gt;</w:t>
        <w:br/>
        <w:t>Ти хто, дитя чи гетьман? Я дав тобі клейноди.&lt;br /&gt;</w:t>
        <w:br/>
        <w:t>Мені самому скрутно. Вони такі. Борись.</w:t>
      </w:r>
    </w:p>
    <w:p>
      <w:r>
        <w:br/>
        <w:t>Та він покинув цю земну юдоль —&lt;br /&gt;</w:t>
        <w:br/>
        <w:t>Володислав, що створений для трону.&lt;br /&gt;</w:t>
        <w:br/>
        <w:t>А це… пшепрашам… це такий король,&lt;br /&gt;</w:t>
        <w:br/>
        <w:t>що краще носить шапку, ніж корону.</w:t>
      </w:r>
    </w:p>
    <w:p>
      <w:r>
        <w:br/>
        <w:t>До короля він трохи не доріс.&lt;br /&gt;</w:t>
        <w:br/>
        <w:t>Сказали б греки: схожий на сатира.&lt;br /&gt;</w:t>
        <w:br/>
        <w:t>Лице вузьке, дрібненьке. Зате ніс —&lt;br /&gt;</w:t>
        <w:br/>
        <w:t>як за сім гривень дядькова сокира.</w:t>
      </w:r>
    </w:p>
    <w:p>
      <w:r>
        <w:br/>
        <w:t>Не визнав нам ні вольностей, ні прав.&lt;br /&gt;</w:t>
        <w:br/>
        <w:t>Вже Січ прикроїв до своєї мапи.&lt;br /&gt;</w:t>
        <w:br/>
        <w:t>Мав кардинальську шапочку від папи,&lt;br /&gt;</w:t>
        <w:br/>
        <w:t>але закон безшлюбности зламав.</w:t>
      </w:r>
    </w:p>
    <w:p>
      <w:r>
        <w:br/>
        <w:t>Володислав був мій патрон.&lt;br /&gt;</w:t>
        <w:br/>
        <w:t>Ян-Казимір від нього нижчий.&lt;br /&gt;</w:t>
        <w:br/>
        <w:t>Я підсадив його на трон,&lt;br /&gt;</w:t>
        <w:br/>
        <w:t>тепер він хоче мене знищить.</w:t>
      </w:r>
    </w:p>
    <w:p>
      <w:r>
        <w:br/>
        <w:t>АЛЕ ЧОМУ Ж НЕ ЗНИЩИВ Я ЙОГО?&lt;br /&gt;</w:t>
        <w:br/>
        <w:t>Під Зборовом пани були не дуже браві.&lt;br /&gt;</w:t>
        <w:br/>
        <w:t>Та я ж їх міг там всіх до одного,&lt;br /&gt;</w:t>
        <w:br/>
        <w:t>коли заскочив їх на переправі!</w:t>
      </w:r>
    </w:p>
    <w:p>
      <w:r>
        <w:br/>
        <w:t>Та річка Стрипа вся була в багві.&lt;br /&gt;</w:t>
        <w:br/>
        <w:t>Хапало панство хто кого за поли.&lt;br /&gt;</w:t>
        <w:br/>
        <w:t>Король, зловивши жабу в рукаві,&lt;br /&gt;</w:t>
        <w:br/>
        <w:t>волав о поміч на усі довколи.</w:t>
      </w:r>
    </w:p>
    <w:p>
      <w:r>
        <w:br/>
        <w:t>Страх був дивитись як стогнало скрізь,&lt;br /&gt;</w:t>
        <w:br/>
        <w:t>як потопала рать ота вельможна,&lt;br /&gt;</w:t>
        <w:br/>
        <w:t>як той король хапався за рогіз, —&lt;br /&gt;</w:t>
        <w:br/>
        <w:t>але й без сміху теж було не можна.</w:t>
      </w:r>
    </w:p>
    <w:p>
      <w:r>
        <w:br/>
        <w:t>І тут я раптом сумнівам уліг.&lt;br /&gt;</w:t>
        <w:br/>
        <w:t>В мені підданець гетьмана презміг.&lt;br /&gt;</w:t>
        <w:br/>
        <w:t>І звичка, звичка, спадок всіх неволь,&lt;br /&gt;</w:t>
        <w:br/>
        <w:t>болото… жаба… все ж таки король.</w:t>
      </w:r>
    </w:p>
    <w:p>
      <w:r>
        <w:br/>
        <w:t>Я крикнув: — Згода! — і одвів полки.&lt;br /&gt;</w:t>
        <w:br/>
        <w:t>Як водяні цибаті павуки,&lt;br /&gt;</w:t>
        <w:br/>
        <w:t>забігало те панство по болоту.&lt;br /&gt;</w:t>
        <w:br/>
        <w:t>Я повернув їм гонор і свободу.</w:t>
      </w:r>
    </w:p>
    <w:p>
      <w:r>
        <w:br/>
        <w:t>НА ДРУГИЙ ДЕНЬ ПРИЙШОВ Я У ШАТРО.&lt;br /&gt;</w:t>
        <w:br/>
        <w:t>Король сидів, немов забувши про&lt;br /&gt;</w:t>
        <w:br/>
        <w:t>свою ганьбу. Велично і камінно.&lt;br /&gt;</w:t>
        <w:br/>
        <w:t>Він був король. Я мусив гнуть коліно.&lt;br /&gt;</w:t>
        <w:br/>
        <w:t>Воно не гнулось. Я його зігнув.&lt;br /&gt;</w:t>
        <w:br/>
        <w:t>Я все збагнув, я все тоді збагнув!&lt;br /&gt;</w:t>
        <w:br/>
        <w:t>Я усміхався білими губами.&lt;br /&gt;</w:t>
        <w:br/>
        <w:t>Душа стояла високо над вами.</w:t>
      </w:r>
    </w:p>
    <w:p>
      <w:r>
        <w:br/>
        <w:t>А ВІН, 3 БОЛОТА ВИТЯГНУТИЙ ВОЗОМ,&lt;br /&gt;</w:t>
        <w:br/>
        <w:t>тепер дивився вже згори униз.&lt;br /&gt;</w:t>
        <w:br/>
        <w:t>А що б піти до голови по розум, —&lt;br /&gt;</w:t>
        <w:br/>
        <w:t>кого рятуєш? Ворога?! Спинись!</w:t>
      </w:r>
    </w:p>
    <w:p>
      <w:r>
        <w:br/>
        <w:t>Хай би захряс у тому жабуринні.&lt;br /&gt;</w:t>
        <w:br/>
        <w:t>Хай би послухав співи комарині.&lt;br /&gt;</w:t>
        <w:br/>
        <w:t>За ним і Конєцпольського туди.&lt;br /&gt;</w:t>
        <w:br/>
        <w:t>Вичісував би раків з бороди.</w:t>
      </w:r>
    </w:p>
    <w:p>
      <w:r>
        <w:br/>
        <w:t>Так ні ж. Я дав їм вийти звідтіля.&lt;br /&gt;</w:t>
        <w:br/>
        <w:t>Я не хотів принизить короля!</w:t>
      </w:r>
    </w:p>
    <w:p>
      <w:r>
        <w:br/>
        <w:t>От і живу, як цурка в смолоскипі.&lt;br /&gt;</w:t>
        <w:br/>
        <w:t>Себе картаю в пам'яті живій. —&lt;br /&gt;</w:t>
        <w:br/>
        <w:t>Чого ж ти їх не вистріпав на Стрипі?&lt;br /&gt;</w:t>
        <w:br/>
        <w:t>Тепер би не програв на Пляшовій!</w:t>
      </w:r>
    </w:p>
    <w:p>
      <w:r>
        <w:br/>
        <w:t>ВСЕ ВИНЕН Я. ЗА ВСЕ. У ВСЬОМУ.&lt;br /&gt;</w:t>
        <w:br/>
        <w:t>Не штука битву розпочати.&lt;br /&gt;</w:t>
        <w:br/>
        <w:t>І першу битву, й другу, й сьому, —&lt;br /&gt;</w:t>
        <w:br/>
        <w:t>все мусив я передбачати.</w:t>
      </w:r>
    </w:p>
    <w:p>
      <w:r>
        <w:br/>
        <w:t>Я ж так був употужнився на ляха!&lt;br /&gt;</w:t>
        <w:br/>
        <w:t>За ці роки я так їх перетряс!&lt;br /&gt;</w:t>
        <w:br/>
        <w:t>Чому ж не взяв я шапку Мономаха&lt;br /&gt;</w:t>
        <w:br/>
        <w:t>у свій найвищий, в зоряний свій час?!</w:t>
      </w:r>
    </w:p>
    <w:p>
      <w:r>
        <w:br/>
        <w:t>Коли вступив у Київ я комонно —&lt;br /&gt;</w:t>
        <w:br/>
        <w:t>Після Пиляви, після Жовтих Вод —&lt;br /&gt;</w:t>
        <w:br/>
        <w:t>мене ж вітали малиновим дзвоном,&lt;br /&gt;</w:t>
        <w:br/>
        <w:t>мене ж Мойсеєм називав народ!</w:t>
      </w:r>
    </w:p>
    <w:p>
      <w:r>
        <w:br/>
        <w:t>Чому ж не взяв я владі притаманного?&lt;br /&gt;</w:t>
        <w:br/>
        <w:t>Коронуватися в ті дні&lt;br /&gt;</w:t>
        <w:br/>
        <w:t>на Теодора Начертанного&lt;br /&gt;</w:t>
        <w:br/>
        <w:t>було начертано мені!</w:t>
      </w:r>
    </w:p>
    <w:p>
      <w:r>
        <w:br/>
        <w:t>Почесним правом — волею народу.&lt;br /&gt;</w:t>
        <w:br/>
        <w:t>Таке не снилось вичахлим родам.&lt;br /&gt;</w:t>
        <w:br/>
        <w:t>А цар московський, він якого роду?&lt;br /&gt;</w:t>
        <w:br/>
        <w:t>Він що, з князів? Я сам герба "Абданк"!</w:t>
      </w:r>
    </w:p>
    <w:p>
      <w:r>
        <w:br/>
        <w:t>У них там Боголюбський,&lt;br /&gt;</w:t>
        <w:br/>
        <w:t>у них тверські та клязьминські.&lt;br /&gt;</w:t>
        <w:br/>
        <w:t>Романова знайшли десь, одмили од грязі.</w:t>
      </w:r>
    </w:p>
    <w:p>
      <w:r>
        <w:br/>
        <w:t>А в мене за плечима король Данило Галицький!&lt;br /&gt;</w:t>
        <w:br/>
        <w:t>А в мене за плечима всі Київські князі!</w:t>
      </w:r>
    </w:p>
    <w:p>
      <w:r>
        <w:br/>
        <w:t>От і сиджу, дивлюся на вали.&lt;br /&gt;</w:t>
        <w:br/>
        <w:t>Каміння скель — оце мої всі трони.&lt;br /&gt;</w:t>
        <w:br/>
        <w:t>Над королями страж несуть орли.&lt;br /&gt;</w:t>
        <w:br/>
        <w:t>А наді мною каркають ворони,</w:t>
      </w:r>
    </w:p>
    <w:p>
      <w:r>
        <w:br/>
        <w:t>АЛЕ Ж ЯКА НАД РІЧКОЮ СТРОМА!&lt;br /&gt;</w:t>
        <w:br/>
        <w:t>Обличчя скель пооране віками.&lt;br /&gt;</w:t>
        <w:br/>
        <w:t>Тут нізвідкіль і приступу нема.&lt;br /&gt;</w:t>
        <w:br/>
        <w:t>Її не візьмеш голими руками.</w:t>
      </w:r>
    </w:p>
    <w:p>
      <w:r>
        <w:br/>
        <w:t>Згадав степи… Молочну, Янчекрак.&lt;br /&gt;</w:t>
        <w:br/>
        <w:t>Не те що цей мурований задвірок.&lt;br /&gt;</w:t>
        <w:br/>
        <w:t>А про корону це я так.&lt;br /&gt;</w:t>
        <w:br/>
        <w:t>Мені в короні змалечку цар Ірод.</w:t>
      </w:r>
    </w:p>
    <w:p>
      <w:r>
        <w:br/>
        <w:t>ШРАМКО ПРИЙШОВ.&lt;br /&gt;</w:t>
        <w:br/>
        <w:t>ПРИНІС НЕДОБРІ ВІСТІ.&lt;br /&gt;</w:t>
        <w:br/>
        <w:t>Мені тепер не йде із голови,&lt;br /&gt;</w:t>
        <w:br/>
        <w:t>як полонених, а не менш як двісті,&lt;br /&gt;</w:t>
        <w:br/>
        <w:t>учора вранці полем провели.</w:t>
      </w:r>
    </w:p>
    <w:p>
      <w:r>
        <w:br/>
        <w:t>Вони ішли, прив'язані до коней.&lt;br /&gt;</w:t>
        <w:br/>
        <w:t>Одному ткнув хоч хліба у рукав.&lt;br /&gt;</w:t>
        <w:br/>
        <w:t>Не дав жовнір благословить іконою,&lt;br /&gt;</w:t>
        <w:br/>
        <w:t>а він же сина серед них шукав!</w:t>
      </w:r>
    </w:p>
    <w:p>
      <w:r>
        <w:br/>
        <w:t>НАД ВАЛОМ ПРОЛЕТІЛО ВОРОННЯ.&lt;br /&gt;</w:t>
        <w:br/>
        <w:t>Закаркало, крильми залопотіло.&lt;br /&gt;</w:t>
        <w:br/>
        <w:t>Аж дріж пішов по шкірі у коня.&lt;br /&gt;</w:t>
        <w:br/>
        <w:t>Мабуть, він знав, куди воно летіло…</w:t>
      </w:r>
    </w:p>
    <w:p>
      <w:r>
        <w:br/>
        <w:t>Я ЗАВЖДИ ПЕРШИЙ БИТВУ ПОЧИНАВ.&lt;br /&gt;</w:t>
        <w:br/>
        <w:t>Вони на нас посунули, я вдарив.&lt;br /&gt;</w:t>
        <w:br/>
        <w:t>Початок був для мого війська вдалий,&lt;br /&gt;</w:t>
        <w:br/>
        <w:t>і йшлось до перемоги конче нам.</w:t>
      </w:r>
    </w:p>
    <w:p>
      <w:r>
        <w:br/>
        <w:t>і стелився в полі як у пісні.&lt;br /&gt;</w:t>
        <w:br/>
        <w:t>Гусарам крил вже не тримав хребет.&lt;br /&gt;</w:t>
        <w:br/>
        <w:t>Вже в небі знаки їм були зловісні.&lt;br /&gt;</w:t>
        <w:br/>
        <w:t>Вже їхні коні їли очерет.</w:t>
      </w:r>
    </w:p>
    <w:p>
      <w:r>
        <w:br/>
        <w:t>Уже ядром черкнуло короля.&lt;br /&gt;</w:t>
        <w:br/>
        <w:t>Уже Потоцький у сідло не втрапив.&lt;br /&gt;</w:t>
        <w:br/>
        <w:t>Уже Пшепюрський з лівого крила&lt;br /&gt;</w:t>
        <w:br/>
        <w:t>рвонув навтьоки, загубивши прапор.</w:t>
      </w:r>
    </w:p>
    <w:p>
      <w:r>
        <w:br/>
        <w:t>Пани вже геть поникли головами.&lt;br /&gt;</w:t>
        <w:br/>
        <w:t>А хто й на Краків нищечком потяг.&lt;br /&gt;</w:t>
        <w:br/>
        <w:t>Король їх кляв корчемними словами.&lt;br /&gt;</w:t>
        <w:br/>
        <w:t>А Єремія кликав до звитяг.</w:t>
      </w:r>
    </w:p>
    <w:p>
      <w:r>
        <w:br/>
        <w:t>Над ким звитяги? Над своїм народом?!&lt;br /&gt;</w:t>
        <w:br/>
        <w:t>Князь Єремія з Вишневецьких родом!</w:t>
      </w:r>
    </w:p>
    <w:p>
      <w:r>
        <w:br/>
        <w:t>НЕНАВИДЖУ ПЕРЕВЕРТНІВ. ЦЕ КОДЛО,&lt;br /&gt;</w:t>
        <w:br/>
        <w:t>Мабуть, не менш, ніж вороги, нашкодило.</w:t>
      </w:r>
    </w:p>
    <w:p>
      <w:r>
        <w:br/>
        <w:t>Колись ішли під інші корогви,&lt;br /&gt;</w:t>
        <w:br/>
        <w:t>То ще душа хоч ятрилася болем.&lt;br /&gt;</w:t>
        <w:br/>
        <w:t>Жолкевський, гетьман, той, що із Жовкви,&lt;br /&gt;</w:t>
        <w:br/>
        <w:t>іще молився й плакав перед боєм.</w:t>
      </w:r>
    </w:p>
    <w:p>
      <w:r>
        <w:br/>
        <w:t>А ці уже і вухом не ведуть.&lt;br /&gt;</w:t>
        <w:br/>
        <w:t>Мед-пиво п'ють і по-чужинськи чешуть.&lt;br /&gt;</w:t>
        <w:br/>
        <w:t>А ці уже і матір продадуть,&lt;br /&gt;</w:t>
        <w:br/>
        <w:t>І Україну по світах оббрешуть.</w:t>
      </w:r>
    </w:p>
    <w:p>
      <w:r>
        <w:br/>
        <w:t>На всіх шляхах линовища гадючі.&lt;br /&gt;</w:t>
        <w:br/>
        <w:t>Повзли до влади, терлись при дворі.&lt;br /&gt;</w:t>
        <w:br/>
        <w:t>Відтак з Ревух робилися Ржевуські&lt;br /&gt;</w:t>
        <w:br/>
        <w:t>і добрі хлопці йшли у Киселі.</w:t>
      </w:r>
    </w:p>
    <w:p>
      <w:r>
        <w:br/>
        <w:t>В герби їм треба не орла, а змія.&lt;br /&gt;</w:t>
        <w:br/>
        <w:t>Такі свої чужіші чужини.&lt;br /&gt;</w:t>
        <w:br/>
        <w:t>Але найгірший, звісно, Єремія,&lt;br /&gt;</w:t>
        <w:br/>
        <w:t>бундючний син волоської княжни.</w:t>
      </w:r>
    </w:p>
    <w:p>
      <w:r>
        <w:br/>
        <w:t>ТВІЙ ГЕРБ, ВІДСТУПНИКУ ЯРЕМО,&lt;br /&gt;</w:t>
        <w:br/>
        <w:t>в віках чорнітиме окремо.&lt;br /&gt;</w:t>
        <w:br/>
        <w:t>Не княжим знаком, не орлом, —&lt;br /&gt;</w:t>
        <w:br/>
        <w:t>твоїм відступницьким тавром.</w:t>
      </w:r>
    </w:p>
    <w:p>
      <w:r>
        <w:br/>
        <w:t>На цій землі, слізьми политій,&lt;br /&gt;</w:t>
        <w:br/>
        <w:t>не впишеш кров'ю на гербі —&lt;br /&gt;</w:t>
        <w:br/>
        <w:t>ні слави Речі Посполитій,&lt;br /&gt;</w:t>
        <w:br/>
        <w:t>ні слова доброго собі!</w:t>
      </w:r>
    </w:p>
    <w:p>
      <w:r>
        <w:br/>
        <w:t>РОЗП'ЯТО НАС МІЖ ЗАХОДОМ І СХОДОМ.&lt;br /&gt;</w:t>
        <w:br/>
        <w:t>Що не орел — печінку нам довбе.&lt;br /&gt;</w:t>
        <w:br/>
        <w:t>Зласкався, доле, над моїм народом,&lt;br /&gt;</w:t>
        <w:br/>
        <w:t>щоб він не дався знівечить себе!</w:t>
      </w:r>
    </w:p>
    <w:p>
      <w:r>
        <w:br/>
        <w:t>Бо хто б там що про волю не курникав,&lt;br /&gt;</w:t>
        <w:br/>
        <w:t>свою темноту називавши сном,&lt;br /&gt;</w:t>
        <w:br/>
        <w:t>бува народ маленький, а — великий.&lt;br /&gt;</w:t>
        <w:br/>
        <w:t>А ми давно розбовтані багном.</w:t>
      </w:r>
    </w:p>
    <w:p>
      <w:r>
        <w:br/>
        <w:t>ЯК СТРАШНО ЗНАТИ ПРАВДУ БЕЗ ПРИКРАС!&lt;br /&gt;</w:t>
        <w:br/>
        <w:t>Де воля спить, її ще й приколишуть.</w:t>
      </w:r>
    </w:p>
    <w:p>
      <w:r>
        <w:br/>
        <w:t>За нашу силу пошанують нас.&lt;br /&gt;</w:t>
        <w:br/>
        <w:t>А наші скарги в комині запишуть.</w:t>
      </w:r>
    </w:p>
    <w:p>
      <w:r>
        <w:br/>
        <w:t>ЗБЛИЖАЄТЬСЯ ТОЙ ДЕНЬ І ТА ХВИЛИНА,&lt;br /&gt;</w:t>
        <w:br/>
        <w:t>той день і час уже не в далині,&lt;br /&gt;</w:t>
        <w:br/>
        <w:t>коли задзвонить кожна бадилина&lt;br /&gt;</w:t>
        <w:br/>
        <w:t>нечутним дзвоном — це вже по мені.</w:t>
      </w:r>
    </w:p>
    <w:p>
      <w:r>
        <w:br/>
        <w:t>Невже мій шлях загубиться у мотлосі&lt;br /&gt;</w:t>
        <w:br/>
        <w:t>і потьмяніє днів моїх скрижаль?!&lt;br /&gt;</w:t>
        <w:br/>
        <w:t>Надходить час останньої самотності.&lt;br /&gt;</w:t>
        <w:br/>
        <w:t>Не все я встиг. Усе не встиг. На жаль.</w:t>
      </w:r>
    </w:p>
    <w:p>
      <w:r>
        <w:br/>
        <w:t>А ВТІМ, ЖИТТЯ ЗБУЛОСЬ. ОББИВСЯ І ОБРАНИВСЯ.&lt;br /&gt;</w:t>
        <w:br/>
        <w:t>І жити міг лиш так, а не інак.&lt;br /&gt;</w:t>
        <w:br/>
        <w:t>І вів людей. Якщо це знак обранства —&lt;br /&gt;</w:t>
        <w:br/>
        <w:t>який важкий і невблаганний знак!</w:t>
      </w:r>
    </w:p>
    <w:p>
      <w:r>
        <w:br/>
        <w:t>Це вже таке — ні стерти, ні зносити.&lt;br /&gt;</w:t>
        <w:br/>
        <w:t>Моя погибель — мій же оберіг.&lt;br /&gt;</w:t>
        <w:br/>
        <w:t>Душі моєї грізний Ненаситець&lt;br /&gt;</w:t>
        <w:br/>
        <w:t>Ще не приборкав ні один поріг.</w:t>
      </w:r>
    </w:p>
    <w:p>
      <w:r>
        <w:br/>
        <w:t>Я — ХТО? Я ГЕТЬМАН СТЕПОВОГО БРАТСТВА.&lt;br /&gt;</w:t>
        <w:br/>
        <w:t>Моє життя не щедре на "віват!"&lt;br /&gt;</w:t>
        <w:br/>
        <w:t>Я ж не король. Але якщо вже брався,&lt;br /&gt;</w:t>
        <w:br/>
        <w:t>то мусив цю державу збудувать.</w:t>
      </w:r>
    </w:p>
    <w:p>
      <w:r>
        <w:br/>
        <w:t>І силу ж мав, і славен був спочатку.&lt;br /&gt;</w:t>
        <w:br/>
        <w:t>Перемагав у кожному бою.&lt;br /&gt;</w:t>
        <w:br/>
        <w:t>Чого ж не одяг я ту золоту обичайку&lt;br /&gt;</w:t>
        <w:br/>
        <w:t>на вільну й горду голову свою?!</w:t>
      </w:r>
    </w:p>
    <w:p>
      <w:r>
        <w:br/>
        <w:t>Була б у мене влада нестеменна&lt;br /&gt;</w:t>
        <w:br/>
        <w:t>і династичне древо королят.&lt;br /&gt;</w:t>
        <w:br/>
        <w:t>І мій народ, дорівняний до мене,&lt;br /&gt;</w:t>
        <w:br/>
        <w:t>уже ніхто не смів би обмовлять.</w:t>
      </w:r>
    </w:p>
    <w:p>
      <w:r>
        <w:br/>
        <w:t>Були б у нас і вольності, і право.&lt;br /&gt;</w:t>
        <w:br/>
        <w:t>І нашу славу множили б митці.&lt;br /&gt;</w:t>
        <w:br/>
        <w:t>Держава — держить. Бо вона — держава.&lt;br /&gt;</w:t>
        <w:br/>
        <w:t>У неї скипетр влади у руці.</w:t>
      </w:r>
    </w:p>
    <w:p>
      <w:r>
        <w:br/>
        <w:t>Але ж, на лихо, я не прагнув трону&lt;br /&gt;</w:t>
        <w:br/>
        <w:t>Свободи прагнув, честі і ума.&lt;br /&gt;</w:t>
        <w:br/>
        <w:t>Та й хто гризеться за корону,&lt;br /&gt;</w:t>
        <w:br/>
        <w:t>у тому величі нема.</w:t>
      </w:r>
    </w:p>
    <w:p>
      <w:r>
        <w:br/>
        <w:t>БУВ ПРИ ДВОРАХ. О ВИШУКАНА ЧЕМНІСТЬ!&lt;br /&gt;</w:t>
        <w:br/>
        <w:t>О хижий блиск золочених шулік!&lt;br /&gt;</w:t>
        <w:br/>
        <w:t>Вони мені показують ученість.&lt;br /&gt;</w:t>
        <w:br/>
        <w:t>Я теж, мабуть, не темний чоловік.</w:t>
      </w:r>
    </w:p>
    <w:p>
      <w:r>
        <w:br/>
        <w:t>Горація читав. Словами золотими&lt;br /&gt;</w:t>
        <w:br/>
        <w:t>все залягло скарбницею ума.&lt;br /&gt;</w:t>
        <w:br/>
        <w:t>Врочистий грім високої латини&lt;br /&gt;</w:t>
        <w:br/>
        <w:t>і мудра в'язь слов'янського письма.</w:t>
      </w:r>
    </w:p>
    <w:p>
      <w:r>
        <w:br/>
        <w:t>Турецьку знаю, був там у полоні.&lt;br /&gt;</w:t>
        <w:br/>
        <w:t>Польщизну вчив. Французька на мазі.&lt;br /&gt;</w:t>
        <w:br/>
        <w:t>Якби мав час, теж міг би написати&lt;br /&gt;</w:t>
        <w:br/>
        <w:t>галантний лист мадам де Шуазі.</w:t>
      </w:r>
    </w:p>
    <w:p>
      <w:r>
        <w:br/>
        <w:t>Якби ж ми звичні до таких відвідин.&lt;br /&gt;</w:t>
        <w:br/>
        <w:t>І шкельцем грати з королівських лож.&lt;br /&gt;</w:t>
        <w:br/>
        <w:t>Щоб ми були появлені пред світом&lt;br /&gt;</w:t>
        <w:br/>
        <w:t>в реляціях послів, в опініях вельмож.</w:t>
      </w:r>
    </w:p>
    <w:p>
      <w:r>
        <w:br/>
        <w:t>Щоб мали свій Версаль. Щоб панство було вчене.&lt;br /&gt;</w:t>
        <w:br/>
        <w:t>Щоб на жінках блищали коштовності, кольє.&lt;br /&gt;</w:t>
        <w:br/>
        <w:t>Щоб не до короля, але таки до мене&lt;br /&gt;</w:t>
        <w:br/>
        <w:t>приїхав той Боплан чи той же Шевальє.</w:t>
      </w:r>
    </w:p>
    <w:p>
      <w:r>
        <w:br/>
        <w:t>Щоб двір у мене був. Щоб танці відзіґорні.&lt;br /&gt;</w:t>
        <w:br/>
        <w:t>Щоб з'їхались посли. Щоб цісар гостював.&lt;br /&gt;</w:t>
        <w:br/>
        <w:t>Щоб був піїт, ділами й духом горній.&lt;br /&gt;</w:t>
        <w:br/>
        <w:t>Щоб той мені піїт хоч жінку оспівав.</w:t>
      </w:r>
    </w:p>
    <w:p>
      <w:r>
        <w:br/>
        <w:t>Вона ж у мене що, не гірша королеви.&lt;br /&gt;</w:t>
        <w:br/>
        <w:t>Її вдягнути в це, і вже "пардон, мадам".&lt;br /&gt;</w:t>
        <w:br/>
        <w:t>У них там Фонтенбло. У них герби і леви.&lt;br /&gt;</w:t>
        <w:br/>
        <w:t>А в нас тризуб князівський. І той же мій "Абданк".</w:t>
      </w:r>
    </w:p>
    <w:p>
      <w:r>
        <w:br/>
        <w:t>Щоб сяяв мій палац. Щоб музика і сальви.&lt;br /&gt;</w:t>
        <w:br/>
        <w:t>Щоб знали етикет. Щоб їли артишок.&lt;br /&gt;</w:t>
        <w:br/>
        <w:t>А в мене вона що, в садку садила мальви.&lt;br /&gt;</w:t>
        <w:br/>
        <w:t>Полковникам внесла три миски галушок.</w:t>
      </w:r>
    </w:p>
    <w:p>
      <w:r>
        <w:br/>
        <w:t>От ми такі і є в очах всії Європи —&lt;br /&gt;</w:t>
        <w:br/>
        <w:t>козакко, чернь, поспільство для ярма.&lt;br /&gt;</w:t>
        <w:br/>
        <w:t>Ізгої, бидло, мужики і хлопи,&lt;br /&gt;</w:t>
        <w:br/>
        <w:t>В яких для світу речників нема.</w:t>
      </w:r>
    </w:p>
    <w:p>
      <w:r>
        <w:br/>
        <w:t>А ЩО У НАС РОБИТЬ ВСЕСВІТНЬОМУ ПІЇТУ?&lt;br /&gt;</w:t>
        <w:br/>
        <w:t>Ні світського письма, ні людяних понять.&lt;br /&gt;</w:t>
        <w:br/>
        <w:t>Піїти всіх земель говорять всі до світу.&lt;br /&gt;</w:t>
        <w:br/>
        <w:t>А наші все до себе гомонять.&lt;br /&gt;</w:t>
        <w:br/>
        <w:t>Ну, а якби нам матінка Оранта&lt;br /&gt;</w:t>
        <w:br/>
        <w:t>підкинула Верґілія чи Данта?</w:t>
      </w:r>
    </w:p>
    <w:p>
      <w:r>
        <w:br/>
        <w:t>То й був би він тут за приблуду&lt;br /&gt;</w:t>
        <w:br/>
        <w:t>і невідомий на весь світ&lt;br /&gt;</w:t>
        <w:br/>
        <w:t>неодукованого люду&lt;br /&gt;</w:t>
        <w:br/>
        <w:t>неошанований піїт.</w:t>
      </w:r>
    </w:p>
    <w:p>
      <w:r>
        <w:br/>
        <w:t>МИ — ЛІРНИКИ. МИ ЛЮБИМО ВЕРТЕП.&lt;br /&gt;</w:t>
        <w:br/>
        <w:t>Нам головне — співати про калину.</w:t>
      </w:r>
    </w:p>
    <w:p>
      <w:r>
        <w:br/>
        <w:t>Іде Шрамко. Он рясою мете&lt;br /&gt;</w:t>
        <w:br/>
        <w:t>попід горою кольорову глину.</w:t>
      </w:r>
    </w:p>
    <w:p>
      <w:r>
        <w:br/>
        <w:t>Чи думав я так доживати вік?!&lt;br /&gt;</w:t>
        <w:br/>
        <w:t>Не втішений ні друзями, ні дітьми.&lt;br /&gt;</w:t>
        <w:br/>
        <w:t>Ото, мабуть, єдиний чоловік&lt;br /&gt;</w:t>
        <w:br/>
        <w:t>мені ще вірний. Крім хіба що відьми&lt;br /&gt;</w:t>
        <w:br/>
        <w:t>та зброяра і джури. Отако.&lt;br /&gt;</w:t>
        <w:br/>
        <w:t>Ні жить не хочу, ні вина із бочки.&lt;br /&gt;</w:t>
        <w:br/>
        <w:t>Я тут би вмер, якби не цей Шрамко.&lt;br /&gt;</w:t>
        <w:br/>
        <w:t>Хоч є принаймні з ким посидіть мовчки.</w:t>
      </w:r>
    </w:p>
    <w:p>
      <w:r>
        <w:br/>
        <w:t>ЧОРНІЮТЬ НАШІ ТІНІ БІЛЯ БРАМИ.&lt;br /&gt;</w:t>
        <w:br/>
        <w:t>Горить багаття. Булькає казан.&lt;br /&gt;</w:t>
        <w:br/>
        <w:t>І час від часу зависа над нами&lt;br /&gt;</w:t>
        <w:br/>
        <w:t>коштовностями зір усипаний кажан.</w:t>
      </w:r>
    </w:p>
    <w:p>
      <w:r>
        <w:br/>
        <w:t>Я чую тишу вперше у житті.&lt;br /&gt;</w:t>
        <w:br/>
        <w:t>Мені здається іноді, що глухну.&lt;br /&gt;</w:t>
        <w:br/>
        <w:t>Шугають в пітьму іскри золоті.&lt;br /&gt;</w:t>
        <w:br/>
        <w:t>Я теж багаття. Погорю і вщухну.</w:t>
      </w:r>
    </w:p>
    <w:p>
      <w:r>
        <w:br/>
        <w:t>ШРАМКО ВСЕ ХОДИТЬ НА ВЕЛИКИЙ ШЛЯХ.&lt;br /&gt;</w:t>
        <w:br/>
        <w:t>Все виглядає сина у полях.</w:t>
      </w:r>
    </w:p>
    <w:p>
      <w:r>
        <w:br/>
        <w:t>Чутки приносить. А вони невтішні.&lt;br /&gt;</w:t>
        <w:br/>
        <w:t>Усе як душу побиває шріт.&lt;br /&gt;</w:t>
        <w:br/>
        <w:t>Старі дуби, дукатами торішні,&lt;br /&gt;</w:t>
        <w:br/>
        <w:t>крізь чорні пальці дивляться на світ.</w:t>
      </w:r>
    </w:p>
    <w:p>
      <w:r>
        <w:br/>
        <w:t>Боролись ми. Боролись наші предки.&lt;br /&gt;</w:t>
        <w:br/>
        <w:t>Вже наших втрат неміряне число.&lt;br /&gt;</w:t>
        <w:br/>
        <w:t>А знов свободу починай з абетки.&lt;br /&gt;</w:t>
        <w:br/>
        <w:t>А знову скрізь те саме, що й було.</w:t>
      </w:r>
    </w:p>
    <w:p>
      <w:r>
        <w:br/>
        <w:t>Те ж саме панство. Утиски, оренди.&lt;br /&gt;</w:t>
        <w:br/>
        <w:t>Як рік, і два, і три тому, і п'ять.</w:t>
      </w:r>
    </w:p>
    <w:p>
      <w:r>
        <w:br/>
        <w:t>Стоять ті польські консистенти,</w:t>
      </w:r>
    </w:p>
    <w:p>
      <w:r>
        <w:br/>
        <w:t>постоєм стали і стоять.</w:t>
      </w:r>
    </w:p>
    <w:p>
      <w:r>
        <w:br/>
        <w:t>Адам Кисіль там робить якісь скоки.&lt;br /&gt;</w:t>
        <w:br/>
        <w:t>Як той литовський ціп —&lt;br /&gt;</w:t>
        <w:br/>
        <w:t>молотить на два боки.&lt;br /&gt;</w:t>
        <w:br/>
        <w:t>Горить Волинь. Болить Галичина.&lt;br /&gt;</w:t>
        <w:br/>
        <w:t>Ярема знову людність розпина.</w:t>
      </w:r>
    </w:p>
    <w:p>
      <w:r>
        <w:br/>
        <w:t>А тут іще з'явився гайдабура.&lt;br /&gt;</w:t>
        <w:br/>
        <w:t>Як хижий звір, живущий навідруб,&lt;br /&gt;</w:t>
        <w:br/>
        <w:t>якийсь отаман Лисенко, вовгура,&lt;br /&gt;</w:t>
        <w:br/>
        <w:t>безвинний люд мордує, душогуб.</w:t>
      </w:r>
    </w:p>
    <w:p>
      <w:r>
        <w:br/>
        <w:t>Конає край, розірваний навпіл.&lt;br /&gt;</w:t>
        <w:br/>
        <w:t>І вже вступає в Київ Радзивілл.</w:t>
      </w:r>
    </w:p>
    <w:p>
      <w:r>
        <w:br/>
        <w:t>ВСЕ ЯК У ПРІРВУ. КОРСУНЬ, ЖОВТІ ВОДИ.&lt;br /&gt;</w:t>
        <w:br/>
        <w:t>І що не шлях, то вічний манівець.&lt;br /&gt;</w:t>
        <w:br/>
        <w:t>От тільки хопим дещицю свободи,&lt;br /&gt;</w:t>
        <w:br/>
        <w:t>і знову, знову все іде в нівець!</w:t>
      </w:r>
    </w:p>
    <w:p>
      <w:r>
        <w:br/>
        <w:t>І знов на нас якась лиха година.&lt;br /&gt;</w:t>
        <w:br/>
        <w:t>І знов свобода зрубана на пні.&lt;br /&gt;</w:t>
        <w:br/>
        <w:t>Ох, у житті свобода лиш єдина,&lt;br /&gt;</w:t>
        <w:br/>
        <w:t>одна свобода — та, що у мені!</w:t>
      </w:r>
    </w:p>
    <w:p>
      <w:r>
        <w:br/>
        <w:t>…ПРИСНИЛОСЬ ПЕКЛО. ДИМУ ЧОРНІ ПЕЛЕХИ.&lt;br /&gt;</w:t>
        <w:br/>
        <w:t>Зелений кінь. Ворота. І петля.&lt;br /&gt;</w:t>
        <w:br/>
        <w:t>І дзвонять, дзвонять, дзвонять,&lt;br /&gt;</w:t>
        <w:br/>
        <w:t>дзвонять келихи!-&lt;br /&gt;</w:t>
        <w:br/>
        <w:t>як ті… тоді… в наметі короля…</w:t>
      </w:r>
    </w:p>
    <w:p>
      <w:r>
        <w:br/>
        <w:t>ТАКА МОЯ ПІД ЗОРЯМИ НОЧІВЛЯ.&lt;br /&gt;</w:t>
        <w:br/>
        <w:t>Я вже і снами вбитий наповал.&lt;br /&gt;</w:t>
        <w:br/>
        <w:t>А м'ята ж тут — смарагдова, вечірня!&lt;br /&gt;</w:t>
        <w:br/>
        <w:t>Потреш в руках — як дома побував.</w:t>
      </w:r>
    </w:p>
    <w:p>
      <w:r>
        <w:br/>
        <w:t>Як там тепер? Без неї тьмяні люстра.&lt;br /&gt;</w:t>
        <w:br/>
        <w:t>Аврукають на ґанку голуби.&lt;br /&gt;</w:t>
        <w:br/>
        <w:t>Чиясь душа, рожева як пелюстка,&lt;br /&gt;</w:t>
        <w:br/>
        <w:t>влітає в дім скорботи і ганьби.</w:t>
      </w:r>
    </w:p>
    <w:p>
      <w:r>
        <w:br/>
        <w:t>Стоїть мій сад з плодами на деревах.&lt;br /&gt;</w:t>
        <w:br/>
        <w:t>Старшин своїх чекає гетьманат.&lt;br /&gt;</w:t>
        <w:br/>
        <w:t>І жолоб той на трьох залізних левах&lt;br /&gt;</w:t>
        <w:br/>
        <w:t>із кільцями — щоб коней припинать.</w:t>
      </w:r>
    </w:p>
    <w:p>
      <w:r>
        <w:br/>
        <w:t>Та не іржуть вже коні біля брами.&lt;br /&gt;</w:t>
        <w:br/>
        <w:t>Бо хто приїде, хто їх там припне?&lt;br /&gt;</w:t>
        <w:br/>
        <w:t>Сумний той дім і темний вечорами.&lt;br /&gt;</w:t>
        <w:br/>
        <w:t>Нема Гелени. І нема мене.</w:t>
      </w:r>
    </w:p>
    <w:p>
      <w:r>
        <w:br/>
        <w:t>КРАСУНІ ДОЧКИ СКУЧИЛИ ЗА ТАТОМ.&lt;br /&gt;</w:t>
        <w:br/>
        <w:t>А з мене й справді тато був незлий.&lt;br /&gt;</w:t>
        <w:br/>
        <w:t>Сини мої — Тиміш до шаблі вдатен,&lt;br /&gt;</w:t>
        <w:br/>
        <w:t>а Юрій до науки, але він ще малий.</w:t>
      </w:r>
    </w:p>
    <w:p>
      <w:r>
        <w:br/>
        <w:t>Був ще один синочок,&lt;br /&gt;</w:t>
        <w:br/>
        <w:t>мизинчичок, мазунчик.&lt;br /&gt;</w:t>
        <w:br/>
        <w:t>А вже таке сміливе — моя, козацька, кров.&lt;br /&gt;</w:t>
        <w:br/>
        <w:t>Під час того наїзду&lt;br /&gt;</w:t>
        <w:br/>
        <w:t>загилив, пана влучив.&lt;br /&gt;</w:t>
        <w:br/>
        <w:t>Його тоді Чаплинський до смерті запоров.</w:t>
      </w:r>
    </w:p>
    <w:p>
      <w:r>
        <w:br/>
        <w:t>Аж страшно як згадаю. Я мчав несамовито.&lt;br /&gt;</w:t>
        <w:br/>
        <w:t>Я в Суботів примчався… Ох, сили не стає…&lt;br /&gt;</w:t>
        <w:br/>
        <w:t>Мій хутір пограбований. Дитя моє убите.&lt;br /&gt;</w:t>
        <w:br/>
        <w:t>Гелену мою вкрадено. І все вже не моє.</w:t>
      </w:r>
    </w:p>
    <w:p>
      <w:r>
        <w:br/>
        <w:t>О Січ, козацька мати!&lt;br /&gt;</w:t>
        <w:br/>
        <w:t>І ти, Великий Луже!&lt;br /&gt;</w:t>
        <w:br/>
        <w:t>Та будьте ж мені свідками між Богом і людьми,&lt;br /&gt;</w:t>
        <w:br/>
        <w:t>що був я приневолений хопитись за оружже.&lt;br /&gt;</w:t>
        <w:br/>
        <w:t>І це кровопролиття тут почали не ми.</w:t>
      </w:r>
    </w:p>
    <w:p>
      <w:r>
        <w:br/>
        <w:t>ЧАПЛИНСЬКИЙ ЩО, ХІБА Ж У НЬОМУ СПРАВА?&lt;br /&gt;</w:t>
        <w:br/>
        <w:t>Наддуристий панок, хапкий на свіжину.&lt;br /&gt;</w:t>
        <w:br/>
        <w:t>Законом шестипазурного права&lt;br /&gt;</w:t>
        <w:br/>
        <w:t>забрав мій хутір і забрав жону.</w:t>
      </w:r>
    </w:p>
    <w:p>
      <w:r>
        <w:br/>
        <w:t>І сина в смерть забив.&lt;br /&gt;</w:t>
        <w:br/>
        <w:t>Де бігав мій хлопчина,&lt;br /&gt;</w:t>
        <w:br/>
        <w:t>Я вже застав лиш кров на спориші.</w:t>
      </w:r>
    </w:p>
    <w:p>
      <w:r>
        <w:br/>
        <w:t>Чого не бачив досі я очима,&lt;br /&gt;</w:t>
        <w:br/>
        <w:t>побачив раптом саднами душі.</w:t>
      </w:r>
    </w:p>
    <w:p>
      <w:r>
        <w:br/>
        <w:t>Ото мій край, ото — під нагаями!&lt;br /&gt;</w:t>
        <w:br/>
        <w:t>Ото вони, трикляті, а то — ми.&lt;br /&gt;</w:t>
        <w:br/>
        <w:t>І доки править панство з холуями,&lt;br /&gt;</w:t>
        <w:br/>
        <w:t>добра не буде людям і з людьми.</w:t>
      </w:r>
    </w:p>
    <w:p>
      <w:r>
        <w:br/>
        <w:t>Так ті вельможні, футрами підбиті,&lt;br /&gt;</w:t>
        <w:br/>
        <w:t>за три віки далися нам взнаки! —&lt;br /&gt;</w:t>
        <w:br/>
        <w:t>станцьовані, оспалі, перепиті,&lt;br /&gt;</w:t>
        <w:br/>
        <w:t>пихами набахтурені панки.</w:t>
      </w:r>
    </w:p>
    <w:p>
      <w:r>
        <w:br/>
        <w:t>Для них законів не було й нема.&lt;br /&gt;</w:t>
        <w:br/>
        <w:t>Вони усі в грабунках одностайні.&lt;br /&gt;</w:t>
        <w:br/>
        <w:t>То Шемберк в мене відібрав млина.&lt;br /&gt;</w:t>
        <w:br/>
        <w:t>То Долґерт взяв коня з моєї стайні.</w:t>
      </w:r>
    </w:p>
    <w:p>
      <w:r>
        <w:br/>
        <w:t>Та все плетуть якісь підступні сіті,&lt;br /&gt;</w:t>
        <w:br/>
        <w:t>та все лаштують засідки мені.&lt;br /&gt;</w:t>
        <w:br/>
        <w:t>Не був безпечен вже ніде на світі —&lt;br /&gt;</w:t>
        <w:br/>
        <w:t>ні дома в себе, ні в Чигирині.</w:t>
      </w:r>
    </w:p>
    <w:p>
      <w:r>
        <w:br/>
        <w:t>То спалять скирту. То націлять жерла.&lt;br /&gt;</w:t>
        <w:br/>
        <w:t>То серед ночі зчинять га-ла-ла.&lt;br /&gt;</w:t>
        <w:br/>
        <w:t>Аж перша жінка і злягла, і вмерла,&lt;br /&gt;</w:t>
        <w:br/>
        <w:t>і тиху душу Богу віддала.</w:t>
      </w:r>
    </w:p>
    <w:p>
      <w:r>
        <w:br/>
        <w:t>Я ОПИНИВСЯ У ВЕЛИКІЙ СКРУТІ.&lt;br /&gt;</w:t>
        <w:br/>
        <w:t>Минає рік — він знову за старе.&lt;br /&gt;</w:t>
        <w:br/>
        <w:t>Чаплинському сподобався мій хутір.&lt;br /&gt;</w:t>
        <w:br/>
        <w:t>Не оддаси — наїздом забере.</w:t>
      </w:r>
    </w:p>
    <w:p>
      <w:r>
        <w:br/>
        <w:t>Чаплинському сподобалась Гелена.&lt;br /&gt;</w:t>
        <w:br/>
        <w:t>Чаплинському сподобався мій дім.&lt;br /&gt;</w:t>
        <w:br/>
        <w:t>Він все одніме — і не тільки в мене.&lt;br /&gt;</w:t>
        <w:br/>
        <w:t>У всіх одніме — і не тільки він.</w:t>
      </w:r>
    </w:p>
    <w:p>
      <w:r>
        <w:br/>
        <w:t>І треба гнати всю оту ватагу.&lt;br /&gt;</w:t>
        <w:br/>
        <w:t>Звільнятись треба від того звір'я.&lt;br /&gt;</w:t>
        <w:br/>
        <w:t>Якщо вже я дізнав таку зневагу,&lt;br /&gt;</w:t>
        <w:br/>
        <w:t>то як живуть безправніші, ніж я?!</w:t>
      </w:r>
    </w:p>
    <w:p>
      <w:r>
        <w:br/>
        <w:t>ДО СУДУ ВДАВСЯ. ТА ПРОДАЖНІ СУДДІ.&lt;br /&gt;</w:t>
        <w:br/>
        <w:t>Мене ж було й посаджено в тюрму.&lt;br /&gt;</w:t>
        <w:br/>
        <w:t>А там, в тюрмі, у тиші на відлюдді,&lt;br /&gt;</w:t>
        <w:br/>
        <w:t>є час про все помислити уму.</w:t>
      </w:r>
    </w:p>
    <w:p>
      <w:r>
        <w:br/>
        <w:t>Дарма сміявся ворог мій єхидно.&lt;br /&gt;</w:t>
        <w:br/>
        <w:t>І перемогу празнував. Дарма.&lt;br /&gt;</w:t>
        <w:br/>
        <w:t>Воно з-за ґрат свободу краще видно.&lt;br /&gt;</w:t>
        <w:br/>
        <w:t>То добрий вишкіл іноді — тюрма.</w:t>
      </w:r>
    </w:p>
    <w:p>
      <w:r>
        <w:br/>
        <w:t>АЛЕ Ж ГЕЛЕНА! БОЖЕ МІЙ, ГЕЛЕНА!&lt;br /&gt;</w:t>
        <w:br/>
        <w:t>Уже чужа, Чаплинського жона, —&lt;br /&gt;</w:t>
        <w:br/>
        <w:t>а потайки приходила до мене,&lt;br /&gt;</w:t>
        <w:br/>
        <w:t>приносила у кухлику вина.</w:t>
      </w:r>
    </w:p>
    <w:p>
      <w:r>
        <w:br/>
        <w:t>Вона йому належала з принуки.&lt;br /&gt;</w:t>
        <w:br/>
        <w:t>Сама казала — силою взяли.&lt;br /&gt;</w:t>
        <w:br/>
        <w:t>Як я крізь ґрати цілував ті руки,&lt;br /&gt;</w:t>
        <w:br/>
        <w:t>які мені той кухлик подали!..</w:t>
      </w:r>
    </w:p>
    <w:p>
      <w:r>
        <w:br/>
        <w:t>Я ВТІК З ТЮРМИ. МЕНІ ПОМІГ ТОЙ ШЛЯХТИЧ,&lt;br /&gt;</w:t>
        <w:br/>
        <w:t>який мене стеріг. Стеріг мене й прозрів.&lt;br /&gt;</w:t>
        <w:br/>
        <w:t>І я пішов на Січ.&lt;br /&gt;</w:t>
        <w:br/>
        <w:t>Помчав тим самим шляхом,&lt;br /&gt;</w:t>
        <w:br/>
        <w:t>що змалку знав при сонці й при зорі.</w:t>
      </w:r>
    </w:p>
    <w:p>
      <w:r>
        <w:br/>
        <w:t>Віки з віками в небуття відцокали&lt;br /&gt;</w:t>
        <w:br/>
        <w:t>у вічних ловах правди і добра.&lt;br /&gt;</w:t>
        <w:br/>
        <w:t>А запорожці все сидять як соколи&lt;br /&gt;</w:t>
        <w:br/>
        <w:t>на чортомлицькім рукаві Дніпра.</w:t>
      </w:r>
    </w:p>
    <w:p>
      <w:r>
        <w:br/>
        <w:t>Приїхав я не пишним, не маєтним.&lt;br /&gt;</w:t>
        <w:br/>
        <w:t>Признали враз, зібрались козаки.&lt;br /&gt;</w:t>
        <w:br/>
        <w:t>Ударив дзвін. Мене обрали гетьманом.&lt;br /&gt;</w:t>
        <w:br/>
        <w:t>І почалося. Я повів полки.</w:t>
      </w:r>
    </w:p>
    <w:p>
      <w:r>
        <w:br/>
        <w:t>НЕ ТЕМНИЙ БУНТ, НЕ ЧОРНЕ ВІРОЛОМСТВО&lt;br /&gt;</w:t>
        <w:br/>
        <w:t>не на розбій нагострені шаблі,&lt;br /&gt;</w:t>
        <w:br/>
        <w:t>не ради слави і не задля помсти, —&lt;br /&gt;</w:t>
        <w:br/>
        <w:t>а за свободу рідної землі!</w:t>
      </w:r>
    </w:p>
    <w:p>
      <w:r>
        <w:br/>
        <w:t>МЕНІ КЛЕЙНОДИ, СПРАВДІ, ДАВ КОРОЛЬ.&lt;br /&gt;</w:t>
        <w:br/>
        <w:t>Він ще вважав, що я його підданець.&lt;br /&gt;</w:t>
        <w:br/>
        <w:t>Так нам судилось. В пеклі наших доль&lt;br /&gt;</w:t>
        <w:br/>
        <w:t>не знаєш сам — ти бранець чи обранець.</w:t>
      </w:r>
    </w:p>
    <w:p>
      <w:r>
        <w:br/>
        <w:t>О, не забуду, доки і живу,&lt;br /&gt;</w:t>
        <w:br/>
        <w:t>і той майдан, і ті дерева з інеєм.&lt;br /&gt;</w:t>
        <w:br/>
        <w:t>Мені дали козацьку корогву&lt;br /&gt;</w:t>
        <w:br/>
        <w:t>і привілеї з королівським іменем.</w:t>
      </w:r>
    </w:p>
    <w:p>
      <w:r>
        <w:br/>
        <w:t>З гармат смальнули, сніг сипнув з гілля.&lt;br /&gt;</w:t>
        <w:br/>
        <w:t>Я тішився клейнодами своїми.</w:t>
      </w:r>
    </w:p>
    <w:p>
      <w:r>
        <w:br/>
        <w:t>Але чому — імено короля,&lt;br /&gt;</w:t>
        <w:br/>
        <w:t>а не ім'я священне України?!</w:t>
      </w:r>
    </w:p>
    <w:p>
      <w:r>
        <w:br/>
        <w:t>Гарматний грім одгуркотів і стих.&lt;br /&gt;</w:t>
        <w:br/>
        <w:t>Приймав послів я у своїй господі.&lt;br /&gt;</w:t>
        <w:br/>
        <w:t>Пили вино із кубків золотих,&lt;br /&gt;</w:t>
        <w:br/>
        <w:t>воно було гірке мені на споді.&lt;br /&gt;</w:t>
        <w:br/>
        <w:t>Я ту гіркоту заливав вином.&lt;br /&gt;</w:t>
        <w:br/>
        <w:t>Пив за здоров'я їхнє. А Гелена&lt;br /&gt;</w:t>
        <w:br/>
        <w:t>люльки нам набивала тютюном.&lt;br /&gt;</w:t>
        <w:br/>
        <w:t>І я димів, як попіл Карфагена.</w:t>
      </w:r>
    </w:p>
    <w:p>
      <w:r>
        <w:br/>
        <w:t>Вони не знали, що в моїй душі.&lt;br /&gt;</w:t>
        <w:br/>
        <w:t>Чи вдячен я за ласку королівську.&lt;br /&gt;</w:t>
        <w:br/>
        <w:t>Біля гармат стояли гармаші.&lt;br /&gt;</w:t>
        <w:br/>
        <w:t>Мені не спалось. І не спалось війську.</w:t>
      </w:r>
    </w:p>
    <w:p>
      <w:r>
        <w:br/>
        <w:t>НЕ ВИПРОСИВ. НЕ ВКРАВ. НЕ ЗБОГАРАДИВ.&lt;br /&gt;</w:t>
        <w:br/>
        <w:t>Узяв свободу, приналежну нам.&lt;br /&gt;</w:t>
        <w:br/>
        <w:t>Дивуйся, світе, я ще їх і зрадив!&lt;br /&gt;</w:t>
        <w:br/>
        <w:t>А що я, власне, винен тим панам?</w:t>
      </w:r>
    </w:p>
    <w:p>
      <w:r>
        <w:br/>
        <w:t>Настав мій час, і я задав їм хлости.&lt;br /&gt;</w:t>
        <w:br/>
        <w:t>Хіба я раб, щоб жити з їх щедрот?&lt;br /&gt;</w:t>
        <w:br/>
        <w:t>Для них я — вождь збунтованого хлопства.&lt;br /&gt;</w:t>
        <w:br/>
        <w:t>Для мене я — замучений народ.</w:t>
      </w:r>
    </w:p>
    <w:p>
      <w:r>
        <w:br/>
        <w:t>Всі люблять Польщу в гонорі і в славі.&lt;br /&gt;</w:t>
        <w:br/>
        <w:t>Всяк московит Московію трубить.&lt;br /&gt;</w:t>
        <w:br/>
        <w:t>Лиш нам чомусь відмовлено у праві&lt;br /&gt;</w:t>
        <w:br/>
        <w:t>свою вітчизну над усе любить.</w:t>
      </w:r>
    </w:p>
    <w:p>
      <w:r>
        <w:br/>
        <w:t>МІЙ ДВІР В ЧИГИРИНІ, АВЖЕЖ, НЕ ФОНТЕНБЛО.&lt;br /&gt;</w:t>
        <w:br/>
        <w:t>Там плющ не повивав мережані альтани.&lt;br /&gt;</w:t>
        <w:br/>
        <w:t>Троянди не цвіли. І часу не було&lt;br /&gt;</w:t>
        <w:br/>
        <w:t>довбати в скелі голубі фонтани.</w:t>
      </w:r>
    </w:p>
    <w:p>
      <w:r>
        <w:br/>
        <w:t>Був замок весь у прорізах бійниць.&lt;br /&gt;</w:t>
        <w:br/>
        <w:t>З глибин камінних добували воду.&lt;br /&gt;</w:t>
        <w:br/>
        <w:t>І замість всіх придворних таємниць&lt;br /&gt;</w:t>
        <w:br/>
        <w:t>було єдине — мрія про свободу.</w:t>
      </w:r>
    </w:p>
    <w:p>
      <w:r>
        <w:br/>
        <w:t>НЕ протирав паркети шалапут.&lt;br /&gt;</w:t>
        <w:br/>
        <w:t>Не шаруділо сукнями жіноцтво.&lt;br /&gt;</w:t>
        <w:br/>
        <w:t>І жоден з дипломатів, ниткоплут,&lt;br /&gt;</w:t>
        <w:br/>
        <w:t>Не мав де показать своє пустомолотство.</w:t>
      </w:r>
    </w:p>
    <w:p>
      <w:r>
        <w:br/>
        <w:t>І не було алей на променад.&lt;br /&gt;</w:t>
        <w:br/>
        <w:t>Ні вишуканих вин, ні пундиків, ні печив.&lt;br /&gt;</w:t>
        <w:br/>
        <w:t>При Бродах взявши сорок п'ять гармат,&lt;br /&gt;</w:t>
        <w:br/>
        <w:t>я ними Чигирин ще більше убезпечив.</w:t>
      </w:r>
    </w:p>
    <w:p>
      <w:r>
        <w:br/>
        <w:t>Були полки і зброя розмаїта.&lt;br /&gt;</w:t>
        <w:br/>
        <w:t>Залоги скрізь, і тут, і за Дніпром.&lt;br /&gt;</w:t>
        <w:br/>
        <w:t>А нам би ще мислителя, піїта,&lt;br /&gt;</w:t>
        <w:br/>
        <w:t>щоб володів — як шаблею — пером!</w:t>
      </w:r>
    </w:p>
    <w:p>
      <w:r>
        <w:br/>
        <w:t>МОЛЮСЯ НАШІЙ ПРЕСВЯТІЙ ПОКРОВІ.&lt;br /&gt;</w:t>
        <w:br/>
        <w:t>благослови і пера, і шаблі!&lt;br /&gt;</w:t>
        <w:br/>
        <w:t>Бо лиш народи, явлені у Слові,&lt;br /&gt;</w:t>
        <w:br/>
        <w:t>достойно жити можуть на землі.</w:t>
      </w:r>
    </w:p>
    <w:p>
      <w:r>
        <w:br/>
        <w:t>Є ЧУТКА — ВИШНЕВЕЦЬКИЙ НАСТУПА.&lt;br /&gt;</w:t>
        <w:br/>
        <w:t>Грабує край, лишає пустовщину.&lt;br /&gt;</w:t>
        <w:br/>
        <w:t>Яка його неправедна тропа —&lt;br /&gt;</w:t>
        <w:br/>
        <w:t>щоб наступать на власну батьківщину!</w:t>
      </w:r>
    </w:p>
    <w:p>
      <w:r>
        <w:br/>
        <w:t>Король, султан, визискувач, торгаш,&lt;br /&gt;</w:t>
        <w:br/>
        <w:t>гнобитель, кат, загарбник войовничий —&lt;br /&gt;</w:t>
        <w:br/>
        <w:t>то все чужі. А Вишневецький — наш.&lt;br /&gt;</w:t>
        <w:br/>
        <w:t>І ось тому для мене він найгидчий.</w:t>
      </w:r>
    </w:p>
    <w:p>
      <w:r>
        <w:br/>
        <w:t>Він од князів веде свій родовід.&lt;br /&gt;</w:t>
        <w:br/>
        <w:t>Являє віть шляхетну і відому.&lt;br /&gt;</w:t>
        <w:br/>
        <w:t>У нього жінка з роду Радзивілл.&lt;br /&gt;</w:t>
        <w:br/>
        <w:t>У нього мати — Могилянка з дому.</w:t>
      </w:r>
    </w:p>
    <w:p>
      <w:r>
        <w:br/>
        <w:t>Був прадід славен в нашому краю.&lt;br /&gt;</w:t>
        <w:br/>
        <w:t>А цей як звір, душа без покаяння.&lt;br /&gt;</w:t>
        <w:br/>
        <w:t>Я не борюся з ним — протистою!&lt;br /&gt;</w:t>
        <w:br/>
        <w:t>Воно смертельне, це протистояння.</w:t>
      </w:r>
    </w:p>
    <w:p>
      <w:r>
        <w:br/>
        <w:t>Йому тепер без мене, ясно, рай.&lt;br /&gt;</w:t>
        <w:br/>
        <w:t>Нема кому із нього пір'я драти.&lt;br /&gt;</w:t>
        <w:br/>
        <w:t>Повзявши намір визволити край,&lt;br /&gt;</w:t>
        <w:br/>
        <w:t>О як я міг ганебно так програти?!</w:t>
      </w:r>
    </w:p>
    <w:p>
      <w:r>
        <w:br/>
        <w:t>ТЕПЕР ДОВІКУ НА МЕНІ ТАВРО.&lt;br /&gt;</w:t>
        <w:br/>
        <w:t>Не одмолю і в чорній власяниці.</w:t>
      </w:r>
    </w:p>
    <w:p>
      <w:r>
        <w:br/>
        <w:t>У сні я переплив Дніпро.</w:t>
      </w:r>
    </w:p>
    <w:p>
      <w:r>
        <w:br/>
        <w:t>Але чомусь причалив до гробниці.</w:t>
      </w:r>
    </w:p>
    <w:p>
      <w:r>
        <w:br/>
        <w:t>ВТОМИВСЯ. ЗАНЕПАВ. ЗНЕВІРИВСЯ. ПІДДАВСЯ.&lt;br /&gt;</w:t>
        <w:br/>
        <w:t>Зрадіють вороги, що вмер в такій ганьбі.&lt;br /&gt;</w:t>
        <w:br/>
        <w:t>Не маю права вмерти. У тому ж і біда вся —</w:t>
      </w:r>
    </w:p>
    <w:p>
      <w:r>
        <w:br/>
        <w:t>при владі чоловік належить не собі.</w:t>
      </w:r>
    </w:p>
    <w:p>
      <w:r>
        <w:br/>
        <w:t>Але над ким, над ким, над ким</w:t>
      </w:r>
    </w:p>
    <w:p>
      <w:r>
        <w:br/>
        <w:t>тепер я в світі владен?!</w:t>
      </w:r>
    </w:p>
    <w:p>
      <w:r>
        <w:br/>
        <w:t>Самотній чоловік, я дуже безпораден.</w:t>
      </w:r>
    </w:p>
    <w:p>
      <w:r>
        <w:br/>
        <w:t>Вже в небі зорі висіяли мак.&lt;br /&gt;</w:t>
        <w:br/>
        <w:t>Дорога спить над ставом очеретяним.</w:t>
      </w:r>
    </w:p>
    <w:p>
      <w:r>
        <w:br/>
        <w:t>Відпоясавши шаблю, ти вже так —</w:t>
      </w:r>
    </w:p>
    <w:p>
      <w:r>
        <w:br/>
        <w:t>іще людина, але вже не гетьман.</w:t>
      </w:r>
    </w:p>
    <w:p>
      <w:r>
        <w:br/>
        <w:t>Звикати важко. Жаль гнітить людину.&lt;br /&gt;</w:t>
        <w:br/>
        <w:t>У славі й шані був я ще торік.&lt;br /&gt;</w:t>
        <w:br/>
        <w:t>Та що таке? Ні вогника ж, ні диму,&lt;br /&gt;</w:t>
        <w:br/>
        <w:t>А вранці знову півень — кукурік!</w:t>
      </w:r>
    </w:p>
    <w:p>
      <w:r>
        <w:br/>
        <w:t>Верба зігнулась як стара прочанка.&lt;br /&gt;</w:t>
        <w:br/>
        <w:t>Невже хтось є на згарищах села?&lt;br /&gt;</w:t>
        <w:br/>
        <w:t>Хоч би яка вродлива підзамчанка&lt;br /&gt;</w:t>
        <w:br/>
        <w:t>Мені води у кухлику внесла.</w:t>
      </w:r>
    </w:p>
    <w:p>
      <w:r>
        <w:br/>
        <w:t>Оце таке. Ні дому. Ні жони.&lt;br /&gt;</w:t>
        <w:br/>
        <w:t>Стара фортеця. Сови. Кажани.</w:t>
      </w:r>
    </w:p>
    <w:p>
      <w:r>
        <w:br/>
        <w:t>ЧОГО Я ТУТ? КРІЗЬ КІГТІ ЧАГАРИН&lt;br /&gt;</w:t>
        <w:br/>
        <w:t>шукаю обрис втраченого храму.&lt;br /&gt;</w:t>
        <w:br/>
        <w:t>Я маю свій гетьманський Чигирин.&lt;br /&gt;</w:t>
        <w:br/>
        <w:t>Але мені не відчинили браму.</w:t>
      </w:r>
    </w:p>
    <w:p>
      <w:r>
        <w:br/>
        <w:t>Я маю дім і церкву Ілиї.&lt;br /&gt;</w:t>
        <w:br/>
        <w:t>Маєток маю, землю свою отчу.&lt;br /&gt;</w:t>
        <w:br/>
        <w:t>Але там все нагадує — її.&lt;br /&gt;</w:t>
        <w:br/>
        <w:t>Ввійти в ту браму я і сам не хочу.</w:t>
      </w:r>
    </w:p>
    <w:p>
      <w:r>
        <w:br/>
        <w:t>ЗАГЛЯНУВ СПОГАД У ВІКОНЦЕ МИТІ.&lt;br /&gt;</w:t>
        <w:br/>
        <w:t>Згадалося життя моє — тамте!&lt;br /&gt;</w:t>
        <w:br/>
        <w:t>Ружова пані в синім оксамиті,&lt;br /&gt;</w:t>
        <w:br/>
        <w:t>шитво на грудях біле й золоте.</w:t>
      </w:r>
    </w:p>
    <w:p>
      <w:r>
        <w:br/>
        <w:t>Моя Гелена… Не моя Гелена…&lt;br /&gt;</w:t>
        <w:br/>
        <w:t>Я вже не мав ні вольностей, ні прав.&lt;br /&gt;</w:t>
        <w:br/>
        <w:t>Ту жінку спершу викрали у мене,&lt;br /&gt;</w:t>
        <w:br/>
        <w:t>а потім я оружно відібрав.</w:t>
      </w:r>
    </w:p>
    <w:p>
      <w:r>
        <w:br/>
        <w:t>І може, це було переступом,&lt;br /&gt;</w:t>
        <w:br/>
        <w:t>і нас осудять в небесах, —&lt;br /&gt;</w:t>
        <w:br/>
        <w:t>у храмі Божому, всечесному,&lt;br /&gt;</w:t>
        <w:br/>
        <w:t>нас обвінчав Іоасаф.</w:t>
      </w:r>
    </w:p>
    <w:p>
      <w:r>
        <w:br/>
        <w:t>Чеснот владика незліченних,&lt;br /&gt;</w:t>
        <w:br/>
        <w:t>з Корінфа мав високий сан.&lt;br /&gt;</w:t>
        <w:br/>
        <w:t>Він був людина — не із чемних&lt;br /&gt;</w:t>
        <w:br/>
        <w:t>і не співав мені осанн.</w:t>
      </w:r>
    </w:p>
    <w:p>
      <w:r>
        <w:br/>
        <w:t>Але він був і піп, і воїн.&lt;br /&gt;</w:t>
        <w:br/>
        <w:t>Священик був на грізний час.&lt;br /&gt;</w:t>
        <w:br/>
        <w:t>Він був поставою достоєн.&lt;br /&gt;</w:t>
        <w:br/>
        <w:t>Він пастир був, і добре пас.</w:t>
      </w:r>
    </w:p>
    <w:p>
      <w:r>
        <w:br/>
        <w:t>ВІН ДУЖЕ БУВ ЗНАЧНИЙ. СВОЄ ЩОСЬ МАВ НА ДУМЦІ.&lt;br /&gt;</w:t>
        <w:br/>
        <w:t>Носив коштовний хрест на срібнім ланцюгу.&lt;br /&gt;</w:t>
        <w:br/>
        <w:t>Панів благословляв із Рима папський нунцій.&lt;br /&gt;</w:t>
        <w:br/>
        <w:t>Стояло їхнє військо коліном в пилюгу.</w:t>
      </w:r>
    </w:p>
    <w:p>
      <w:r>
        <w:br/>
        <w:t>Той папський посланець амбітні мав інтенції&lt;br /&gt;</w:t>
        <w:br/>
        <w:t>Врочисто говорив, аж мліли вусачі.</w:t>
      </w:r>
    </w:p>
    <w:p>
      <w:r>
        <w:br/>
        <w:t>Той нунцій роздавав полякам індульгенції.&lt;br /&gt;</w:t>
        <w:br/>
        <w:t>А наш Іоасаф усе святив мечі.</w:t>
      </w:r>
    </w:p>
    <w:p>
      <w:r>
        <w:br/>
        <w:t>ШРАМКО ДЕСЬ ЧУВ, ЩО ВІН ПОЛІГ ЯК ЛИЦАР.&lt;br /&gt;</w:t>
        <w:br/>
        <w:t>Первосвященик мій, в миру анахорет.&lt;br /&gt;</w:t>
        <w:br/>
        <w:t>Душпастир і козак, єдиний у двох лицях,&lt;br /&gt;</w:t>
        <w:br/>
        <w:t>коли нас відтіснили, він вийшов наперед.</w:t>
      </w:r>
    </w:p>
    <w:p>
      <w:r>
        <w:br/>
        <w:t>Він їх спиняв хрестом. Він заклинав.</w:t>
      </w:r>
    </w:p>
    <w:p>
      <w:r>
        <w:br/>
        <w:t>І джура</w:t>
      </w:r>
    </w:p>
    <w:p>
      <w:r>
        <w:br/>
        <w:t>не встиг його прикрити, бо ворог осадив.&lt;br /&gt;</w:t>
        <w:br/>
        <w:t>І найманець, чужак, якась продажна шкура,&lt;br /&gt;</w:t>
        <w:br/>
        <w:t>мечем йому той хрест у груди вгородив.</w:t>
      </w:r>
    </w:p>
    <w:p>
      <w:r>
        <w:br/>
        <w:t>Він так там і лежав.&lt;br /&gt;</w:t>
        <w:br/>
        <w:t>І в день свого тріумфу, —&lt;br /&gt;</w:t>
        <w:br/>
        <w:t>розказував Шрамко як чув із людських вуст, —&lt;br /&gt;</w:t>
        <w:br/>
        <w:t>туди прийшов король і зняв свого треуха:&lt;br /&gt;</w:t>
        <w:br/>
        <w:t>серед мерців лежав у митрі Златоуст.</w:t>
      </w:r>
    </w:p>
    <w:p>
      <w:r>
        <w:br/>
        <w:t>І навіть цей король збагнув тієї миті,&lt;br /&gt;</w:t>
        <w:br/>
        <w:t>хто перед ним лежить,&lt;br /&gt;</w:t>
        <w:br/>
        <w:t>І повелів перстом —&lt;br /&gt;</w:t>
        <w:br/>
        <w:t>от цього поховати — із почестями, в митрі.&lt;br /&gt;</w:t>
        <w:br/>
        <w:t>У повнім облачінні, з проламаним хрестом.</w:t>
      </w:r>
    </w:p>
    <w:p>
      <w:r>
        <w:br/>
        <w:t>ШРАМКО — ЦЕ ЧОЛОВІК НЕПОКАЗНИЙ НА ВРОДУ.&lt;br /&gt;</w:t>
        <w:br/>
        <w:t>Худий і хоровитий, і не мужицька кість.&lt;br /&gt;</w:t>
        <w:br/>
        <w:t>Цей був би нездолящий для битви, для походу.&lt;br /&gt;</w:t>
        <w:br/>
        <w:t>А щось та щось нам прийде з містечка розповість.</w:t>
      </w:r>
    </w:p>
    <w:p>
      <w:r>
        <w:br/>
        <w:t>— Оце недавно у один повіт&lt;br /&gt;</w:t>
        <w:br/>
        <w:t>приїхав проповідник, єзуїт.&lt;br /&gt;</w:t>
        <w:br/>
        <w:t>Таку цвітасту казань говорив.&lt;br /&gt;</w:t>
        <w:br/>
        <w:t>За нашу мову нас таки й вкорив.&lt;br /&gt;</w:t>
        <w:br/>
        <w:t>Він говорив польщизною рекомо,&lt;br /&gt;</w:t>
        <w:br/>
        <w:t>що люд говорить хтозна по-якому.&lt;br /&gt;</w:t>
        <w:br/>
        <w:t>Що мова ця погана і невдатна,&lt;br /&gt;</w:t>
        <w:br/>
        <w:t>для філософій різних непридатна.&lt;br /&gt;</w:t>
        <w:br/>
        <w:t>Що це наріччя, як йому здається,&lt;br /&gt;</w:t>
        <w:br/>
        <w:t>для вчених слів ніяк не надається.&lt;br /&gt;</w:t>
        <w:br/>
        <w:t>Що з тої мови, попри всі старання,&lt;br /&gt;</w:t>
        <w:br/>
        <w:t>лише одна невіжа і блукання.</w:t>
      </w:r>
    </w:p>
    <w:p>
      <w:r>
        <w:br/>
        <w:t>Вони вважають мову нашу бідною&lt;br /&gt;</w:t>
        <w:br/>
        <w:t>і нас вважають темними людьми.&lt;br /&gt;</w:t>
        <w:br/>
        <w:t>Але ж, диви, найпершу в світі Біблію —&lt;br /&gt;</w:t>
        <w:br/>
        <w:t>слов'янську — миру появили ми!</w:t>
      </w:r>
    </w:p>
    <w:p>
      <w:r>
        <w:br/>
        <w:t>А інший раз постояв біля брами,&lt;br /&gt;</w:t>
        <w:br/>
        <w:t>потупкався, почухавши брову.&lt;br /&gt;</w:t>
        <w:br/>
        <w:t>— Вже, — каже, — десь і гетьмана обрали.&lt;br /&gt;</w:t>
        <w:br/>
        <w:t>Уже й не одного. Розломлять булаву.</w:t>
      </w:r>
    </w:p>
    <w:p>
      <w:r>
        <w:br/>
        <w:t>РОЗЛОМЛЯТЬ. ПІДГРИЗУТЬ. ЯК МИША, ЯК ПОЛІВКА.&lt;br /&gt;</w:t>
        <w:br/>
        <w:t>Всі хочуть булави, всі борються за власть.&lt;br /&gt;</w:t>
        <w:br/>
        <w:t>Та й буде булава — як макова голівка.&lt;br /&gt;</w:t>
        <w:br/>
        <w:t>Отак поторохтять, і знову хтось продасть.</w:t>
      </w:r>
    </w:p>
    <w:p>
      <w:r>
        <w:br/>
        <w:t>Не той, так той. Там зрада, там злодійство.&lt;br /&gt;</w:t>
        <w:br/>
        <w:t>Там вигнали Сомка, обрали слимака.&lt;br /&gt;</w:t>
        <w:br/>
        <w:t>Там наливайківці побились з лободівцями.&lt;br /&gt;</w:t>
        <w:br/>
        <w:t>Там ті об тих зламали держака.</w:t>
      </w:r>
    </w:p>
    <w:p>
      <w:r>
        <w:br/>
        <w:t>Все хтось про когось вигадає байку.&lt;br /&gt;</w:t>
        <w:br/>
        <w:t>Усі ворота чорні від смоли.&lt;br /&gt;</w:t>
        <w:br/>
        <w:t>Ті шило проміняли вже на швайку,&lt;br /&gt;</w:t>
        <w:br/>
        <w:t>А ті в орли Тетерю призвели.</w:t>
      </w:r>
    </w:p>
    <w:p>
      <w:r>
        <w:br/>
        <w:t>Там вибрали якогось чоловічка&lt;br /&gt;</w:t>
        <w:br/>
        <w:t>і думають, що це вже Вифлеєм.&lt;br /&gt;</w:t>
        <w:br/>
        <w:t>Ще й прізвище хороше — Заплюйсвічка.&lt;br /&gt;</w:t>
        <w:br/>
        <w:t>Отак одне одного й заплюєм.</w:t>
      </w:r>
    </w:p>
    <w:p>
      <w:r>
        <w:br/>
        <w:t>Отак воно і йдеться до руїни.&lt;br /&gt;</w:t>
        <w:br/>
        <w:t>Отак ми й загрузаємо в убозтво.&lt;br /&gt;</w:t>
        <w:br/>
        <w:t>Є боротьба за долю України.&lt;br /&gt;</w:t>
        <w:br/>
        <w:t>Все інше — то велике мискоборство.</w:t>
      </w:r>
    </w:p>
    <w:p>
      <w:r>
        <w:br/>
        <w:t>…НЕМАЄ ВЛАДИ — І НЕМА ТУРБОТ.&lt;br /&gt;</w:t>
        <w:br/>
        <w:t>Нехай за неї б'ються, на здоров'я.&lt;br /&gt;</w:t>
        <w:br/>
        <w:t>Вони гадають: булава — клейнод.&lt;br /&gt;</w:t>
        <w:br/>
        <w:t>А булава, між іншим, це ще й зброя.</w:t>
      </w:r>
    </w:p>
    <w:p>
      <w:r>
        <w:br/>
        <w:t>Приміром так. Посли від короля.&lt;br /&gt;</w:t>
        <w:br/>
        <w:t>Ішлось про мир, захрясло в преріканні.&lt;br /&gt;</w:t>
        <w:br/>
        <w:t>Хоч би й від турка чи від москаля,&lt;br /&gt;</w:t>
        <w:br/>
        <w:t>хоч би там що, — посли недоторканні.</w:t>
      </w:r>
    </w:p>
    <w:p>
      <w:r>
        <w:br/>
        <w:t>Але ж юрба не чує моїх слів.&lt;br /&gt;</w:t>
        <w:br/>
        <w:t>Реве козацтво, шаленіє: "Зрада!"&lt;br /&gt;</w:t>
        <w:br/>
        <w:t>На ґанок тисне, шарпає послів.&lt;br /&gt;</w:t>
        <w:br/>
        <w:t>Юрба у люті — то вже не громада.</w:t>
      </w:r>
    </w:p>
    <w:p>
      <w:r>
        <w:br/>
        <w:t>Зчинилась бійка. Виходу нема.&lt;br /&gt;</w:t>
        <w:br/>
        <w:t>Послів тих скільки, а юрби зо двісті.&lt;br /&gt;</w:t>
        <w:br/>
        <w:t>Накоять лиха не з добра ума.&lt;br /&gt;</w:t>
        <w:br/>
        <w:t>То я за булаву й передніх двох на місці.</w:t>
      </w:r>
    </w:p>
    <w:p>
      <w:r>
        <w:br/>
        <w:t>Затихло враз. А то вже й за стрільбу.&lt;br /&gt;</w:t>
        <w:br/>
        <w:t>Комусь уже і крові заманулось.&lt;br /&gt;</w:t>
        <w:br/>
        <w:t>Я булавою прорубав юрбу.&lt;br /&gt;</w:t>
        <w:br/>
        <w:t>Посли пройшли. Громада схаменулась.</w:t>
      </w:r>
    </w:p>
    <w:p>
      <w:r>
        <w:br/>
        <w:t>ЯК Я ВТОМИВСЯ БУТИ ВСЕ НА ЛЮДЯХ!&lt;br /&gt;</w:t>
        <w:br/>
        <w:t>Важке це діло — влада, булава.&lt;br /&gt;</w:t>
        <w:br/>
        <w:t>То вони люблять, то вони не люблять.&lt;br /&gt;</w:t>
        <w:br/>
        <w:t>Та всяк тебе ще й брудом облива.</w:t>
      </w:r>
    </w:p>
    <w:p>
      <w:r>
        <w:br/>
        <w:t>Умри за них, і то їм буде мало.&lt;br /&gt;</w:t>
        <w:br/>
        <w:t>Усе віддай — обізвуть хитруном.&lt;br /&gt;</w:t>
        <w:br/>
        <w:t>Видать, це наше неподільне право —&lt;br /&gt;</w:t>
        <w:br/>
        <w:t>своїх гетьманів обкидать багном.</w:t>
      </w:r>
    </w:p>
    <w:p>
      <w:r>
        <w:br/>
        <w:t>Ось я тут вийду на дозірну вежу&lt;br /&gt;</w:t>
        <w:br/>
        <w:t>та понавколо подивлюсь.&lt;br /&gt;</w:t>
        <w:br/>
        <w:t>І ні від кого не залежу.&lt;br /&gt;</w:t>
        <w:br/>
        <w:t>І тільки Господу молюсь.</w:t>
      </w:r>
    </w:p>
    <w:p>
      <w:r>
        <w:br/>
        <w:t>Я КІНЬ. Я НЕ ТЯГЛО. Я ДОБРОЇ ПОРОДИ.&lt;br /&gt;</w:t>
        <w:br/>
        <w:t>Як борозенний віл — тягну, тягну, тягну.&lt;br /&gt;</w:t>
        <w:br/>
        <w:t>О Боже мій! А в світі ж є народи,&lt;br /&gt;</w:t>
        <w:br/>
        <w:t>своїм великим знаючі ціну.</w:t>
      </w:r>
    </w:p>
    <w:p>
      <w:r>
        <w:br/>
        <w:t>А тут, добивши слово до сколотин,&lt;br /&gt;</w:t>
        <w:br/>
        <w:t>Всяк хоче правду виказать свою.&lt;br /&gt;</w:t>
        <w:br/>
        <w:t>І я, обляпаний болотом,&lt;br /&gt;</w:t>
        <w:br/>
        <w:t>В чиїх очах невронений стою?</w:t>
      </w:r>
    </w:p>
    <w:p>
      <w:r>
        <w:br/>
        <w:t>НЕ ЗВИКЛИ ДУМАТЬ, ЗВИКЛИ ГОВОРИТИ.&lt;br /&gt;</w:t>
        <w:br/>
        <w:t>Кричати звикли — "слава" та "ганьба".&lt;br /&gt;</w:t>
        <w:br/>
        <w:t>Злиденний дух, прикутий до корита,&lt;br /&gt;</w:t>
        <w:br/>
        <w:t>лише ногами правду розгріба.</w:t>
      </w:r>
    </w:p>
    <w:p>
      <w:r>
        <w:br/>
        <w:t>ДУША ЗАХРЯСЛА В ЦЬОМУ ХОМУТИННІ,&lt;br /&gt;</w:t>
        <w:br/>
        <w:t>де лиш горби вклоняються горбам.&lt;br /&gt;</w:t>
        <w:br/>
        <w:t>Як там я вчив ще змалку по-латині:&lt;br /&gt;</w:t>
        <w:br/>
        <w:t>"Гублю себе, коли служу рабам!"</w:t>
      </w:r>
    </w:p>
    <w:p>
      <w:r>
        <w:br/>
        <w:t>НЕ ПЕРЕСЛІДУЮТЬ МЕНЕ&lt;br /&gt;</w:t>
        <w:br/>
        <w:t>ВИДІННЯ ЛІТ МОЄЇ СЛАВИ.&lt;br /&gt;</w:t>
        <w:br/>
        <w:t>Хіба що, може, трохи кави.&lt;br /&gt;</w:t>
        <w:br/>
        <w:t>А весь той блиск, ті златоглави,&lt;br /&gt;</w:t>
        <w:br/>
        <w:t>усе те пишне і гучне&lt;br /&gt;</w:t>
        <w:br/>
        <w:t>не переслідує мене.</w:t>
      </w:r>
    </w:p>
    <w:p>
      <w:r>
        <w:br/>
        <w:t>Я в ці руїни душу доволік.&lt;br /&gt;</w:t>
        <w:br/>
        <w:t>Тут, певно, вже й кінчатиму свій вік,&lt;br /&gt;</w:t>
        <w:br/>
        <w:t>повержений чужими і своїми.&lt;br /&gt;</w:t>
        <w:br/>
        <w:t>А нащо всі ті спогади здались?&lt;br /&gt;</w:t>
        <w:br/>
        <w:t>Це як спитать:&lt;br /&gt;</w:t>
        <w:br/>
        <w:t>чи сниться цим руїнам —&lt;br /&gt;</w:t>
        <w:br/>
        <w:t>вони були фортецею колись!</w:t>
      </w:r>
    </w:p>
    <w:p>
      <w:r>
        <w:br/>
        <w:t>УСЕ МИНУЛО, НАЧЕ СОН ЗНИКОМИЙ&lt;br /&gt;</w:t>
        <w:br/>
        <w:t>Життя за мною браму зачиня.&lt;br /&gt;</w:t>
        <w:br/>
        <w:t>Я вже й обжився. Маю троє коней —&lt;br /&gt;</w:t>
        <w:br/>
        <w:t>ЗЕЛЕНИЙ КІНЬ і наші два коня</w:t>
      </w:r>
    </w:p>
    <w:p>
      <w:r>
        <w:br/>
        <w:t>ВЖЕ Й ДЖУРА МІЙ ДО ТИШІ ТУТ ЗВИКАЄ.&lt;br /&gt;</w:t>
        <w:br/>
        <w:t>І коні забувають про сідло.&lt;br /&gt;</w:t>
        <w:br/>
        <w:t>Кажу: — Іди. Вона ж тебе чекає.&lt;br /&gt;</w:t>
        <w:br/>
        <w:t>Дорогу не забув? Утрапиш в те село?</w:t>
      </w:r>
    </w:p>
    <w:p>
      <w:r>
        <w:br/>
        <w:t>А він мовчить і держить страж ночами.&lt;br /&gt;</w:t>
        <w:br/>
        <w:t>А він мовчить, затявся раз на все.&lt;br /&gt;</w:t>
        <w:br/>
        <w:t>То десь сомів наловить під корчами,&lt;br /&gt;</w:t>
        <w:br/>
        <w:t>то зайця десь вполює принесе.</w:t>
      </w:r>
    </w:p>
    <w:p>
      <w:r>
        <w:br/>
        <w:t>МЕНІ ЦЯ ТИША ЯК МОЯ ТРУНА.&lt;br /&gt;</w:t>
        <w:br/>
        <w:t>Дивлюся в ніч. Ні виходу, ні входу.&lt;br /&gt;</w:t>
        <w:br/>
        <w:t>І тільки тихо лопнула струна&lt;br /&gt;</w:t>
        <w:br/>
        <w:t>десь на бандурі на суху погоду.</w:t>
      </w:r>
    </w:p>
    <w:p>
      <w:r>
        <w:br/>
        <w:t>ПРОЙШЛИ ДОЩІ — ЗАМУЧИЛО СПЕКОТОЮ.&lt;br /&gt;</w:t>
        <w:br/>
        <w:t>Душа гортає тисячі причин.&lt;br /&gt;</w:t>
        <w:br/>
        <w:t>І чим я, чим я, чим&lt;br /&gt;</w:t>
        <w:br/>
        <w:t>поразку цю спокутую?&lt;br /&gt;</w:t>
        <w:br/>
        <w:t>Свою провину виправдаю — чим?!</w:t>
      </w:r>
    </w:p>
    <w:p>
      <w:r>
        <w:br/>
        <w:t>Що зброя в короля не те що наші пристрої?&lt;br /&gt;</w:t>
        <w:br/>
        <w:t>Що в нього Хубальдт, Страус, Радзивілл?&lt;br /&gt;</w:t>
        <w:br/>
        <w:t>А я мав жменьку турків із Силістрії&lt;br /&gt;</w:t>
        <w:br/>
        <w:t>та Тугай-бей ногайців нам привів.</w:t>
      </w:r>
    </w:p>
    <w:p>
      <w:r>
        <w:br/>
        <w:t>Що хан Гірей не кращий із Гіреїв?&lt;br /&gt;</w:t>
        <w:br/>
        <w:t>Татари добрі воїни. А він —&lt;br /&gt;</w:t>
        <w:br/>
        <w:t>аби набрать невільниць для гаремів.&lt;br /&gt;</w:t>
        <w:br/>
        <w:t>Це хан-здобичник, воїн не для війн.</w:t>
      </w:r>
    </w:p>
    <w:p>
      <w:r>
        <w:br/>
        <w:t>Що наше поле тужить за сівбою?&lt;br /&gt;</w:t>
        <w:br/>
        <w:t>Що коні харапудяться в грозу?&lt;br /&gt;</w:t>
        <w:br/>
        <w:t>Що в тих походах — поки діждеш бою —&lt;br /&gt;</w:t>
        <w:br/>
        <w:t>возами хворих з табору везуть!</w:t>
      </w:r>
    </w:p>
    <w:p>
      <w:r>
        <w:br/>
        <w:t>Що я мав привід для тяжких суґестій?&lt;br /&gt;</w:t>
        <w:br/>
        <w:t>Що чув прилюдне глузування й сміх?&lt;br /&gt;</w:t>
        <w:br/>
        <w:t>Принижений, покривджений на честі,&lt;br /&gt;</w:t>
        <w:br/>
        <w:t>я переможцем бути вже не міг.</w:t>
      </w:r>
    </w:p>
    <w:p>
      <w:r>
        <w:br/>
        <w:t>Що був туман? Що третій год розруха?&lt;br /&gt;</w:t>
        <w:br/>
        <w:t>Що військо потерпало від дощу?&lt;br /&gt;</w:t>
        <w:br/>
        <w:t>Кому скажу і хто мене послуха?&lt;br /&gt;</w:t>
        <w:br/>
        <w:t>Чи ж думав я, що край занапащу?!</w:t>
      </w:r>
    </w:p>
    <w:p>
      <w:r>
        <w:br/>
        <w:t>ДУМКАМИ ЗА НІЧ ДУШУ НАТОМИВ.&lt;br /&gt;</w:t>
        <w:br/>
        <w:t>Ліси шумлять, моє зелене віче.&lt;br /&gt;</w:t>
        <w:br/>
        <w:t>І знов той самий півень-будимир.&lt;br /&gt;</w:t>
        <w:br/>
        <w:t>Села нема, а півень кукуріче.</w:t>
      </w:r>
    </w:p>
    <w:p>
      <w:r>
        <w:br/>
        <w:t>Ізвідки б то? Усе ж тут поруйноване.&lt;br /&gt;</w:t>
        <w:br/>
        <w:t>Нема притулку півню ані псу.&lt;br /&gt;</w:t>
        <w:br/>
        <w:t>Лиш дикі звірі в заростях зіноваті&lt;br /&gt;</w:t>
        <w:br/>
        <w:t>незриму здобич іклами пасуть</w:t>
      </w:r>
    </w:p>
    <w:p>
      <w:r>
        <w:br/>
        <w:t>Та кози, недострелені панами,&lt;br /&gt;</w:t>
        <w:br/>
        <w:t>усе ще ходять вільно табунами.</w:t>
      </w:r>
    </w:p>
    <w:p>
      <w:r>
        <w:br/>
        <w:t>Стоїть в підзамчі здичавілий сад.&lt;br /&gt;</w:t>
        <w:br/>
        <w:t>Двори стоять вже не двори, а згадка.&lt;br /&gt;</w:t>
        <w:br/>
        <w:t>Було село димів на п'ятдесят,&lt;br /&gt;</w:t>
        <w:br/>
        <w:t>тепер хоча б одна-єдина хатка!</w:t>
      </w:r>
    </w:p>
    <w:p>
      <w:r>
        <w:br/>
        <w:t>Лиш на хресті зотлілий вже рушник&lt;br /&gt;</w:t>
        <w:br/>
        <w:t>кудись летить у вирій піднебесний&lt;br /&gt;</w:t>
        <w:br/>
        <w:t>Знущання. Знищення. І зник&lt;br /&gt;</w:t>
        <w:br/>
        <w:t>народ замучений і чесний.</w:t>
      </w:r>
    </w:p>
    <w:p>
      <w:r>
        <w:br/>
        <w:t>ЦЯ ТІНЬ ВІКІВ — ФОРТЕЦЯ НАД ЯРАМИ.&lt;br /&gt;</w:t>
        <w:br/>
        <w:t>Учора обійшов її кругом.&lt;br /&gt;</w:t>
        <w:br/>
        <w:t>Надибав хатку. Дві віконні рами&lt;br /&gt;</w:t>
        <w:br/>
        <w:t>обтягнуті свинячим бордюгом.</w:t>
      </w:r>
    </w:p>
    <w:p>
      <w:r>
        <w:br/>
        <w:t>На живоплоті глечики взірчасті.&lt;br /&gt;</w:t>
        <w:br/>
        <w:t>В подвір'ї світить ребрами гарба.&lt;br /&gt;</w:t>
        <w:br/>
        <w:t>І курка глинястої масті&lt;br /&gt;</w:t>
        <w:br/>
        <w:t>вівсяне триння розгріба.</w:t>
      </w:r>
    </w:p>
    <w:p>
      <w:r>
        <w:br/>
        <w:t>А ось і той, що будить мене вранці.&lt;br /&gt;</w:t>
        <w:br/>
        <w:t>Тут навіть пес на мене загарчав.&lt;br /&gt;</w:t>
        <w:br/>
        <w:t>Це, значить, я. А це мої підданці —&lt;br /&gt;</w:t>
        <w:br/>
        <w:t>єдиний позосталий тут гончар.</w:t>
      </w:r>
    </w:p>
    <w:p>
      <w:r>
        <w:br/>
        <w:t>Дідусь бурчить, як завше дідугани.&lt;br /&gt;</w:t>
        <w:br/>
        <w:t>Що все не так, не те що в давнину.&lt;br /&gt;</w:t>
        <w:br/>
        <w:t>Верстат свій крутить босими ногами.&lt;br /&gt;</w:t>
        <w:br/>
        <w:t>Гладущики сміються на тину.</w:t>
      </w:r>
    </w:p>
    <w:p>
      <w:r>
        <w:br/>
        <w:t>В городі піч, на гудинні череп'я.&lt;br /&gt;</w:t>
        <w:br/>
        <w:t>Старенька хата, крита очеретом.</w:t>
      </w:r>
    </w:p>
    <w:p>
      <w:r>
        <w:br/>
        <w:t>І каже дід: — Оце вже ледь ходжу,&lt;br /&gt;</w:t>
        <w:br/>
        <w:t>а ще кручу оцього обертаса.&lt;br /&gt;</w:t>
        <w:br/>
        <w:t>Колись, було, конячку запряжу&lt;br /&gt;</w:t>
        <w:br/>
        <w:t>та й повезу у Паволоч на Спаса.</w:t>
      </w:r>
    </w:p>
    <w:p>
      <w:r>
        <w:br/>
        <w:t>Тепер уже нема тих ярмарків.&lt;br /&gt;</w:t>
        <w:br/>
        <w:t>Тих діточок, того земного раю.&lt;br /&gt;</w:t>
        <w:br/>
        <w:t>То я оце їм пищики роблю&lt;br /&gt;</w:t>
        <w:br/>
        <w:t>та й сам собі у ті свистульки граю.</w:t>
      </w:r>
    </w:p>
    <w:p>
      <w:r>
        <w:br/>
        <w:t>Котрий вже рік ні горнятка не спродав.&lt;br /&gt;</w:t>
        <w:br/>
        <w:t>А ти звідкіль? По ділу чи гульма?&lt;br /&gt;</w:t>
        <w:br/>
        <w:t>Ге, — каже, — гарні свищики, а спробуй.&lt;br /&gt;</w:t>
        <w:br/>
        <w:t>Ну, але що ж, коли дітей нема.</w:t>
      </w:r>
    </w:p>
    <w:p>
      <w:r>
        <w:br/>
        <w:t>То я в нього купив. І не сказав, що гетьман.&lt;br /&gt;</w:t>
        <w:br/>
        <w:t>Посиділи. Садок. Листочки шелестять.&lt;br /&gt;</w:t>
        <w:br/>
        <w:t>А що, якби впізнав? То так би мене гетьнув!&lt;br /&gt;</w:t>
        <w:br/>
        <w:t>Мені те Берестечко ніколи не простять.</w:t>
      </w:r>
    </w:p>
    <w:p>
      <w:r>
        <w:br/>
        <w:t>І САМ Я НЕ ПРОЩУ СОБІ САМОМУ.&lt;br /&gt;</w:t>
        <w:br/>
        <w:t>Це також промине? Як кажуть: о-ля-ля!&lt;br /&gt;</w:t>
        <w:br/>
        <w:t>Отут ти помилився, премудрий Соломоне.&lt;br /&gt;</w:t>
        <w:br/>
        <w:t>Поразка — це поразка. Вона нас істребля.</w:t>
      </w:r>
    </w:p>
    <w:p>
      <w:r>
        <w:br/>
        <w:t>ПО Я ТЕПЕР? НАЙНИЖЧИЙ ІЗ НАЙНИЖЧИХ.&lt;br /&gt;</w:t>
        <w:br/>
        <w:t>Одна поразка — і пропало все.&lt;br /&gt;</w:t>
        <w:br/>
        <w:t>Вже що ж мені робить, хіба свистіти в свищик&lt;br /&gt;</w:t>
        <w:br/>
        <w:t>та їсти той куліш, що відьма принесе.</w:t>
      </w:r>
    </w:p>
    <w:p>
      <w:r>
        <w:br/>
        <w:t>АЛЕ Ж ВІН БУВ, ТОЙ КОРСУНЬ, ТА ПИЛЯВА!&lt;br /&gt;</w:t>
        <w:br/>
        <w:t>Я виграв би ще тисячу Пиляв!&lt;br /&gt;</w:t>
        <w:br/>
        <w:t>Моя рука, чого ж ти стала млявою?&lt;br /&gt;</w:t>
        <w:br/>
        <w:t>Мій розуме, чого ж ти занепав?</w:t>
      </w:r>
    </w:p>
    <w:p>
      <w:r>
        <w:br/>
        <w:t>Де моя добра слава у народі?&lt;br /&gt;</w:t>
        <w:br/>
        <w:t>Я вже як прах своїх сороковин,&lt;br /&gt;</w:t>
        <w:br/>
        <w:t>Мене кляли на Масловому Броді.&lt;br /&gt;</w:t>
        <w:br/>
        <w:t>Мені уже не вірить Чигирин!</w:t>
      </w:r>
    </w:p>
    <w:p>
      <w:r>
        <w:br/>
        <w:t>Мене вже можна голими руками.&lt;br /&gt;</w:t>
        <w:br/>
        <w:t>Пора міняти шаблю на патик.&lt;br /&gt;</w:t>
        <w:br/>
        <w:t>О де ж мої полковники з полками?&lt;br /&gt;</w:t>
        <w:br/>
        <w:t>Де мій Богун, Пушкар і Джеджалик?!</w:t>
      </w:r>
    </w:p>
    <w:p>
      <w:r>
        <w:br/>
        <w:t>Де слів моїх пекучі атраменти?&lt;br /&gt;</w:t>
        <w:br/>
        <w:t>Моєї долі не глухі кути?!&lt;br /&gt;</w:t>
        <w:br/>
        <w:t>Мені вже так. Мені вже або вмерти.&lt;br /&gt;</w:t>
        <w:br/>
        <w:t>Або воскреснуть і перемогти.</w:t>
      </w:r>
    </w:p>
    <w:p>
      <w:r>
        <w:br/>
        <w:t>ДРУГІ ПІВНІ ПІЮТЬ. ОЧІ СОЛОВІЮТЬ…&lt;br /&gt;</w:t>
        <w:br/>
        <w:t>Й ой, та як сісти та подумати — думи посивіють.</w:t>
      </w:r>
    </w:p>
    <w:p>
      <w:r>
        <w:br/>
        <w:t>Україно, Великомученице, зоре моїх нещасть!&lt;br /&gt;</w:t>
        <w:br/>
        <w:t>Де сини твої, мамо?.. Тільки руки ламати.&lt;br /&gt;</w:t>
        <w:br/>
        <w:t>Один за тебе умре. Другий тебе продасть.&lt;br /&gt;</w:t>
        <w:br/>
        <w:t>Третій не знає, хто його мати.</w:t>
      </w:r>
    </w:p>
    <w:p>
      <w:r>
        <w:br/>
        <w:t>Один за тебе умре!.. Другий тебе продасть..&lt;br /&gt;</w:t>
        <w:br/>
        <w:t>Третій не знає, хто його й мати!</w:t>
      </w:r>
    </w:p>
    <w:p>
      <w:r>
        <w:br/>
        <w:t>Гей, та як сидів же я у хана під вартою,&lt;br /&gt;</w:t>
        <w:br/>
        <w:t>та вартували мене татарове.&lt;br /&gt;</w:t>
        <w:br/>
        <w:t>А один такий синьоокий,&lt;br /&gt;</w:t>
        <w:br/>
        <w:t>і лице таке тонкоброве.</w:t>
      </w:r>
    </w:p>
    <w:p>
      <w:r>
        <w:br/>
        <w:t>То я й кажу йому: — Синку!&lt;br /&gt;</w:t>
        <w:br/>
        <w:t>Ану ж подивися на оте поле.&lt;br /&gt;</w:t>
        <w:br/>
        <w:t>Отам твою матір вели Чорним Шляхом.&lt;br /&gt;</w:t>
        <w:br/>
        <w:t>Отам, над тими кручами,&lt;br /&gt;</w:t>
        <w:br/>
        <w:t>їй рученьки викручували.&lt;br /&gt;</w:t>
        <w:br/>
        <w:t>Співала ж вона "Котка" над тобою.&lt;br /&gt;</w:t>
        <w:br/>
        <w:t>Тулила до серця, навчала казати: "Мамо"!&lt;br /&gt;</w:t>
        <w:br/>
        <w:t>А "тато" не вчила, плакала.&lt;br /&gt;</w:t>
        <w:br/>
        <w:t>Як там тебе — Гасан, Мехмет, Алі?&lt;br /&gt;</w:t>
        <w:br/>
        <w:t>Тебе ж приніс лелека на крилі!&lt;br /&gt;</w:t>
        <w:br/>
        <w:t>Оце ж ти чуєш мову не чужу.&lt;br /&gt;</w:t>
        <w:br/>
        <w:t>Ти розумієш, що тобі кажу?</w:t>
      </w:r>
    </w:p>
    <w:p>
      <w:r>
        <w:br/>
        <w:t>Мовчить. Дивиться. Повертає до мене списа.&lt;br /&gt;</w:t>
        <w:br/>
        <w:t>А я кажу: — Та забери свою залізну штрикавку!</w:t>
      </w:r>
    </w:p>
    <w:p>
      <w:r>
        <w:br/>
        <w:t>Я ж не тікаю.&lt;br /&gt;</w:t>
        <w:br/>
        <w:t>Це ж земля твоєї матері!&lt;br /&gt;</w:t>
        <w:br/>
        <w:t>Невже ти сам мене не відпустиш?!</w:t>
      </w:r>
    </w:p>
    <w:p>
      <w:r>
        <w:br/>
        <w:t>Та так легенько одвів його спис рукою.&lt;br /&gt;</w:t>
        <w:br/>
        <w:t>Й ой, та як крикне ж він вовчим голосом!&lt;br /&gt;</w:t>
        <w:br/>
        <w:t>Татари збіглися, обступили.&lt;br /&gt;</w:t>
        <w:br/>
        <w:t>А він мене списом припер до намету&lt;br /&gt;</w:t>
        <w:br/>
        <w:t>та так суверделить мені у груди,&lt;br /&gt;</w:t>
        <w:br/>
        <w:t>щоб татари ж бачили,&lt;br /&gt;</w:t>
        <w:br/>
        <w:t>що він татаріший!&lt;br /&gt;</w:t>
        <w:br/>
        <w:t>А я балакав із тобою ще,&lt;br /&gt;</w:t>
        <w:br/>
        <w:t>кліщак, перевертень, убоїще!&lt;br /&gt;</w:t>
        <w:br/>
        <w:t>Син полонянки, татарчук.&lt;br /&gt;</w:t>
        <w:br/>
        <w:t>Насіння чорної забави.&lt;br /&gt;</w:t>
        <w:br/>
        <w:t>Ти не людина, ти — ярчук.&lt;br /&gt;</w:t>
        <w:br/>
        <w:t>Собака з вовчими зубами!</w:t>
      </w:r>
    </w:p>
    <w:p>
      <w:r>
        <w:br/>
        <w:t>А очі що ж? Це тільки масть.&lt;br /&gt;</w:t>
        <w:br/>
        <w:t>Хоч би ж не думать, задрімати…&lt;br /&gt;</w:t>
        <w:br/>
        <w:t>Один за неї умре. Другий її продасть.&lt;br /&gt;</w:t>
        <w:br/>
        <w:t>Третій не знає, хто його й мати…</w:t>
      </w:r>
    </w:p>
    <w:p>
      <w:r>
        <w:br/>
        <w:t>СТРАШНА ЦІНА ВОРОЖОЇ НАВАЛИ.&lt;br /&gt;</w:t>
        <w:br/>
        <w:t>Терни як люди. Люди як терни.&lt;br /&gt;</w:t>
        <w:br/>
        <w:t>Отак ми пожурились, отак ми й поспівали.&lt;br /&gt;</w:t>
        <w:br/>
        <w:t>І я без голосу, й бандура без струни.</w:t>
      </w:r>
    </w:p>
    <w:p>
      <w:r>
        <w:br/>
        <w:t>АЖ ОСЬ НАРЕШТІ ТАМ, УДАЛИНІ,&lt;br /&gt;</w:t>
        <w:br/>
        <w:t>з'явилась ніби цяточка єдина.&lt;br /&gt;</w:t>
        <w:br/>
        <w:t>Два дні дивився — ну то йде чи ні?&lt;br /&gt;</w:t>
        <w:br/>
        <w:t>А то будяк. Я думав, що людина.</w:t>
      </w:r>
    </w:p>
    <w:p>
      <w:r>
        <w:br/>
        <w:t>ЯКА САМОТНІСТЬ! З ТЕМРЯВОЮ ЗЛИВСЯ.&lt;br /&gt;</w:t>
        <w:br/>
        <w:t>Мене нема. Я згарище. Я дим.&lt;br /&gt;</w:t>
        <w:br/>
        <w:t>Приходив дощ, пошепотів із листям;&lt;br /&gt;</w:t>
        <w:br/>
        <w:t>Та й знов нікого, знову я один.</w:t>
      </w:r>
    </w:p>
    <w:p>
      <w:r>
        <w:br/>
        <w:t>Десь виє пес. І каркає ворона.&lt;br /&gt;</w:t>
        <w:br/>
        <w:t>Внизу туманом дихають яри.&lt;br /&gt;</w:t>
        <w:br/>
        <w:t>Бійниці мружить башта оборонна.&lt;br /&gt;</w:t>
        <w:br/>
        <w:t>Смутні мої самотні вечори.</w:t>
      </w:r>
    </w:p>
    <w:p>
      <w:r>
        <w:br/>
        <w:t>Оце вже й все. Отут я і причалю.&lt;br /&gt;</w:t>
        <w:br/>
        <w:t>Принижена душа не піднімає віч.&lt;br /&gt;</w:t>
        <w:br/>
        <w:t>Допалюю життя. Останній хмиз печалі&lt;br /&gt;</w:t>
        <w:br/>
        <w:t>потріскує, горить в мою високу ніч.</w:t>
      </w:r>
    </w:p>
    <w:p>
      <w:r>
        <w:br/>
        <w:t>О КИМ Я БУВ І КИМ ЗРОБИВСЯ НИНІ!&lt;br /&gt;</w:t>
        <w:br/>
        <w:t>Куди подів життя своє одне?&lt;br /&gt;</w:t>
        <w:br/>
        <w:t>Цей білий сніп душі,&lt;br /&gt;</w:t>
        <w:br/>
        <w:t>який горить в людині,&lt;br /&gt;</w:t>
        <w:br/>
        <w:t>його ж ніякий вітер не задме!</w:t>
      </w:r>
    </w:p>
    <w:p>
      <w:r>
        <w:br/>
        <w:t>Чи я не справдив сподівання Долі,&lt;br /&gt;</w:t>
        <w:br/>
        <w:t>що так вона розгнівалась?&lt;br /&gt;</w:t>
        <w:br/>
        <w:t>Однак,&lt;br /&gt;</w:t>
        <w:br/>
        <w:t>коли я вчився у латинській школі,&lt;br /&gt;</w:t>
        <w:br/>
        <w:t>був знак мені, і дуже дивний знак.</w:t>
      </w:r>
    </w:p>
    <w:p>
      <w:r>
        <w:br/>
        <w:t>Ми всі гуляли, вийшли на подвір'я,&lt;br /&gt;</w:t>
        <w:br/>
        <w:t>школярики, ну, років, може, сім,&lt;br /&gt;</w:t>
        <w:br/>
        <w:t>і раптом — вихор, я і сам не вірю,&lt;br /&gt;</w:t>
        <w:br/>
        <w:t>та не могло ж привидітися всім! —&lt;br /&gt;</w:t>
        <w:br/>
        <w:t>здійнявся вихор, засліпивши вічі,&lt;br /&gt;</w:t>
        <w:br/>
        <w:t>зривав покрівлі, дуба розщепив, —&lt;br /&gt;</w:t>
        <w:br/>
        <w:t>обніс мене довкруж костьолу тричі&lt;br /&gt;</w:t>
        <w:br/>
        <w:t>й поставив там, ізвідки й підхопив.</w:t>
      </w:r>
    </w:p>
    <w:p>
      <w:r>
        <w:br/>
        <w:t>Отці-ієзуїти хитали головою.&lt;br /&gt;</w:t>
        <w:br/>
        <w:t>Шептали і молились, і ставили свічу.&lt;br /&gt;</w:t>
        <w:br/>
        <w:t>А одному привидівся я навіть з булавою,&lt;br /&gt;</w:t>
        <w:br/>
        <w:t>що я, мовляв, як виросту, то й Польщу облечу.</w:t>
      </w:r>
    </w:p>
    <w:p>
      <w:r>
        <w:br/>
        <w:t>ЧИТАВ Я ЗМАЛКУ ПЛІНІЯ І ПЛАВТА.&lt;br /&gt;</w:t>
        <w:br/>
        <w:t>Науку ніжних слів явив мені Катулл.&lt;br /&gt;</w:t>
        <w:br/>
        <w:t>Ще з юних літ мені відкрилась правда,&lt;br /&gt;</w:t>
        <w:br/>
        <w:t>а вже пізніше підійшла впритул.</w:t>
      </w:r>
    </w:p>
    <w:p>
      <w:r>
        <w:br/>
        <w:t>І повстав. Душа спитала — доки?!&lt;br /&gt;</w:t>
        <w:br/>
        <w:t>Втопили край у підлості і злі.&lt;br /&gt;</w:t>
        <w:br/>
        <w:t>І я сказав: чужинці, дайте спокій.&lt;br /&gt;</w:t>
        <w:br/>
        <w:t>Не сійте зради на моїй землі.</w:t>
      </w:r>
    </w:p>
    <w:p>
      <w:r>
        <w:br/>
        <w:t>Уже і так насіяно. Вродило.&lt;br /&gt;</w:t>
        <w:br/>
        <w:t>Вже не бере ні плуг, ані коса.&lt;br /&gt;</w:t>
        <w:br/>
        <w:t>А ми ще є. І то найбільше диво,&lt;br /&gt;</w:t>
        <w:br/>
        <w:t>що цей народ іще раз воскреса.</w:t>
      </w:r>
    </w:p>
    <w:p>
      <w:r>
        <w:br/>
        <w:t>Я РІД СВІЙ НЕ ПОНИЗИВ.&lt;br /&gt;</w:t>
        <w:br/>
        <w:t>І НЕ УРВАВ Я РОДУ.&lt;br /&gt;</w:t>
        <w:br/>
        <w:t>Хотів, щоб син був гідний моєї булави.&lt;br /&gt;</w:t>
        <w:br/>
        <w:t>А відьма все ворожить. На віск. На жар. На воду.&lt;br /&gt;</w:t>
        <w:br/>
        <w:t>Все щось мені вишіптує то з рук, то з голови.</w:t>
      </w:r>
    </w:p>
    <w:p>
      <w:r>
        <w:br/>
        <w:t>Ох, вишепчи мені не старощі, не болесті.&lt;br /&gt;</w:t>
        <w:br/>
        <w:t>Пекельні мої спогади, кипиш як у смолі.&lt;br /&gt;</w:t>
        <w:br/>
        <w:t>Ох, вишепчи мені мій біль з моєї совісті!&lt;br /&gt;</w:t>
        <w:br/>
        <w:t>І вишепчи Гелену під брамою в петлі…</w:t>
      </w:r>
    </w:p>
    <w:p>
      <w:r>
        <w:br/>
        <w:t>НАЙБІЛЬШ БОЮСЬ, КОЛИ У СНАХ</w:t>
      </w:r>
    </w:p>
    <w:p>
      <w:r>
        <w:br/>
        <w:t>МЕНІ З'ЯВЛЯЄТЬСЯ ГЕЛЕНА.</w:t>
      </w:r>
    </w:p>
    <w:p>
      <w:r>
        <w:br/>
        <w:t>І я тулю те тіло крижане.</w:t>
      </w:r>
    </w:p>
    <w:p>
      <w:r>
        <w:br/>
        <w:t>І КІНЬ ТОЙ МЧИТЬ.&lt;br /&gt;</w:t>
        <w:br/>
        <w:t>ТОЙ САМИЙ КІНЬ ЗЕЛЕНИЙ&lt;br /&gt;</w:t>
        <w:br/>
        <w:t>І КІНЬ ТОЙ МЧИТЬ…&lt;br /&gt;</w:t>
        <w:br/>
        <w:t>КОЛИСЬ НАЗДОЖЕНЕ…</w:t>
      </w:r>
    </w:p>
    <w:p>
      <w:r>
        <w:br/>
        <w:t>ЖИТТЯ — ТО Є ЖИТТЯ, ТЯГНУТИ МУСИШ ЛЯМКУ.&lt;br /&gt;</w:t>
        <w:br/>
        <w:t>Коли я був дитя, я ріс в Олеськім замку.</w:t>
      </w:r>
    </w:p>
    <w:p>
      <w:r>
        <w:br/>
        <w:t>Тепер мені кінець. Життя мене скасує.&lt;br /&gt;</w:t>
        <w:br/>
        <w:t>Руйновище фортець найбільш мені пасує.</w:t>
      </w:r>
    </w:p>
    <w:p>
      <w:r>
        <w:br/>
        <w:t>А там, а там, а там! Такі були простори.&lt;br /&gt;</w:t>
        <w:br/>
        <w:t>Ліси були як храм. Фотелі як престоли.</w:t>
      </w:r>
    </w:p>
    <w:p>
      <w:r>
        <w:br/>
        <w:t>І загадки свічад, і мури, і вікно.&lt;br /&gt;</w:t>
        <w:br/>
        <w:t>І ще ні зрад, ні втрат. І радощів без ліку.</w:t>
      </w:r>
    </w:p>
    <w:p>
      <w:r>
        <w:br/>
        <w:t>Давно і дивно. Дивно, як давно.&lt;br /&gt;</w:t>
        <w:br/>
        <w:t>Ще тільки вчора, а уже піввіку.</w:t>
      </w:r>
    </w:p>
    <w:p>
      <w:r>
        <w:br/>
        <w:t>МЕДОВІ ПУЩІ, ЛИПОВИЙ НАМЕТ.&lt;br /&gt;</w:t>
        <w:br/>
        <w:t>Ліси в лісах, і що там за лісами?&lt;br /&gt;</w:t>
        <w:br/>
        <w:t>У цих новий король.&lt;br /&gt;</w:t>
        <w:br/>
        <w:t>У тих новий Мехмет.&lt;br /&gt;</w:t>
        <w:br/>
        <w:t>А в нас біда та сама і та сама.</w:t>
      </w:r>
    </w:p>
    <w:p>
      <w:r>
        <w:br/>
        <w:t>Не пощастило нашому народу.&lt;br /&gt;</w:t>
        <w:br/>
        <w:t>Дав Бог сусідів, ласих до нашесть.&lt;br /&gt;</w:t>
        <w:br/>
        <w:t>Забрали все — і землю, і свободу.&lt;br /&gt;</w:t>
        <w:br/>
        <w:t>Тепер забрати хочуть вже і честь.</w:t>
      </w:r>
    </w:p>
    <w:p>
      <w:r>
        <w:br/>
        <w:t>Ми вже мов корінь для чужої брості.&lt;br /&gt;</w:t>
        <w:br/>
        <w:t>чужинських понаклепано гербів.&lt;br /&gt;</w:t>
        <w:br/>
        <w:t>Тепер у нас господарями гості,&lt;br /&gt;</w:t>
        <w:br/>
        <w:t>вони людей тут мають за рабів.</w:t>
      </w:r>
    </w:p>
    <w:p>
      <w:r>
        <w:br/>
        <w:t>Сусіди з півдня теж кривоприсяжні,&lt;br /&gt;</w:t>
        <w:br/>
        <w:t>З ордою прийде помагати хан, —&lt;br /&gt;</w:t>
        <w:br/>
        <w:t>з них має всяк сириці десять сажнів,&lt;br /&gt;</w:t>
        <w:br/>
        <w:t>щоб тут же й людність брати на аркан.</w:t>
      </w:r>
    </w:p>
    <w:p>
      <w:r>
        <w:br/>
        <w:t>Сусід північний, хижий і великий.&lt;br /&gt;</w:t>
        <w:br/>
        <w:t>Дрімучий злидень, любить не своє.&lt;br /&gt;</w:t>
        <w:br/>
        <w:t>Колись у греків Янус був дволикий.&lt;br /&gt;</w:t>
        <w:br/>
        <w:t>А в цих орел двоглавий. Заклює.</w:t>
      </w:r>
    </w:p>
    <w:p>
      <w:r>
        <w:br/>
        <w:t>Оце таке — якщо не там, то звідтам.&lt;br /&gt;</w:t>
        <w:br/>
        <w:t>Гінці прибудуть — снились лебеді.&lt;br /&gt;</w:t>
        <w:br/>
        <w:t>Московський дяк знімає шапку літом&lt;br /&gt;</w:t>
        <w:br/>
        <w:t>чи так і ходить в шапці й бороді?</w:t>
      </w:r>
    </w:p>
    <w:p>
      <w:r>
        <w:br/>
        <w:t>БУЛО, ПРИЇДЕ, ОД ЦАРЯ ВДОСТОЄН,&lt;br /&gt;</w:t>
        <w:br/>
        <w:t>все до Москви схиляє на поклін.&lt;br /&gt;</w:t>
        <w:br/>
        <w:t>А прізвища! Неплюєв. Портомоїн.&lt;br /&gt;</w:t>
        <w:br/>
        <w:t>Старухин. Єхинєєв. Бутурлін.</w:t>
      </w:r>
    </w:p>
    <w:p>
      <w:r>
        <w:br/>
        <w:t>Та все усіх об'єднують, та з миром.&lt;br /&gt;</w:t>
        <w:br/>
        <w:t>Ці об'єднають, тільки попусти.&lt;br /&gt;</w:t>
        <w:br/>
        <w:t>То їхня слава приросла Сибіром,&lt;br /&gt;</w:t>
        <w:br/>
        <w:t>а це вже нами хоче прирости.</w:t>
      </w:r>
    </w:p>
    <w:p>
      <w:r>
        <w:br/>
        <w:t>ЧОГОСЬ ПРИСНИЛИСЬ ГЛЕЧИКИ НА ПЛОТІ&lt;br /&gt;</w:t>
        <w:br/>
        <w:t>І дід у небі, як святий Ілля.</w:t>
      </w:r>
    </w:p>
    <w:p>
      <w:r>
        <w:br/>
        <w:t>І німець Страус ходить по болоті,&lt;br /&gt;</w:t>
        <w:br/>
        <w:t>видзьобує із ряски короля…</w:t>
      </w:r>
    </w:p>
    <w:p>
      <w:r>
        <w:br/>
        <w:t>ШРАМКО ІДЕ. ПРИХОДИТЬ ВІН ПІД ВЕЧІР.&lt;br /&gt;</w:t>
        <w:br/>
        <w:t>Край стежки глину рясою мете.&lt;br /&gt;</w:t>
        <w:br/>
        <w:t>Кволенький піп, хода уже стареча.&lt;br /&gt;</w:t>
        <w:br/>
        <w:t>Не дуже й говорющий. А проте.</w:t>
      </w:r>
    </w:p>
    <w:p>
      <w:r>
        <w:br/>
        <w:t>Мені без нього моторошна стежка.&lt;br /&gt;</w:t>
        <w:br/>
        <w:t>Кажу: — Де був, що вчора не було?&lt;br /&gt;</w:t>
        <w:br/>
        <w:t>— Учора син прийшов з-під Берестечка.&lt;br /&gt;</w:t>
        <w:br/>
        <w:t>А з ним півсотні війська прибуло.</w:t>
      </w:r>
    </w:p>
    <w:p>
      <w:r>
        <w:br/>
        <w:t>Півсотні війська! Війська… Боже правий!&lt;br /&gt;</w:t>
        <w:br/>
        <w:t>То є ще військо? Господи, нап'юсь.&lt;br /&gt;</w:t>
        <w:br/>
        <w:t>— Півгетьмана вони ще не обрали? —&lt;br /&gt;</w:t>
        <w:br/>
        <w:t>кажу йому і гірко сам сміюсь.</w:t>
      </w:r>
    </w:p>
    <w:p>
      <w:r>
        <w:br/>
        <w:t>І ВСЕ-ТАКИ Я ЖДУ ВІД НИХ ГІНЦІВ.&lt;br /&gt;</w:t>
        <w:br/>
        <w:t>З-під ніг камінчик цоркає в проваллі.</w:t>
      </w:r>
    </w:p>
    <w:p>
      <w:r>
        <w:br/>
        <w:t>Тополя з торбою горобців</w:t>
      </w:r>
    </w:p>
    <w:p>
      <w:r>
        <w:br/>
        <w:t>постояла на обрії та й пішла далі.</w:t>
      </w:r>
    </w:p>
    <w:p>
      <w:r>
        <w:br/>
        <w:t>Так, я програв. Я не потрібен їм.&lt;br /&gt;</w:t>
        <w:br/>
        <w:t>Я їм приніс поразку непрощенну.&lt;br /&gt;</w:t>
        <w:br/>
        <w:t>Руїна сам. Живу серед руїн.&lt;br /&gt;</w:t>
        <w:br/>
        <w:t>А товариство — відьма і священик.</w:t>
      </w:r>
    </w:p>
    <w:p>
      <w:r>
        <w:br/>
        <w:t>Вже навіть звик. Люльками подиміть.&lt;br /&gt;</w:t>
        <w:br/>
        <w:t>Із відьмою посидіть при вечері.&lt;br /&gt;</w:t>
        <w:br/>
        <w:t>Так і живу. А може, я ведмідь.&lt;br /&gt;</w:t>
        <w:br/>
        <w:t>Мені тут, може, краще у печері.</w:t>
      </w:r>
    </w:p>
    <w:p>
      <w:r>
        <w:br/>
        <w:t>Он лицар спить. І світло тут скупе.&lt;br /&gt;</w:t>
        <w:br/>
        <w:t>Мене самого тиша приколихує.&lt;br /&gt;</w:t>
        <w:br/>
        <w:t>А то здалося раптом: він хропе.&lt;br /&gt;</w:t>
        <w:br/>
        <w:t>Аж підхопився. Ні. Лежить, не дихає.</w:t>
      </w:r>
    </w:p>
    <w:p>
      <w:r>
        <w:br/>
        <w:t>А МІСЯЦЬ СВІТИТЬ НА УСІ ДОВКОЛИ.&lt;br /&gt;</w:t>
        <w:br/>
        <w:t>у дуплах срібних лип гніздяться дикі бджоли.</w:t>
      </w:r>
    </w:p>
    <w:p>
      <w:r>
        <w:br/>
        <w:t>Ті липи ще цвітуть, такі вже запахущі,&lt;br /&gt;</w:t>
        <w:br/>
        <w:t>аж наче весь тим пахощем облип.&lt;br /&gt;</w:t>
        <w:br/>
        <w:t>Старезні липи, тут їх цілі пущі.&lt;br /&gt;</w:t>
        <w:br/>
        <w:t>Ніде не бачив стільки зразу лип.</w:t>
      </w:r>
    </w:p>
    <w:p>
      <w:r>
        <w:br/>
        <w:t>Зброяр ходив, знайшов медові дупла.&lt;br /&gt;</w:t>
        <w:br/>
        <w:t>Підстрелив джура в полі сайгака.&lt;br /&gt;</w:t>
        <w:br/>
        <w:t>То їм, то сплю. Душа моя задубла.&lt;br /&gt;</w:t>
        <w:br/>
        <w:t>Хіба це доля? Доля не така.</w:t>
      </w:r>
    </w:p>
    <w:p>
      <w:r>
        <w:br/>
        <w:t>ПРОЇХАВ ДЖУРА НА КОНІ УЧВАЛ.&lt;br /&gt;</w:t>
        <w:br/>
        <w:t>Вони давно вже ходять не в попрузі.&lt;br /&gt;</w:t>
        <w:br/>
        <w:t>То він таємно коней напував,&lt;br /&gt;</w:t>
        <w:br/>
        <w:t>тепер пускає попасом у лузі.</w:t>
      </w:r>
    </w:p>
    <w:p>
      <w:r>
        <w:br/>
        <w:t>Ніхто не йде. Ніхто сюди не мчить.&lt;br /&gt;</w:t>
        <w:br/>
        <w:t>Ані гіллячка не струсне росою.&lt;br /&gt;</w:t>
        <w:br/>
        <w:t>Як тихо все! Нізвідки нічичирк.&lt;br /&gt;</w:t>
        <w:br/>
        <w:t>Ні скрикне птах. Ні дзенькне смерть косою.</w:t>
      </w:r>
    </w:p>
    <w:p>
      <w:r>
        <w:br/>
        <w:t>ХОДИВ ДО ЛІСУ. Я Ж ТЕПЕР НЕ ГЕТЬМАН.&lt;br /&gt;</w:t>
        <w:br/>
        <w:t>Вже маю час посидіть на пеньку.&lt;br /&gt;</w:t>
        <w:br/>
        <w:t>По схилах дерся, мало там не гепнув.&lt;br /&gt;</w:t>
        <w:br/>
        <w:t>Гриби збирав. Суницю їв п'янку.&lt;br /&gt;</w:t>
        <w:br/>
        <w:t>І ще піду. Поразка так поразка.&lt;br /&gt;</w:t>
        <w:br/>
        <w:t>Грибок несу, як свічечку на Страсть.&lt;br /&gt;</w:t>
        <w:br/>
        <w:t>І яблунька, така вже доброкваска,&lt;br /&gt;</w:t>
        <w:br/>
        <w:t>мені у спеку яблучко подасть.</w:t>
      </w:r>
    </w:p>
    <w:p>
      <w:r>
        <w:br/>
        <w:t>ВНОЧІ БУВ ШУМ. НАПАВ ХТОСЬ НА ФОРТЕЦЮ.&lt;br /&gt;</w:t>
        <w:br/>
        <w:t>Чи, може, вартовим спросоння приверзлось.&lt;br /&gt;</w:t>
        <w:br/>
        <w:t>А я вже був зрадів. Уже хотів стріляти.&lt;br /&gt;</w:t>
        <w:br/>
        <w:t>Вже вискочив на мур. То, певно, був їжак.&lt;br /&gt;</w:t>
        <w:br/>
        <w:t>Бо щось таки пішло, прошаруділо в хащі.&lt;br /&gt;</w:t>
        <w:br/>
        <w:t>Нікого не зловлю, хоч би хоч і погнавсь.&lt;br /&gt;</w:t>
        <w:br/>
        <w:t>Так тоскно на душі. Ми навіть не пропащі.&lt;br /&gt;</w:t>
        <w:br/>
        <w:t>Ми просто вже ніхто. І всім вже не до нас.</w:t>
      </w:r>
    </w:p>
    <w:p>
      <w:r>
        <w:br/>
        <w:t>ЗАНЕПАДАЮ. Я ВЖЕ СПЛЮ В ОДЕЖІ.&lt;br /&gt;</w:t>
        <w:br/>
        <w:t>Уранці встану, сіна не струсну.&lt;br /&gt;</w:t>
        <w:br/>
        <w:t>І ті там двоє на дозірній вежі&lt;br /&gt;</w:t>
        <w:br/>
        <w:t>сидять вже геть похилені до сну.</w:t>
      </w:r>
    </w:p>
    <w:p>
      <w:r>
        <w:br/>
        <w:t>ПРИГИНАЄТЬСЯ НІЧ. ПОПІД ЗОРЯМИ ХОДИТЬ —&lt;br /&gt;</w:t>
        <w:br/>
        <w:t>А ЧОРНА!&lt;br /&gt;</w:t>
        <w:br/>
        <w:t>Я сьогодні дозорець. Мені тут ближче до зір.&lt;br /&gt;</w:t>
        <w:br/>
        <w:t>Стережу Україну. Важкі мої думи, як жорна.&lt;br /&gt;</w:t>
        <w:br/>
        <w:t>В поневолених землях тримати сумно дозір.</w:t>
      </w:r>
    </w:p>
    <w:p>
      <w:r>
        <w:br/>
        <w:t>Що я тут стережу? Цю давно розбиту фортецю?&lt;br /&gt;</w:t>
        <w:br/>
        <w:t>Чорний сон зброяра, недовбитого кілька віків?&lt;br /&gt;</w:t>
        <w:br/>
        <w:t>Цього юного джуру, дитину чиюсь отецьку?&lt;br /&gt;</w:t>
        <w:br/>
        <w:t>Чи віщунку стару, що й сама все чує довкіл?</w:t>
      </w:r>
    </w:p>
    <w:p>
      <w:r>
        <w:br/>
        <w:t>Що я тут стережу? Цю чаклунську тишу в діброві?&lt;br /&gt;</w:t>
        <w:br/>
        <w:t>Чи в озерах туман? — його стережуть комарі.&lt;br /&gt;</w:t>
        <w:br/>
        <w:t>Це урочище славне, де глини такі кольорові, —&lt;br /&gt;</w:t>
        <w:br/>
        <w:t>На сплюндрованих землях, де вже не живуть гончарі.</w:t>
      </w:r>
    </w:p>
    <w:p>
      <w:r>
        <w:br/>
        <w:t>Що я тут стережу?.. Ці давно скаламучені броди?&lt;br /&gt;</w:t>
        <w:br/>
        <w:t>І чого прислухаюсь? Кого виглядаю з доріг?&lt;br /&gt;</w:t>
        <w:br/>
        <w:t>Що я тут стережу, коли я не встеріг свободи?!&lt;br /&gt;</w:t>
        <w:br/>
        <w:t>Коли власної жінки, коли жінки — і то не встеріг!</w:t>
      </w:r>
    </w:p>
    <w:p>
      <w:r>
        <w:br/>
        <w:t>УДЕНЬ Я СПАВ ПІСЛЯ ТІЇ СТОРОЖІ.&lt;br /&gt;</w:t>
        <w:br/>
        <w:t>Вже сплю я вдень. То можна й не вставать.&lt;br /&gt;</w:t>
        <w:br/>
        <w:t>Наснились сни. Та все такі хороші.&lt;br /&gt;</w:t>
        <w:br/>
        <w:t>Що я малий. І хочу воювать.&lt;br /&gt;</w:t>
        <w:br/>
        <w:t>Гукаю хлопчаків. Бур'ян шаблями крешем.&lt;br /&gt;</w:t>
        <w:br/>
        <w:t>Сторожу встановили на ближчому горбі.&lt;br /&gt;</w:t>
        <w:br/>
        <w:t>Такі іще малі. Нікому ще не брешем.&lt;br /&gt;</w:t>
        <w:br/>
        <w:t>Ні матері, ні Богу, ані самим собі.&lt;br /&gt;</w:t>
        <w:br/>
        <w:t>Я змалку був такий. Розказувала мати,&lt;br /&gt;</w:t>
        <w:br/>
        <w:t>що був заводіяка усяких колотнеч.&lt;br /&gt;</w:t>
        <w:br/>
        <w:t>Усе грозилась різку у березі вламати.&lt;br /&gt;</w:t>
        <w:br/>
        <w:t>Недаром же в колиску мені поклали меч.</w:t>
      </w:r>
    </w:p>
    <w:p>
      <w:r>
        <w:br/>
        <w:t>ЗАПОВІДАЛОСЬ НА ВЕЛИКЕ.&lt;br /&gt;</w:t>
        <w:br/>
        <w:t>ПРОЗРІННЯМ ПОВНИЛАСЬ ДУША.&lt;br /&gt;</w:t>
        <w:br/>
        <w:t>Кого любив? І що накликав?&lt;br /&gt;</w:t>
        <w:br/>
        <w:t>Таке зробив — як швайку з лемеша.</w:t>
      </w:r>
    </w:p>
    <w:p>
      <w:r>
        <w:br/>
        <w:t>…НЕ ЗРІКСЯ БУЛАВИ. ВОНА САМА УПАЛА.&lt;br /&gt;</w:t>
        <w:br/>
        <w:t>Та що там булави, я честі не зберіг!&lt;br /&gt;</w:t>
        <w:br/>
        <w:t>Якби воно само пальнуло з самопала.&lt;br /&gt;</w:t>
        <w:br/>
        <w:t>Бо сам себе я — ні. Накласти руки. Гріх.</w:t>
      </w:r>
    </w:p>
    <w:p>
      <w:r>
        <w:br/>
        <w:t>Що скаже цей зброяр? Що скажуть люди прості?&lt;br /&gt;</w:t>
        <w:br/>
        <w:t>Та й приклад же синам. І щевкнуть вороги</w:t>
      </w:r>
    </w:p>
    <w:p>
      <w:r>
        <w:br/>
        <w:t>В тюремному льоху вночі кричали кості.&lt;br /&gt;</w:t>
        <w:br/>
        <w:t>Наснилося чи що, бряжчали ланцюги…</w:t>
      </w:r>
    </w:p>
    <w:p>
      <w:r>
        <w:br/>
        <w:t>А ДНІ МОЇ БРЕДУТЬ, ЩОСЬ ДІЄТЬСЯ ЗІ МНОЮ.&lt;br /&gt;</w:t>
        <w:br/>
        <w:t>На силі занепав. Ніде мене не ждуть.</w:t>
      </w:r>
    </w:p>
    <w:p>
      <w:r>
        <w:br/>
        <w:t>Долиною, гей, зеленою,</w:t>
      </w:r>
    </w:p>
    <w:p>
      <w:r>
        <w:br/>
        <w:t>козаки не йдуть.</w:t>
      </w:r>
    </w:p>
    <w:p>
      <w:r>
        <w:br/>
        <w:t>Повзе під гору стежечка зміїна.&lt;br /&gt;</w:t>
        <w:br/>
        <w:t>На схил виходжу і дивлюсь, дивлюсь..&lt;br /&gt;</w:t>
        <w:br/>
        <w:t>Отак живу. Молюсь до України.&lt;br /&gt;</w:t>
        <w:br/>
        <w:t>Вона не чує. Але я молюсь.</w:t>
      </w:r>
    </w:p>
    <w:p>
      <w:r>
        <w:br/>
        <w:t>МОЯ ДОБРИНЬ, ГОРБАТА ВІД ОБУХІВ!&lt;br /&gt;</w:t>
        <w:br/>
        <w:t>Моя Гординь, щербата від неслав.&lt;br /&gt;</w:t>
        <w:br/>
        <w:t>Моя Білобожниця, мій Богодухів,&lt;br /&gt;</w:t>
        <w:br/>
        <w:t>моя Вознесенка, мій Богуслав!&lt;br /&gt;</w:t>
        <w:br/>
        <w:t>Лавро моя! Мій колючий Тернопіль!&lt;br /&gt;</w:t>
        <w:br/>
        <w:t>Вічний Ридомиль і вічна Ташань.&lt;br /&gt;</w:t>
        <w:br/>
        <w:t>Білою Церквою в зоряний попіл&lt;br /&gt;</w:t>
        <w:br/>
        <w:t>виросли храми твоїх ридань.</w:t>
      </w:r>
    </w:p>
    <w:p>
      <w:r>
        <w:br/>
        <w:t>Дивинь моя, моя Пуща і проща.&lt;br /&gt;</w:t>
        <w:br/>
        <w:t>Мій Добротворе, що в мене єдин.&lt;br /&gt;</w:t>
        <w:br/>
        <w:t>Моя Дорожинка, моя Мирогоща,&lt;br /&gt;</w:t>
        <w:br/>
        <w:t>мій Ніжин,&lt;br /&gt;</w:t>
        <w:br/>
        <w:t>мій Любеч,&lt;br /&gt;</w:t>
        <w:br/>
        <w:t>моя Мединь!</w:t>
      </w:r>
    </w:p>
    <w:p>
      <w:r>
        <w:br/>
        <w:t>Умань моя, моя Горинь і Згубівко.&lt;br /&gt;</w:t>
        <w:br/>
        <w:t>Радомко ранньої сивини.&lt;br /&gt;</w:t>
        <w:br/>
        <w:t>Моя Божедарівко, Миролюбівко,&lt;br /&gt;</w:t>
        <w:br/>
        <w:t>Ганно-Зачатівко, сина зачни!&lt;br /&gt;</w:t>
        <w:br/>
        <w:t>В Сумах Твоїх, у Твоїм Голосієві —&lt;br /&gt;</w:t>
        <w:br/>
        <w:t>На весь Хрестипіль, Хрестища, Хрести —&lt;br /&gt;</w:t>
        <w:br/>
        <w:t>Сина Славутича, сина Месію,&lt;br /&gt;</w:t>
        <w:br/>
        <w:t>Сина Спасителя!.. А нас прости.</w:t>
      </w:r>
    </w:p>
    <w:p>
      <w:r>
        <w:br/>
        <w:t>НЕ ВРЯТУВАВ ТЕБЕ Я, УКРАЇНО.&lt;br /&gt;</w:t>
        <w:br/>
        <w:t>І не врятую, хоч кричи на ґвалт.&lt;br /&gt;</w:t>
        <w:br/>
        <w:t>Зброяр на вежі. Джура косить сіно.&lt;br /&gt;</w:t>
        <w:br/>
        <w:t>Розбитий гетьман, що тепер я варт?!</w:t>
      </w:r>
    </w:p>
    <w:p>
      <w:r>
        <w:br/>
        <w:t>ВЛОМЛЮ СОБІ 3 ГРАБИНИ КОСТУРЕЦЬ.&lt;br /&gt;</w:t>
        <w:br/>
        <w:t>Із очерету виріжу сопілку.</w:t>
      </w:r>
    </w:p>
    <w:p>
      <w:r>
        <w:br/>
        <w:t>Ішов полями навпростець,</w:t>
      </w:r>
    </w:p>
    <w:p>
      <w:r>
        <w:br/>
        <w:t>переполохав перепілку.</w:t>
      </w:r>
    </w:p>
    <w:p>
      <w:r>
        <w:br/>
        <w:t>Змія на стежці, пережду змію.&lt;br /&gt;</w:t>
        <w:br/>
        <w:t>Джерельце б'є з-під каменя, я п'ю.</w:t>
      </w:r>
    </w:p>
    <w:p>
      <w:r>
        <w:br/>
        <w:t>Тут, власне, рай. Тут птиці і зело.&lt;br /&gt;</w:t>
        <w:br/>
        <w:t>Ні слова злого, ані злого чину.&lt;br /&gt;</w:t>
        <w:br/>
        <w:t>В житті такого всякого було,&lt;br /&gt;</w:t>
        <w:br/>
        <w:t>що аж тепер на старості спочину.</w:t>
      </w:r>
    </w:p>
    <w:p>
      <w:r>
        <w:br/>
        <w:t>Минає день. Іще один. Минай…&lt;br /&gt;</w:t>
        <w:br/>
        <w:t>Надходить вечір, птиця замовкає.&lt;br /&gt;</w:t>
        <w:br/>
        <w:t>А той зброяр, мабуть, таки Мамай,</w:t>
      </w:r>
    </w:p>
    <w:p>
      <w:r>
        <w:br/>
        <w:t>бо часом є, а часом і зникає.</w:t>
      </w:r>
    </w:p>
    <w:p>
      <w:r>
        <w:br/>
        <w:t>ВЖЕ ПЕРША ЗІРКА&lt;br /&gt;</w:t>
        <w:br/>
        <w:t>КРІЗЬ ГІЛЛЯ ПРОГЛЯНУЛА.&lt;br /&gt;</w:t>
        <w:br/>
        <w:t>Вже скоро їх тут вилетять рої.&lt;br /&gt;</w:t>
        <w:br/>
        <w:t>Ходи, не бійся, пані порцелянова!&lt;br /&gt;</w:t>
        <w:br/>
        <w:t>Я теж тут привид. Ми тепер свої.</w:t>
      </w:r>
    </w:p>
    <w:p>
      <w:r>
        <w:br/>
        <w:t>Ось тут посидим трохи на камінні.&lt;br /&gt;</w:t>
        <w:br/>
        <w:t>Розстелим тишу, як м'який обрус.&lt;br /&gt;</w:t>
        <w:br/>
        <w:t>То форкне кінь. То в місячнім промінні&lt;br /&gt;</w:t>
        <w:br/>
        <w:t>зубами блисне чорний сажотрус.</w:t>
      </w:r>
    </w:p>
    <w:p>
      <w:r>
        <w:br/>
        <w:t>ОТ Я Й ЗАПЛИВ У ЦЕЙ КАМІННИЙ ЯТЕР.&lt;br /&gt;</w:t>
        <w:br/>
        <w:t>От я вже й міг би, вперше у житті,&lt;br /&gt;</w:t>
        <w:br/>
        <w:t>як Марк Аврелій, римський імператор,&lt;br /&gt;</w:t>
        <w:br/>
        <w:t>писать свої "Думки на самоті".</w:t>
      </w:r>
    </w:p>
    <w:p>
      <w:r>
        <w:br/>
        <w:t>Але ж незвичка. Все універсали.&lt;br /&gt;</w:t>
        <w:br/>
        <w:t>До шаблі звичен більш, як до пера.&lt;br /&gt;</w:t>
        <w:br/>
        <w:t>Розумні люди все-таки писали.&lt;br /&gt;</w:t>
        <w:br/>
        <w:t>А ми не дуже, нам воно не тра.</w:t>
      </w:r>
    </w:p>
    <w:p>
      <w:r>
        <w:br/>
        <w:t>Аще хотяще…0т і вся мудрація.&lt;br /&gt;</w:t>
        <w:br/>
        <w:t>Чому у нас немає ще Горація?</w:t>
      </w:r>
    </w:p>
    <w:p>
      <w:r>
        <w:br/>
        <w:t>Умієм добре шаблею махати,&lt;br /&gt;</w:t>
        <w:br/>
        <w:t>червоні ружі сіять біля хати.</w:t>
      </w:r>
    </w:p>
    <w:p>
      <w:r>
        <w:br/>
        <w:t>Вмирати вмієм, по степах гасати.&lt;br /&gt;</w:t>
        <w:br/>
        <w:t>але себе не вмієм написати.</w:t>
      </w:r>
    </w:p>
    <w:p>
      <w:r>
        <w:br/>
        <w:t>У цій страшній великій боротьбі&lt;br /&gt;</w:t>
        <w:br/>
        <w:t>не вмієм так сказати о собі,</w:t>
      </w:r>
    </w:p>
    <w:p>
      <w:r>
        <w:br/>
        <w:t>щоб світ здригнувся і на всі віки&lt;br /&gt;</w:t>
        <w:br/>
        <w:t>були преславні наші козаки —</w:t>
      </w:r>
    </w:p>
    <w:p>
      <w:r>
        <w:br/>
        <w:t>як ті Ахілли і як ті Ґеракли.&lt;br /&gt;</w:t>
        <w:br/>
        <w:t>На це у нас щось розуму забракло.</w:t>
      </w:r>
    </w:p>
    <w:p>
      <w:r>
        <w:br/>
        <w:t>Бо поки ми тут про свободу мимрили,&lt;br /&gt;</w:t>
        <w:br/>
        <w:t>то інші вже свободу й здобули.</w:t>
      </w:r>
    </w:p>
    <w:p>
      <w:r>
        <w:br/>
        <w:t>А ми усе співаєм, як ми вимерли&lt;br /&gt;</w:t>
        <w:br/>
        <w:t>або як нас в неволю продали.</w:t>
      </w:r>
    </w:p>
    <w:p>
      <w:r>
        <w:br/>
        <w:t>І де той геній, до народу дбалий,&lt;br /&gt;</w:t>
        <w:br/>
        <w:t>щоб розбудив наш умисел оспалий?!</w:t>
      </w:r>
    </w:p>
    <w:p>
      <w:r>
        <w:br/>
        <w:t>І не нікчемним словом, що як нежить,&lt;br /&gt;</w:t>
        <w:br/>
        <w:t>а як народу гідному належить!</w:t>
      </w:r>
    </w:p>
    <w:p>
      <w:r>
        <w:br/>
        <w:t>КАЗАВ ЙОАНН: "В ПОЧАТКУ БУЛО СЛОВО".&lt;br /&gt;</w:t>
        <w:br/>
        <w:t>В початку Слово, а не комарі.&lt;br /&gt;</w:t>
        <w:br/>
        <w:t>Не як у нас — на Січ іде з малого,&lt;br /&gt;</w:t>
        <w:br/>
        <w:t>а вже коли осліп — у кобзарі.</w:t>
      </w:r>
    </w:p>
    <w:p>
      <w:r>
        <w:br/>
        <w:t>О ГОСПОДИ, А Я? ЧИ МАВ ПРИ СОБІ ГРОНО&lt;br /&gt;</w:t>
        <w:br/>
        <w:t>найвченіших мужів, піїтів і музик?&lt;br /&gt;</w:t>
        <w:br/>
        <w:t>То все у королів. В палацах. Біля тронів.&lt;br /&gt;</w:t>
        <w:br/>
        <w:t>А ти козак. Ти гетьман. Ти мужик.</w:t>
      </w:r>
    </w:p>
    <w:p>
      <w:r>
        <w:br/>
        <w:t>Бувають королі, більш вдатні до розпусти,&lt;br /&gt;</w:t>
        <w:br/>
        <w:t>ніж до звитяг. І кожне слово — лож.&lt;br /&gt;</w:t>
        <w:br/>
        <w:t>Зате як вийде, гляне, як розпустить&lt;br /&gt;</w:t>
        <w:br/>
        <w:t>павиний хвіст придворних і вельмож!</w:t>
      </w:r>
    </w:p>
    <w:p>
      <w:r>
        <w:br/>
        <w:t>При них все люди грамотні і терті.&lt;br /&gt;</w:t>
        <w:br/>
        <w:t>У них Боплан, у них і Шевальє.&lt;br /&gt;</w:t>
        <w:br/>
        <w:t>А наше слово дожило до смерті,&lt;br /&gt;</w:t>
        <w:br/>
        <w:t>але для світу й досі ще не є.</w:t>
      </w:r>
    </w:p>
    <w:p>
      <w:r>
        <w:br/>
        <w:t>Бо ми такі. Ми прості. Ми в кожусі.&lt;br /&gt;</w:t>
        <w:br/>
        <w:t>Не знаєм як. Не звикли до свобод.&lt;br /&gt;</w:t>
        <w:br/>
        <w:t>То треба ж якось піднімать на дусі,&lt;br /&gt;</w:t>
        <w:br/>
        <w:t>а не в болото втоптувать народ!</w:t>
      </w:r>
    </w:p>
    <w:p>
      <w:r>
        <w:br/>
        <w:t>ТА ПРИЙДЕ ЧАС, ЯК ПЕРЕД БОГОМ СВІДЧУ&lt;br /&gt;</w:t>
        <w:br/>
        <w:t>ще буде Слово, більше за слова.</w:t>
      </w:r>
    </w:p>
    <w:p>
      <w:r>
        <w:br/>
        <w:t>Але чи й справді ми німі для світу,&lt;br /&gt;</w:t>
        <w:br/>
        <w:t>чи, може, трохи світ недочува?</w:t>
      </w:r>
    </w:p>
    <w:p>
      <w:r>
        <w:br/>
        <w:t>МИ ВОЇНИ. НЕ ЛЕДАРІ. НЕ ЛЕЖНІ.&lt;br /&gt;</w:t>
        <w:br/>
        <w:t>І наше діло праведне й святе.&lt;br /&gt;</w:t>
        <w:br/>
        <w:t>Бо хто за що, а ми за незалежність.&lt;br /&gt;</w:t>
        <w:br/>
        <w:t>Отож нам так і важко через те.</w:t>
      </w:r>
    </w:p>
    <w:p>
      <w:r>
        <w:br/>
        <w:t>ЧИ, МОЖЕ, МИ НЕ ЛИЦАРІ БУЛИ?&lt;br /&gt;</w:t>
        <w:br/>
        <w:t>Своє жіноцтво шанувать не вміли?&lt;br /&gt;</w:t>
        <w:br/>
        <w:t>Пани вино їм з тухольки пили.&lt;br /&gt;</w:t>
        <w:br/>
        <w:t>А ми у шапці ніженьки їм гріли.</w:t>
      </w:r>
    </w:p>
    <w:p>
      <w:r>
        <w:br/>
        <w:t>Віки ідуть. А нам усе амінь.&lt;br /&gt;</w:t>
        <w:br/>
        <w:t>Нема спокою між Дніпром і Бугом.&lt;br /&gt;</w:t>
        <w:br/>
        <w:t>Вже стільки літ, вже стільки поколінь! —&lt;br /&gt;</w:t>
        <w:br/>
        <w:t>усе життя — між шаблею і плугом.</w:t>
      </w:r>
    </w:p>
    <w:p>
      <w:r>
        <w:br/>
        <w:t>Так нам судилось. Так нам довелось.&lt;br /&gt;</w:t>
        <w:br/>
        <w:t>Все нас руйнують, як ахейці Трою.&lt;br /&gt;</w:t>
        <w:br/>
        <w:t>У нас хлоп'я на ноги зіп'ялось —&lt;br /&gt;</w:t>
        <w:br/>
        <w:t>і вже притьма хапається за зброю.</w:t>
      </w:r>
    </w:p>
    <w:p>
      <w:r>
        <w:br/>
        <w:t>Ми — хто за кого, ми — не хто кого.&lt;br /&gt;</w:t>
        <w:br/>
        <w:t>І ця війна, — не я їй був призвідця.&lt;br /&gt;</w:t>
        <w:br/>
        <w:t>Мосьпанство йде гуртом на одного.&lt;br /&gt;</w:t>
        <w:br/>
        <w:t>А наш один і чорта не боїться.</w:t>
      </w:r>
    </w:p>
    <w:p>
      <w:r>
        <w:br/>
        <w:t>Аби який перед собою корч —&lt;br /&gt;</w:t>
        <w:br/>
        <w:t>півсотні війська полетіло б сторч.</w:t>
      </w:r>
    </w:p>
    <w:p>
      <w:r>
        <w:br/>
        <w:t>Хто йшов на нас, той повертався з ґулями.&lt;br /&gt;</w:t>
        <w:br/>
        <w:t>У нас баби — і ті стріляють дулями.</w:t>
      </w:r>
    </w:p>
    <w:p>
      <w:r>
        <w:br/>
        <w:t>І все одно — віками у ярмі.&lt;br /&gt;</w:t>
        <w:br/>
        <w:t>Усім чужі. Для світу незначущі.&lt;br /&gt;</w:t>
        <w:br/>
        <w:t>Чи що ніяк не вирвемось самі.&lt;br /&gt;</w:t>
        <w:br/>
        <w:t>Чи що у нас сусіди загребущі.&lt;br /&gt;</w:t>
        <w:br/>
        <w:t>Ми, вільні люди вільної землі,&lt;br /&gt;</w:t>
        <w:br/>
        <w:t>тавро поразки маєм на чолі.</w:t>
      </w:r>
    </w:p>
    <w:p>
      <w:r>
        <w:br/>
        <w:t>МОЙСЕЙ НАРОД СВІЙ ВІВ ЧЕРЕЗ ПУСТЕЛЮ.&lt;br /&gt;</w:t>
        <w:br/>
        <w:t>Послав Господь їм воду за труда.&lt;br /&gt;</w:t>
        <w:br/>
        <w:t>А в нас яку не вдариш кайлом скелю —&lt;br /&gt;</w:t>
        <w:br/>
        <w:t>зівсюди рине кров, а не вода.</w:t>
      </w:r>
    </w:p>
    <w:p>
      <w:r>
        <w:br/>
        <w:t>Вони хоч мали з неба яку манну.&lt;br /&gt;</w:t>
        <w:br/>
        <w:t>Таки ж пустеля більша за степи.&lt;br /&gt;</w:t>
        <w:br/>
        <w:t>Господь їм землю дав обітованну&lt;br /&gt;</w:t>
        <w:br/>
        <w:t>і море перед ними розступив!</w:t>
      </w:r>
    </w:p>
    <w:p>
      <w:r>
        <w:br/>
        <w:t>Я ж не Мойсей. Народ — на рані рана.&lt;br /&gt;</w:t>
        <w:br/>
        <w:t>Моє чоло побила сивина.&lt;br /&gt;</w:t>
        <w:br/>
        <w:t>Куди іти? Земля обітованна —&lt;br /&gt;</w:t>
        <w:br/>
        <w:t>вона ж під нами, наша, ось вона!</w:t>
      </w:r>
    </w:p>
    <w:p>
      <w:r>
        <w:br/>
        <w:t>Та ще ж яка, мій Господи, багата!&lt;br /&gt;</w:t>
        <w:br/>
        <w:t>Лісами щедра, зерном золота.&lt;br /&gt;</w:t>
        <w:br/>
        <w:t>Міцна зелом, скотиною рогата.&lt;br /&gt;</w:t>
        <w:br/>
        <w:t>Народом добра, вірою свята.</w:t>
      </w:r>
    </w:p>
    <w:p>
      <w:r>
        <w:br/>
        <w:t>Хто тут не жив!&lt;br /&gt;</w:t>
        <w:br/>
        <w:t>А в нагороду&lt;br /&gt;</w:t>
        <w:br/>
        <w:t>хто вдячен був коли цьому народу?!</w:t>
      </w:r>
    </w:p>
    <w:p>
      <w:r>
        <w:br/>
        <w:t>ЧУЖИНЦІ СКРІЗЬ ПОСІЛИ НАШІ ГРАДИ.&lt;br /&gt;</w:t>
        <w:br/>
        <w:t>Ім'я дали нам — хлопи, мужики.&lt;br /&gt;</w:t>
        <w:br/>
        <w:t>На нас лежить тавро тієї зради,&lt;br /&gt;</w:t>
        <w:br/>
        <w:t>якою нас вже зраджено віки.</w:t>
      </w:r>
    </w:p>
    <w:p>
      <w:r>
        <w:br/>
        <w:t>Для них ці землі тільки ласий кусень.&lt;br /&gt;</w:t>
        <w:br/>
        <w:t>Та люд сумирний десь там по хатах.&lt;br /&gt;</w:t>
        <w:br/>
        <w:t>Жили-були. Об'їли нас як гусінь.&lt;br /&gt;</w:t>
        <w:br/>
        <w:t>Ще й поганьбили по усіх світах.</w:t>
      </w:r>
    </w:p>
    <w:p>
      <w:r>
        <w:br/>
        <w:t>ВСЕ НАМ ВИПОМИНАЮТЬ ВСІ НАШІ ЗЛОДІЯННЯ.&lt;br /&gt;</w:t>
        <w:br/>
        <w:t>Де, що, коли і скільки — визбирують до крихт.&lt;br /&gt;</w:t>
        <w:br/>
        <w:t>А скільки ми зазнали нелюдського страждання?&lt;br /&gt;</w:t>
        <w:br/>
        <w:t>А скільки ті чужинці сподіяли нам кривд?!</w:t>
      </w:r>
    </w:p>
    <w:p>
      <w:r>
        <w:br/>
        <w:t>Чи ми чинили утиск&lt;br /&gt;</w:t>
        <w:br/>
        <w:t>сусідам, їхній мові?&lt;br /&gt;</w:t>
        <w:br/>
        <w:t>Був мій народ співцем і сіячем.&lt;br /&gt;</w:t>
        <w:br/>
        <w:t>Я все зробив би без проливу крові.&lt;br /&gt;</w:t>
        <w:br/>
        <w:t>Так ви ж пройшли вогнем тут і мечем!</w:t>
      </w:r>
    </w:p>
    <w:p>
      <w:r>
        <w:br/>
        <w:t>Ви кажете: ми темні. Ви кажете: погроми.&lt;br /&gt;</w:t>
        <w:br/>
        <w:t>Але чому ж не чути з правдивих ваших пащ&lt;br /&gt;</w:t>
        <w:br/>
        <w:t>про тих погромів чорні буреломи,&lt;br /&gt;</w:t>
        <w:br/>
        <w:t>які вчинив Чарнецький тут і Лащ?!</w:t>
      </w:r>
    </w:p>
    <w:p>
      <w:r>
        <w:br/>
        <w:t>Що вже віки нема од вас рятунку.&lt;br /&gt;</w:t>
        <w:br/>
        <w:t>А ще зветеся лицарі, бундючні павичі.&lt;br /&gt;</w:t>
        <w:br/>
        <w:t>Хан палить села хоч для пограбунку,&lt;br /&gt;</w:t>
        <w:br/>
        <w:t>а Радзивілл — для світла уночі!</w:t>
      </w:r>
    </w:p>
    <w:p>
      <w:r>
        <w:br/>
        <w:t>Так наступили цій землі на груди,&lt;br /&gt;</w:t>
        <w:br/>
        <w:t>що й стогін вже не вирветься з грудей.&lt;br /&gt;</w:t>
        <w:br/>
        <w:t>Князь Вишневецький вішає повсюди,&lt;br /&gt;</w:t>
        <w:br/>
        <w:t>а Лащ у церкві вирізав людей.</w:t>
      </w:r>
    </w:p>
    <w:p>
      <w:r>
        <w:br/>
        <w:t>Це ж треба мати сатанинський намір,&lt;br /&gt;</w:t>
        <w:br/>
        <w:t>чаїть в собі невиліковний сказ,&lt;br /&gt;</w:t>
        <w:br/>
        <w:t>щоб тяжко так знущатися над нами&lt;br /&gt;</w:t>
        <w:br/>
        <w:t>та ще й у всьому звинуватить нас!</w:t>
      </w:r>
    </w:p>
    <w:p>
      <w:r>
        <w:br/>
        <w:t>Хіба що мертвий тут би не пручався&lt;br /&gt;</w:t>
        <w:br/>
        <w:t>в гадючих путах визиску й лихви.&lt;br /&gt;</w:t>
        <w:br/>
        <w:t>Живуть без вінчання. Вмирають без причастя.&lt;br /&gt;</w:t>
        <w:br/>
        <w:t>Дітей не хрестять. Замкнено церкви.</w:t>
      </w:r>
    </w:p>
    <w:p>
      <w:r>
        <w:br/>
        <w:t>Вже допекли нас до живої рани.&lt;br /&gt;</w:t>
        <w:br/>
        <w:t>Деруть податки з поля, двору, стріх.&lt;br /&gt;</w:t>
        <w:br/>
        <w:t>Цькують людей. Здають в оренду храми.&lt;br /&gt;</w:t>
        <w:br/>
        <w:t>І мову нашу мають для зловтіх.</w:t>
      </w:r>
    </w:p>
    <w:p>
      <w:r>
        <w:br/>
        <w:t>Ну, то й дійшло до крові, до шабель.&lt;br /&gt;</w:t>
        <w:br/>
        <w:t>Армаґеддон. Збувається пророче.&lt;br /&gt;</w:t>
        <w:br/>
        <w:t>А вже коли зірвалося з петель,&lt;br /&gt;</w:t>
        <w:br/>
        <w:t>то вже по людських долях прогуркоче.</w:t>
      </w:r>
    </w:p>
    <w:p>
      <w:r>
        <w:br/>
        <w:t>І ТОЙ НАРОД, І ТАК ПО СВІТУ ГНАНИЙ,&lt;br /&gt;</w:t>
        <w:br/>
        <w:t>сумний народ, що світу дав Христа, —&lt;br /&gt;</w:t>
        <w:br/>
        <w:t>о Божа Мати, змилуйся над нами!&lt;br /&gt;</w:t>
        <w:br/>
        <w:t>Дай розум в серце й правду на вуста.</w:t>
      </w:r>
    </w:p>
    <w:p>
      <w:r>
        <w:br/>
        <w:t>Чи ми коли той біль страшний загоїмо?&lt;br /&gt;</w:t>
        <w:br/>
        <w:t>Взаємна кривда — то взаємний гріх.&lt;br /&gt;</w:t>
        <w:br/>
        <w:t>Бо їхні темні нас вважають ґоями,&lt;br /&gt;</w:t>
        <w:br/>
        <w:t>а наші темні обзивають їх.</w:t>
      </w:r>
    </w:p>
    <w:p>
      <w:r>
        <w:br/>
        <w:t>Чи винен той скрипаль чи балагула,&lt;br /&gt;</w:t>
        <w:br/>
        <w:t>чи винен хлібороб той чи кобзар,&lt;br /&gt;</w:t>
        <w:br/>
        <w:t>що серед нас є Лисенко, вовгура,&lt;br /&gt;</w:t>
        <w:br/>
        <w:t>а серед них — визискувач, лихвар?!</w:t>
      </w:r>
    </w:p>
    <w:p>
      <w:r>
        <w:br/>
        <w:t>Все винен я. Всіх мусив захистити.&lt;br /&gt;</w:t>
        <w:br/>
        <w:t>І тих, і тих. І тих від тих і тих.&lt;br /&gt;</w:t>
        <w:br/>
        <w:t>Мене, людину, можна не простити.&lt;br /&gt;</w:t>
        <w:br/>
        <w:t>Але народи?! Ради всіх святих…</w:t>
      </w:r>
    </w:p>
    <w:p>
      <w:r>
        <w:br/>
        <w:t>УСІ НАРОДИ, А ВІДТАК І МІЙ,&lt;br /&gt;</w:t>
        <w:br/>
        <w:t>у чомусь винні, скоївши й не скоївши,&lt;br /&gt;</w:t>
        <w:br/>
        <w:t>як винен той святий Варфоломій&lt;br /&gt;</w:t>
        <w:br/>
        <w:t>за те Варфоломіївське побоїще.</w:t>
      </w:r>
    </w:p>
    <w:p>
      <w:r>
        <w:br/>
        <w:t>О горе нам!.. Я вже як ті пророки,&lt;br /&gt;</w:t>
        <w:br/>
        <w:t>що часом божеволіли з жалю.&lt;br /&gt;</w:t>
        <w:br/>
        <w:t>Я знаю свій народ. Кляну його пороки.&lt;br /&gt;</w:t>
        <w:br/>
        <w:t>Але за нього Господа молю!</w:t>
      </w:r>
    </w:p>
    <w:p>
      <w:r>
        <w:br/>
        <w:t>А ВИ, ЩО ЗВИКЛИ РОЗЗЯВЛЯТИ ПАЩІ,&lt;br /&gt;</w:t>
        <w:br/>
        <w:t>злочинства наші множити стокрот, —&lt;br /&gt;</w:t>
        <w:br/>
        <w:t>побійтесь Бога! Ви нічим не кращі&lt;br /&gt;</w:t>
        <w:br/>
        <w:t>за мій сумний зацькований народ.</w:t>
      </w:r>
    </w:p>
    <w:p>
      <w:r>
        <w:br/>
        <w:t>А втім, нехай. Дорога правди довга.&lt;br /&gt;</w:t>
        <w:br/>
        <w:t>Усі усім втовкмачують своє.</w:t>
      </w:r>
    </w:p>
    <w:p>
      <w:r>
        <w:br/>
        <w:t>У всеправуючого Бога</w:t>
      </w:r>
    </w:p>
    <w:p>
      <w:r>
        <w:br/>
        <w:t>усе записано як є.</w:t>
      </w:r>
    </w:p>
    <w:p>
      <w:r>
        <w:br/>
        <w:t>МИ ЗА СВОЇМ НЕПЕРЕБУТНІМ ГОРЕМ&lt;br /&gt;</w:t>
        <w:br/>
        <w:t>все про своє говорим і говорим.</w:t>
      </w:r>
    </w:p>
    <w:p>
      <w:r>
        <w:br/>
        <w:t>А як пильніше глянуть навкруги —&lt;br /&gt;</w:t>
        <w:br/>
        <w:t>все хтось комусь на світі вороги.</w:t>
      </w:r>
    </w:p>
    <w:p>
      <w:r>
        <w:br/>
        <w:t>Добром ніде на світі не завізно.&lt;br /&gt;</w:t>
        <w:br/>
        <w:t>Закон війни, тяжка його хода.&lt;br /&gt;</w:t>
        <w:br/>
        <w:t>Чи ті пани, повбирані в залізо,&lt;br /&gt;</w:t>
        <w:br/>
        <w:t>чи та в шапках баранячих орда.</w:t>
      </w:r>
    </w:p>
    <w:p>
      <w:r>
        <w:br/>
        <w:t>Ніхто ніде наживою не знехтує.&lt;br /&gt;</w:t>
        <w:br/>
        <w:t>Хіба лиш хан пустошити мастак?&lt;br /&gt;</w:t>
        <w:br/>
        <w:t>А королі не віддають ландскнехтам&lt;br /&gt;</w:t>
        <w:br/>
        <w:t>на пограбунок села і міста?</w:t>
      </w:r>
    </w:p>
    <w:p>
      <w:r>
        <w:br/>
        <w:t>Це їх платня. Тож хан і суне потоптом&lt;br /&gt;</w:t>
        <w:br/>
        <w:t>і ділять здобич ханські вояки.&lt;br /&gt;</w:t>
        <w:br/>
        <w:t>Але деінде запорвали б золотом.&lt;br /&gt;</w:t>
        <w:br/>
        <w:t>А в нас яке тут золото? Жінки.</w:t>
      </w:r>
    </w:p>
    <w:p>
      <w:r>
        <w:br/>
        <w:t>БУЛО ВСЬОГО, А БУДЕ ЩЕ ВСЬОГІШЕ.&lt;br /&gt;</w:t>
        <w:br/>
        <w:t>І що не день — все гірше, й гірше, й гірше.</w:t>
      </w:r>
    </w:p>
    <w:p>
      <w:r>
        <w:br/>
        <w:t>То мор, то мур, то голод, то війна.&lt;br /&gt;</w:t>
        <w:br/>
        <w:t>То з неба грім, то в полі сарана.</w:t>
      </w:r>
    </w:p>
    <w:p>
      <w:r>
        <w:br/>
        <w:t>То гнів царя. То ласка королева.&lt;br /&gt;</w:t>
        <w:br/>
        <w:t>То знов якась чужинська кабала.&lt;br /&gt;</w:t>
        <w:br/>
        <w:t>А звідусіль — то хижі кігті лева,&lt;br /&gt;</w:t>
        <w:br/>
        <w:t>то дзьоб зоключений орла.</w:t>
      </w:r>
    </w:p>
    <w:p>
      <w:r>
        <w:br/>
        <w:t>І ПОКИ МИ ЗБЕРЕМСЯ НА ПОТУГУ,&lt;br /&gt;</w:t>
        <w:br/>
        <w:t>чужих корон задурені підданці, —&lt;br /&gt;</w:t>
        <w:br/>
        <w:t>пани торгують.&lt;br /&gt;</w:t>
        <w:br/>
        <w:t>З Бреста і по Бугу&lt;br /&gt;</w:t>
        <w:br/>
        <w:t>плоти лаштують на далекий Данціг.</w:t>
      </w:r>
    </w:p>
    <w:p>
      <w:r>
        <w:br/>
        <w:t>Чужі та прийшлі, вже тут укорінені,&lt;br /&gt;</w:t>
        <w:br/>
        <w:t>та ще й своїх причаєне кубло&lt;br /&gt;</w:t>
        <w:br/>
        <w:t>так вирипали двері України —&lt;br /&gt;</w:t>
        <w:br/>
        <w:t>аж холодом з Європи потягло.</w:t>
      </w:r>
    </w:p>
    <w:p>
      <w:r>
        <w:br/>
        <w:t>Немає вже медової землі.&lt;br /&gt;</w:t>
        <w:br/>
        <w:t>Рознищили пани і королі.</w:t>
      </w:r>
    </w:p>
    <w:p>
      <w:r>
        <w:br/>
        <w:t>От що в нас є — могили та й могили.&lt;br /&gt;</w:t>
        <w:br/>
        <w:t>Та Чорний Шлях з невільницьким плачем.&lt;br /&gt;</w:t>
        <w:br/>
        <w:t>Цьому народу світ уже немилий&lt;br /&gt;</w:t>
        <w:br/>
        <w:t>від зайшлих вбивць і від своїх нікчем.</w:t>
      </w:r>
    </w:p>
    <w:p>
      <w:r>
        <w:br/>
        <w:t>ЧИ ТОЙ КОРОЛЬ,&lt;br /&gt;</w:t>
        <w:br/>
        <w:t>ЧИ ТЕ МОСКОВСЬКЕ ЦАРСТВО,&lt;br /&gt;</w:t>
        <w:br/>
        <w:t>яка почвара не посяде трон, —&lt;br /&gt;</w:t>
        <w:br/>
        <w:t>ну що ти скажеш, ні одне моцарство&lt;br /&gt;</w:t>
        <w:br/>
        <w:t>не хоче брати на герби ворон!</w:t>
      </w:r>
    </w:p>
    <w:p>
      <w:r>
        <w:br/>
        <w:t>Усе орли, все птиці гонорові,&lt;br /&gt;</w:t>
        <w:br/>
        <w:t>або ще сокіл чи стріла і лук.&lt;br /&gt;</w:t>
        <w:br/>
        <w:t>Але ж проливши стільки тої крові,&lt;br /&gt;</w:t>
        <w:br/>
        <w:t>уже б їм личив двоголовий крук!</w:t>
      </w:r>
    </w:p>
    <w:p>
      <w:r>
        <w:br/>
        <w:t>ПУСТЕЛЬНИЙ ШЛЯХ ЗГУБИВСЯ ДЕСЬ НА ОВИДІ.&lt;br /&gt;</w:t>
        <w:br/>
        <w:t>Сповзає круча в глинища руді.&lt;br /&gt;</w:t>
        <w:br/>
        <w:t>А спека давить як душа без сповіді.&lt;br /&gt;</w:t>
        <w:br/>
        <w:t>Малює пам'ять кола по воді…</w:t>
      </w:r>
    </w:p>
    <w:p>
      <w:r>
        <w:br/>
        <w:t>ЧИ Б'ЮТЬ ЩЕ ДЗВОНИ В ЛАВРІ НА ДЗВІНИЦІ?&lt;br /&gt;</w:t>
        <w:br/>
        <w:t>Чи вже добіг до Криму той бігун?&lt;br /&gt;</w:t>
        <w:br/>
        <w:t>Чи принц Конде сидить іще в темниці?&lt;br /&gt;</w:t>
        <w:br/>
        <w:t>Що з моїм військом? Чи живий Богун? —&lt;br /&gt;</w:t>
        <w:br/>
        <w:t>нічо не знаю. Каркає над нами.&lt;br /&gt;</w:t>
        <w:br/>
        <w:t>І ліс шумить. Оце і весь мій світ —&lt;br /&gt;</w:t>
        <w:br/>
        <w:t>оця фортеця й десь там за тернами&lt;br /&gt;</w:t>
        <w:br/>
        <w:t>отой єдиний підзамчанський дід.</w:t>
      </w:r>
    </w:p>
    <w:p>
      <w:r>
        <w:br/>
        <w:t>КОЛИСЬ, БУЛО, ТО ПІШИЙ, ТО КОМОННИЙ.&lt;br /&gt;</w:t>
        <w:br/>
        <w:t>І німець мандрував, і київський спудей.&lt;br /&gt;</w:t>
        <w:br/>
        <w:t>Тепер цей шлях безлюдний, безгомонний.&lt;br /&gt;</w:t>
        <w:br/>
        <w:t>Отак колись незчуємося, де й&lt;br /&gt;</w:t>
        <w:br/>
        <w:t>поділася та наша Україна.&lt;br /&gt;</w:t>
        <w:br/>
        <w:t>І люди будуть, та уже не ті.&lt;br /&gt;</w:t>
        <w:br/>
        <w:t>Лиш десь там туга у степах чаїна&lt;br /&gt;</w:t>
        <w:br/>
        <w:t>та рушничок зотлілий на хресті…</w:t>
      </w:r>
    </w:p>
    <w:p>
      <w:r>
        <w:br/>
        <w:t>НЕМА ШРАМКА — НАВІДУЮСЬ ДО ДІДА.&lt;br /&gt;</w:t>
        <w:br/>
        <w:t>От де мені ще добре, так це тут.&lt;br /&gt;</w:t>
        <w:br/>
        <w:t>І груша є, і хто ж його провіда?&lt;br /&gt;</w:t>
        <w:br/>
        <w:t>І мальви — здичавіли, а цвітуть!</w:t>
      </w:r>
    </w:p>
    <w:p>
      <w:r>
        <w:br/>
        <w:t>Цей дід гончар на гетьмана лихий.&lt;br /&gt;</w:t>
        <w:br/>
        <w:t>Все лає Хмеля, що така розруха.&lt;br /&gt;</w:t>
        <w:br/>
        <w:t>Із ним не побалакаєш, глухий.&lt;br /&gt;</w:t>
        <w:br/>
        <w:t>Чи, може, звик, що вже ніхто не слуха.</w:t>
      </w:r>
    </w:p>
    <w:p>
      <w:r>
        <w:br/>
        <w:t>Все крутить круг свій і гуде як джміль.&lt;br /&gt;</w:t>
        <w:br/>
        <w:t>А лає так, що годі й повторити.&lt;br /&gt;</w:t>
        <w:br/>
        <w:t>Ну, а що я і є той самий Хміль,</w:t>
      </w:r>
    </w:p>
    <w:p>
      <w:r>
        <w:br/>
        <w:t>чей не потреба говорити.</w:t>
      </w:r>
    </w:p>
    <w:p>
      <w:r>
        <w:br/>
        <w:t>ДОВОЮВАВСЯ, ХАЙ БИ ЙОМУ ГРЕЦЬ.&lt;br /&gt;</w:t>
        <w:br/>
        <w:t>Призвів людей іще до 'дної пастки.</w:t>
      </w:r>
    </w:p>
    <w:p>
      <w:r>
        <w:br/>
        <w:t>Чи ця поразка — це уже кінець?&lt;br /&gt;</w:t>
        <w:br/>
        <w:t>Чи лиш початок іншої поразки?</w:t>
      </w:r>
    </w:p>
    <w:p>
      <w:r>
        <w:br/>
        <w:t>БОЖЕ МИЛИЙ, ЯК ЗОРІ СВІТЯТЬСЯ!&lt;br /&gt;</w:t>
        <w:br/>
        <w:t>Десь там Суботів, десь там Січ…&lt;br /&gt;</w:t>
        <w:br/>
        <w:t>У Волині є око Світязя.&lt;br /&gt;</w:t>
        <w:br/>
        <w:t>Воно також дивиться в ніч.</w:t>
      </w:r>
    </w:p>
    <w:p>
      <w:r>
        <w:br/>
        <w:t>Вже чути з пущі липу переквітлу.&lt;br /&gt;</w:t>
        <w:br/>
        <w:t>Нічного неба незглибима твердь.&lt;br /&gt;</w:t>
        <w:br/>
        <w:t>Я слухаю вночі правічний голос вітру.&lt;br /&gt;</w:t>
        <w:br/>
        <w:t>Щось стогне у дворі. То ходить моя смерть.</w:t>
      </w:r>
    </w:p>
    <w:p>
      <w:r>
        <w:br/>
        <w:t>Славетно жив. Кінчаю сіромашне.&lt;br /&gt;</w:t>
        <w:br/>
        <w:t>Моїх думок безсонних чорторий.</w:t>
      </w:r>
    </w:p>
    <w:p>
      <w:r>
        <w:br/>
        <w:t>Як виє вітер, наче йому страшно&lt;br /&gt;</w:t>
        <w:br/>
        <w:t>і наче сумно, наче він старий.</w:t>
      </w:r>
    </w:p>
    <w:p>
      <w:r>
        <w:br/>
        <w:t>БОЮСЯ НОЧІ, В НІЙ НЕМАЄ ДНА.&lt;br /&gt;</w:t>
        <w:br/>
        <w:t>Життя прожив — і ось мої набутки.&lt;br /&gt;</w:t>
        <w:br/>
        <w:t>Душа іде сама собі одна&lt;br /&gt;</w:t>
        <w:br/>
        <w:t>крізь день і ніч, і спогади, і смутки.</w:t>
      </w:r>
    </w:p>
    <w:p>
      <w:r>
        <w:br/>
        <w:t>То десь кричать на згарищах сичі.&lt;br /&gt;</w:t>
        <w:br/>
        <w:t>То виє вовк, то вітер виє в полі.&lt;br /&gt;</w:t>
        <w:br/>
        <w:t>Та ще той лицар. Глянеш уночі —&lt;br /&gt;</w:t>
        <w:br/>
        <w:t>а він лежить. Сахнешся мимоволі.</w:t>
      </w:r>
    </w:p>
    <w:p>
      <w:r>
        <w:br/>
        <w:t>НЕМА ЖИТТЯ В ТАКОМУ ЖИВОТІННІ.&lt;br /&gt;</w:t>
        <w:br/>
        <w:t>Між нами ходять привиди і тіні.&lt;br /&gt;</w:t>
        <w:br/>
        <w:t>По схилах підкрадаються вночі</w:t>
      </w:r>
    </w:p>
    <w:p>
      <w:r>
        <w:br/>
        <w:t>япинуваті скорчені корчі.</w:t>
      </w:r>
    </w:p>
    <w:p>
      <w:r>
        <w:br/>
        <w:t>І СНЯТЬСЯ СНИ, ГІРКІШІ ВІД РОПИ.&lt;br /&gt;</w:t>
        <w:br/>
        <w:t>Вони кричать як заткнуті чопами.&lt;br /&gt;</w:t>
        <w:br/>
        <w:t>Мені приснились в полі черепи,&lt;br /&gt;</w:t>
        <w:br/>
        <w:t>по самий обрій — поле з черепами.</w:t>
      </w:r>
    </w:p>
    <w:p>
      <w:r>
        <w:br/>
        <w:t>Їх вивертають з ґрунту лемеші.&lt;br /&gt;</w:t>
        <w:br/>
        <w:t>А поле заростає блекотою.&lt;br /&gt;</w:t>
        <w:br/>
        <w:t>Видіння стемнілої душі,&lt;br /&gt;</w:t>
        <w:br/>
        <w:t>аж губи обкипіли гіркотою…</w:t>
      </w:r>
    </w:p>
    <w:p>
      <w:r>
        <w:br/>
        <w:t>ЧЕКАЮ ЛИХА. ЗВІДУСІЛЬ. ЩОМИТІ.&lt;br /&gt;</w:t>
        <w:br/>
        <w:t>Біди чекаю. Горя. Звідусіль.&lt;br /&gt;</w:t>
        <w:br/>
        <w:t>Вже зірочки на чорнім оксамиті&lt;br /&gt;</w:t>
        <w:br/>
        <w:t>Чумацьким Шляхом розсипають сіль.</w:t>
      </w:r>
    </w:p>
    <w:p>
      <w:r>
        <w:br/>
        <w:t>Чого мені? Нажився я доволі.&lt;br /&gt;</w:t>
        <w:br/>
        <w:t>Як гарно пахне сіно молоде!&lt;br /&gt;</w:t>
        <w:br/>
        <w:t>Та тільки часом дрібка тої солі&lt;br /&gt;</w:t>
        <w:br/>
        <w:t>мені з небес у очі попаде…</w:t>
      </w:r>
    </w:p>
    <w:p>
      <w:r>
        <w:br/>
        <w:t>А ВІДЬМА ВСЕ ЗВІДДАЛЕКИ.&lt;br /&gt;</w:t>
        <w:br/>
        <w:t>Тернову хустку пов'язала.&lt;br /&gt;</w:t>
        <w:br/>
        <w:t>— Не гримай на мої думки.&lt;br /&gt;</w:t>
        <w:br/>
        <w:t>Я ще ж нічого не сказала.</w:t>
      </w:r>
    </w:p>
    <w:p>
      <w:r>
        <w:br/>
        <w:t>Та й каже: — Я вже у такому віці,&lt;br /&gt;</w:t>
        <w:br/>
        <w:t>що вже сиджу як пташечка на вітці.&lt;br /&gt;</w:t>
        <w:br/>
        <w:t>Оце сміюсь, балакаю, клюю,&lt;br /&gt;</w:t>
        <w:br/>
        <w:t>а завтра — пурх! — та вже і у раю.</w:t>
      </w:r>
    </w:p>
    <w:p>
      <w:r>
        <w:br/>
        <w:t>То що, й нічого. І не буде відьми.&lt;br /&gt;</w:t>
        <w:br/>
        <w:t>Ніхто тебе не гризтиме, та й все.&lt;br /&gt;</w:t>
        <w:br/>
        <w:t>А хто ж тебе, самотнього, обійде?&lt;br /&gt;</w:t>
        <w:br/>
        <w:t>А хто ж тобі поїстоньки внесе?</w:t>
      </w:r>
    </w:p>
    <w:p>
      <w:r>
        <w:br/>
        <w:t>ЦІЄЇ НОЧІ ХТОСЬ ЛОМИВСЯ В БРАМУ.&lt;br /&gt;</w:t>
        <w:br/>
        <w:t>Бродячий циган ночувать забрів.&lt;br /&gt;</w:t>
        <w:br/>
        <w:t>І циганча, ні голе, ані вбране,&lt;br /&gt;</w:t>
        <w:br/>
        <w:t>просило їсти. Я його пригрів.</w:t>
      </w:r>
    </w:p>
    <w:p>
      <w:r>
        <w:br/>
        <w:t>Він, може, й злодій.&lt;br /&gt;</w:t>
        <w:br/>
        <w:t>Що в нас красти зрештою?&lt;br /&gt;</w:t>
        <w:br/>
        <w:t>Що, крім душі іще в нас грабувать?&lt;br /&gt;</w:t>
        <w:br/>
        <w:t>Сміється циган блискає сережкою:&lt;br /&gt;</w:t>
        <w:br/>
        <w:t>— Тут — каже — кіньми пахне.&lt;br /&gt;</w:t>
        <w:br/>
        <w:t>Не треба підкувать?</w:t>
      </w:r>
    </w:p>
    <w:p>
      <w:r>
        <w:br/>
        <w:t>Отак ми й живемо, на юшці та на рибці.&lt;br /&gt;</w:t>
        <w:br/>
        <w:t>Купив у діда ще одне горня.&lt;br /&gt;</w:t>
        <w:br/>
        <w:t>І циган з циганчам,&lt;br /&gt;</w:t>
        <w:br/>
        <w:t>погравши нам на скрипці,&lt;br /&gt;</w:t>
        <w:br/>
        <w:t>іще лишився. І не вкрав коня</w:t>
      </w:r>
    </w:p>
    <w:p>
      <w:r>
        <w:br/>
        <w:t>ШРАМКО СКАЗАВ, ЩО ВИШНЕВЕЦЬКИЙ ВМЕР.&lt;br /&gt;</w:t>
        <w:br/>
        <w:t>Предивно вмер, таким раптовим робом.&lt;br /&gt;</w:t>
        <w:br/>
        <w:t>Щось чимсь запив з панами у четвер —&lt;br /&gt;</w:t>
        <w:br/>
        <w:t>в суботу військо вже іде за гробом.</w:t>
      </w:r>
    </w:p>
    <w:p>
      <w:r>
        <w:br/>
        <w:t>Його везуть в просмоленій труні,&lt;br /&gt;</w:t>
        <w:br/>
        <w:t>у Вишневець, щоб встигнути до смерку&lt;br /&gt;</w:t>
        <w:br/>
        <w:t>Прийшов кінець такому сатані.&lt;br /&gt;</w:t>
        <w:br/>
        <w:t>Безславно вмер, не лицарською смертю.</w:t>
      </w:r>
    </w:p>
    <w:p>
      <w:r>
        <w:br/>
        <w:t>На нім каптан, пантофлі і ковпак.&lt;br /&gt;</w:t>
        <w:br/>
        <w:t>Вже не гусарська одіж, не крилата.&lt;br /&gt;</w:t>
        <w:br/>
        <w:t>Ридає військо доблесне, — ще б пак!&lt;br /&gt;</w:t>
        <w:br/>
        <w:t>Коли ще світ такого вродить ката?</w:t>
      </w:r>
    </w:p>
    <w:p>
      <w:r>
        <w:br/>
        <w:t>По зливі й досі не протряхлий шлях.&lt;br /&gt;</w:t>
        <w:br/>
        <w:t>Багнюку місять коні довгохвості.&lt;br /&gt;</w:t>
        <w:br/>
        <w:t>Труна з мерцем двигтить на стругулях,&lt;br /&gt;</w:t>
        <w:br/>
        <w:t>не додає поваги йогомосці.</w:t>
      </w:r>
    </w:p>
    <w:p>
      <w:r>
        <w:br/>
        <w:t>МЕНІ ЦЯ ВІСТЬ БУЛА ЯК ГРІМ ІЗ НЕБА.&lt;br /&gt;</w:t>
        <w:br/>
        <w:t>Я тихо мовив, тільки і всього:&lt;br /&gt;</w:t>
        <w:br/>
        <w:t>— Хвалити Бога, я дожив занепаду&lt;br /&gt;</w:t>
        <w:br/>
        <w:t>страшного ворога свого!</w:t>
      </w:r>
    </w:p>
    <w:p>
      <w:r>
        <w:br/>
        <w:t>Не поглумлюся і не відомщу —&lt;br /&gt;</w:t>
        <w:br/>
        <w:t>що у пантофлях, що такі доспіхи.&lt;br /&gt;</w:t>
        <w:br/>
        <w:t>Єдиний Боже, да не допущу&lt;br /&gt;</w:t>
        <w:br/>
        <w:t>в своєму серці темної зловтіхи!</w:t>
      </w:r>
    </w:p>
    <w:p>
      <w:r>
        <w:br/>
        <w:t>На срібляну іконку помолюсь.&lt;br /&gt;</w:t>
        <w:br/>
        <w:t>На кам'яному ложі постелюсь…</w:t>
      </w:r>
    </w:p>
    <w:p>
      <w:r>
        <w:br/>
        <w:t>Глибока ніч. Віконце як більмо.&lt;br /&gt;</w:t>
        <w:br/>
        <w:t>Зброяр і джура сплять вже, поморились.&lt;br /&gt;</w:t>
        <w:br/>
        <w:t>І лицар спить. Ми мирно живемо.&lt;br /&gt;</w:t>
        <w:br/>
        <w:t>На тому світі всі вже помирились.</w:t>
      </w:r>
    </w:p>
    <w:p>
      <w:r>
        <w:br/>
        <w:t>НУ, ОТ УЖЕ І ВОРОГ МІЙ ПОМЕР.&lt;br /&gt;</w:t>
        <w:br/>
        <w:t>Мені б радіти. Радості немає.&lt;br /&gt;</w:t>
        <w:br/>
        <w:t>Якийсь я весь потовчений тепер,&lt;br /&gt;</w:t>
        <w:br/>
        <w:t>Що вже аж душу холодом проймає.</w:t>
      </w:r>
    </w:p>
    <w:p>
      <w:r>
        <w:br/>
        <w:t>Важка мені хвилина моя кожна.&lt;br /&gt;</w:t>
        <w:br/>
        <w:t>Здорожився, пора б і припочить.&lt;br /&gt;</w:t>
        <w:br/>
        <w:t>У Чигирин — чого? У Суботів — не можна.&lt;br /&gt;</w:t>
        <w:br/>
        <w:t>Там кожна річ у хаті Геленою кричить.</w:t>
      </w:r>
    </w:p>
    <w:p>
      <w:r>
        <w:br/>
        <w:t>Там все мені страшне. Той шлях під яворами.&lt;br /&gt;</w:t>
        <w:br/>
        <w:t>Той рідний мені дім, що так його беріг.&lt;br /&gt;</w:t>
        <w:br/>
        <w:t>Там кінь той заірже. Там шибениця брами.&lt;br /&gt;</w:t>
        <w:br/>
        <w:t>Там зрадою осквернений поріг.</w:t>
      </w:r>
    </w:p>
    <w:p>
      <w:r>
        <w:br/>
        <w:t>ЧИ НА ТВЕРДОМУ СПАТИ Я ОДВИК?&lt;br /&gt;</w:t>
        <w:br/>
        <w:t>Чи так чогось… Лежу, дивлюся в морок…&lt;br /&gt;</w:t>
        <w:br/>
        <w:t>Душив мене під ранок домовик.&lt;br /&gt;</w:t>
        <w:br/>
        <w:t>Приснилося, що впав на мене сволок.</w:t>
      </w:r>
    </w:p>
    <w:p>
      <w:r>
        <w:br/>
        <w:t>А відьма мене будить, а відьма припадає:&lt;br /&gt;</w:t>
        <w:br/>
        <w:t>— Та встань, та з'їж, та випий, хоч вилай, хоч завий!&lt;br /&gt;</w:t>
        <w:br/>
        <w:t>Ой Боже, що робити? Людина пропадає.&lt;br /&gt;</w:t>
        <w:br/>
        <w:t>Як пив, то було краще. Хоч видно, що живий.</w:t>
      </w:r>
    </w:p>
    <w:p>
      <w:r>
        <w:br/>
        <w:t>СПАСИБІ ВІДЬМІ, ВСІХ НАС ТУТ ДОГЛЯНУЛА.&lt;br /&gt;</w:t>
        <w:br/>
        <w:t>Тепер пішла, і десь її нема.</w:t>
      </w:r>
    </w:p>
    <w:p>
      <w:r>
        <w:br/>
        <w:t>Вночі тут ходить пані порцелянова.&lt;br /&gt;</w:t>
        <w:br/>
        <w:t>Але ж вона своїх гостей прийма.</w:t>
      </w:r>
    </w:p>
    <w:p>
      <w:r>
        <w:br/>
        <w:t>Рудий мисливець сходить з гобелена.&lt;br /&gt;</w:t>
        <w:br/>
        <w:t>Тінь сажотруса з комина ковзне.&lt;br /&gt;</w:t>
        <w:br/>
        <w:t>А це вночі приходила Гелена,&lt;br /&gt;</w:t>
        <w:br/>
        <w:t>але крізь лід не бачила мене…</w:t>
      </w:r>
    </w:p>
    <w:p>
      <w:r>
        <w:br/>
        <w:t>ВЕДЕ ВЖЕ ДЖУРА КОНЕЙ ДО РІКИ.&lt;br /&gt;</w:t>
        <w:br/>
        <w:t>Зброяр на вежі хреститься. Світає.&lt;br /&gt;</w:t>
        <w:br/>
        <w:t>Немає відьми. Тільки їжаки.&lt;br /&gt;</w:t>
        <w:br/>
        <w:t>Щось довго відьма на цей раз літає.</w:t>
      </w:r>
    </w:p>
    <w:p>
      <w:r>
        <w:br/>
        <w:t>Було, й раніше до містечка йде,&lt;br /&gt;</w:t>
        <w:br/>
        <w:t>обв'яже ликом постоли страпаті.&lt;br /&gt;</w:t>
        <w:br/>
        <w:t>— А де ж мітла? — питаю.&lt;br /&gt;</w:t>
        <w:br/>
        <w:t>Каже: — Е!&lt;br /&gt;</w:t>
        <w:br/>
        <w:t>Найзліші з нас літають на лопаті.</w:t>
      </w:r>
    </w:p>
    <w:p>
      <w:r>
        <w:br/>
        <w:t>ЦІЙ ВІДЬМІ Я БАГАТО ЧИМ ЗАВДЯЧУЮ.&lt;br /&gt;</w:t>
        <w:br/>
        <w:t>Я вже її не маю за чужу.&lt;br /&gt;</w:t>
        <w:br/>
        <w:t>У Польщі палять відьм.&lt;br /&gt;</w:t>
        <w:br/>
        <w:t>В нас ловлять на гарячому.&lt;br /&gt;</w:t>
        <w:br/>
        <w:t>А я в повазі при собі держу.</w:t>
      </w:r>
    </w:p>
    <w:p>
      <w:r>
        <w:br/>
        <w:t>Вона ж, властиво, відьма не рождена.&lt;br /&gt;</w:t>
        <w:br/>
        <w:t>То їй на старість прилучився дар.&lt;br /&gt;</w:t>
        <w:br/>
        <w:t>З доріг війни прибилася до мене.&lt;br /&gt;</w:t>
        <w:br/>
        <w:t>Я їй притулок в Суботові дав.</w:t>
      </w:r>
    </w:p>
    <w:p>
      <w:r>
        <w:br/>
        <w:t>Але на що вже відьма незлобива,&lt;br /&gt;</w:t>
        <w:br/>
        <w:t>А й та чогось Гелену не злюбила,&lt;br /&gt;</w:t>
        <w:br/>
        <w:t>та так уже і їздить при мені.&lt;br /&gt;</w:t>
        <w:br/>
        <w:t>Все якесь зілля варить в казані.</w:t>
      </w:r>
    </w:p>
    <w:p>
      <w:r>
        <w:br/>
        <w:t>І КОЛИ НАД ЗАМОСТЯМ&lt;br /&gt;</w:t>
        <w:br/>
        <w:t>ПУСТИЛИ ВОГНЕННОГО ЗМІЯ,&lt;br /&gt;</w:t>
        <w:br/>
        <w:t>і коли він вкусив головою свого хвоста,&lt;br /&gt;</w:t>
        <w:br/>
        <w:t>то сказала віщунка: — Відступайте, бо світ зазиміє.&lt;br /&gt;</w:t>
        <w:br/>
        <w:t>Не презможете тут. А зима упаде товста.</w:t>
      </w:r>
    </w:p>
    <w:p>
      <w:r>
        <w:br/>
        <w:t>А під Корсунем — ні. Там вона віщувала удачу.&lt;br /&gt;</w:t>
        <w:br/>
        <w:t>І під Львовом сказала:&lt;br /&gt;</w:t>
        <w:br/>
        <w:t>— Ти для нього не меч, а щит.</w:t>
      </w:r>
    </w:p>
    <w:p>
      <w:r>
        <w:br/>
        <w:t>Про Гелену не вірив. Ніколи собі не пробачу.&lt;br /&gt;</w:t>
        <w:br/>
        <w:t>А вона вже мовчала. Рукою махне і мовчить.</w:t>
      </w:r>
    </w:p>
    <w:p>
      <w:r>
        <w:br/>
        <w:t>ВНОЧІ У ПУЩІ ПУГАЧ РЕГОТАВ.&lt;br /&gt;</w:t>
        <w:br/>
        <w:t>Камінний лицар в місяці зловісний.&lt;br /&gt;</w:t>
        <w:br/>
        <w:t>Мені сьогодні снилося: він встав.&lt;br /&gt;</w:t>
        <w:br/>
        <w:t>Сів та й сидить, з гробниці ноги звісив.</w:t>
      </w:r>
    </w:p>
    <w:p>
      <w:r>
        <w:br/>
        <w:t>Обличчя в нього сіре, кам'яне,&lt;br /&gt;</w:t>
        <w:br/>
        <w:t>а зуби — ніби хоче мене з'їсти.&lt;br /&gt;</w:t>
        <w:br/>
        <w:t>Як закричить: — Твій предок вбив мене!&lt;br /&gt;</w:t>
        <w:br/>
        <w:t>— Ото, — кажу, — не треба було лізти.</w:t>
      </w:r>
    </w:p>
    <w:p>
      <w:r>
        <w:br/>
        <w:t>ВЖЕ КІЛЬКА ДНІВ ЧОГОСЬ НЕМАЄ ВІДЬМИ.&lt;br /&gt;</w:t>
        <w:br/>
        <w:t>Фортеця спить, і сни її сумні.&lt;br /&gt;</w:t>
        <w:br/>
        <w:t>І костокрилі кажани із пітьми&lt;br /&gt;</w:t>
        <w:br/>
        <w:t>над головою шурхають мені.</w:t>
      </w:r>
    </w:p>
    <w:p>
      <w:r>
        <w:br/>
        <w:t>Упала зірка. Пискає синиця.&lt;br /&gt;</w:t>
        <w:br/>
        <w:t>П'є тишу ніч з Великого Ковша.&lt;br /&gt;</w:t>
        <w:br/>
        <w:t>Вже навіть сон про волю не присниться.&lt;br /&gt;</w:t>
        <w:br/>
        <w:t>така в людини знічена душа.</w:t>
      </w:r>
    </w:p>
    <w:p>
      <w:r>
        <w:br/>
        <w:t>АЖ ОСЬ — ПРИЙШЛА. СИДИТЬ ПРИ КАЗАНІ.&lt;br /&gt;</w:t>
        <w:br/>
        <w:t>Зварила щось. Сорочку полатала.&lt;br /&gt;</w:t>
        <w:br/>
        <w:t>— Ти де була, у Паволочі? — Ні.&lt;br /&gt;</w:t>
        <w:br/>
        <w:t>На Лису Гору на мітлі літала.</w:t>
      </w:r>
    </w:p>
    <w:p>
      <w:r>
        <w:br/>
        <w:t>Поворушила попіл коцюбою.&lt;br /&gt;</w:t>
        <w:br/>
        <w:t>Пригаслий хмиз зажеврів, задимів.&lt;br /&gt;</w:t>
        <w:br/>
        <w:t>— Я третій год вже їжджу за тобою.&lt;br /&gt;</w:t>
        <w:br/>
        <w:t>Мабуть, пора вертатися домів.</w:t>
      </w:r>
    </w:p>
    <w:p>
      <w:r>
        <w:br/>
        <w:t>Це ж я в чаклунстві мав свою людину,&lt;br /&gt;</w:t>
        <w:br/>
        <w:t>а й та покине. Жаль, що не кажи.&lt;br /&gt;</w:t>
        <w:br/>
        <w:t>Отож у чорний день, в лиху свою годину&lt;br /&gt;</w:t>
        <w:br/>
        <w:t>я їй сказав: — А ти поворожи.&lt;br /&gt;</w:t>
        <w:br/>
        <w:t>Але гляди, у зіллі там не бабрай.&lt;br /&gt;</w:t>
        <w:br/>
        <w:t>Щоб все було як слід, щоб не якась там тля.&lt;br /&gt;</w:t>
        <w:br/>
        <w:t>Ти виклич мені дух полковника Небаби.&lt;br /&gt;</w:t>
        <w:br/>
        <w:t>Правдивий був козак, не збреше й звідтіля.</w:t>
      </w:r>
    </w:p>
    <w:p>
      <w:r>
        <w:br/>
        <w:t>ТОДІ ВОНА ВЗЯЛАСЯ ЗАМОВЛЯТИ&lt;br /&gt;</w:t>
        <w:br/>
        <w:t>на шкурі цапа й чорного теляти —&lt;br /&gt;</w:t>
        <w:br/>
        <w:t>з гори Осіянської&lt;br /&gt;</w:t>
        <w:br/>
        <w:t>трави святоянської,&lt;br /&gt;</w:t>
        <w:br/>
        <w:t>на чорне коріння, горове каміння —&lt;br /&gt;</w:t>
        <w:br/>
        <w:t>приготувала своє варіння —&lt;br /&gt;</w:t>
        <w:br/>
        <w:t>товчене зілля, сушню і взвари,&lt;br /&gt;</w:t>
        <w:br/>
        <w:t>якісь настої й відьомські чари.</w:t>
      </w:r>
    </w:p>
    <w:p>
      <w:r>
        <w:br/>
        <w:t>Відтак, змішавши всі оті декохти,&lt;br /&gt;</w:t>
        <w:br/>
        <w:t>розпочала свої чаклунські дії:&lt;br /&gt;</w:t>
        <w:br/>
        <w:t>— Во ім'я 'ця і сина, і того, хто&lt;br /&gt;</w:t>
        <w:br/>
        <w:t>внушив дитя пренепорочній Діві.</w:t>
      </w:r>
    </w:p>
    <w:p>
      <w:r>
        <w:br/>
        <w:t>Пішла по колу, як в січкарні кінь:&lt;br /&gt;</w:t>
        <w:br/>
        <w:t>— Козак Небабо, об'являйсь, амінь!</w:t>
      </w:r>
    </w:p>
    <w:p>
      <w:r>
        <w:br/>
        <w:t>І ТУТ ПІШОВ ЯКИЙСЬ У ПОЛІ ГУК.&lt;br /&gt;</w:t>
        <w:br/>
        <w:t>У казані заклекотіли бульки&lt;br /&gt;</w:t>
        <w:br/>
        <w:t>І дух з'явився, без обох без рук.&lt;br /&gt;</w:t>
        <w:br/>
        <w:t>аж не було чим запалити люльки.</w:t>
      </w:r>
    </w:p>
    <w:p>
      <w:r>
        <w:br/>
        <w:t>Так ось чому тебе, сердегу, вбито!&lt;br /&gt;</w:t>
        <w:br/>
        <w:t>Вже не було чим битись, орле наш…&lt;br /&gt;</w:t>
        <w:br/>
        <w:t>Стоїть Небаба, тьмавий, мов крізь сито.&lt;br /&gt;</w:t>
        <w:br/>
        <w:t>На шиї мідний хрестик-лебердаш.</w:t>
      </w:r>
    </w:p>
    <w:p>
      <w:r>
        <w:br/>
        <w:t>Крізь нього двічі пролетів кажан,&lt;br /&gt;</w:t>
        <w:br/>
        <w:t>довкола все щось блимало й кадилось.&lt;br /&gt;</w:t>
        <w:br/>
        <w:t>І Дух сказав:&lt;br /&gt;</w:t>
        <w:br/>
        <w:t>— Великий муж Богдан.&lt;br /&gt;</w:t>
        <w:br/>
        <w:t>Та врятувати край свій не судилось.</w:t>
      </w:r>
    </w:p>
    <w:p>
      <w:r>
        <w:br/>
        <w:t>Ще зо два рази він задасть їм хлости.&lt;br /&gt;</w:t>
        <w:br/>
        <w:t>Ще наостанку шаблею смальне.&lt;br /&gt;</w:t>
        <w:br/>
        <w:t>І щоб навік позбутись Йогомости,&lt;br /&gt;</w:t>
        <w:br/>
        <w:t>цареві, необачний, присягне.</w:t>
      </w:r>
    </w:p>
    <w:p>
      <w:r>
        <w:br/>
        <w:t>Своє гетьманство славне осоромить,&lt;br /&gt;</w:t>
        <w:br/>
        <w:t>зведе надовго з доброї тропи.&lt;br /&gt;</w:t>
        <w:br/>
        <w:t>— А що ж Богун?&lt;br /&gt;</w:t>
        <w:br/>
        <w:t>— Він шаблю переломить,&lt;br /&gt;</w:t>
        <w:br/>
        <w:t>об землю брязне і майне в степи.</w:t>
      </w:r>
    </w:p>
    <w:p>
      <w:r>
        <w:br/>
        <w:t>І буде місто зватись Переяслав.&lt;br /&gt;</w:t>
        <w:br/>
        <w:t>І будуть плуга перти гречкосії.&lt;br /&gt;</w:t>
        <w:br/>
        <w:t>І три зорі дивитимуться в ясла.&lt;br /&gt;</w:t>
        <w:br/>
        <w:t>І Україна ждатиме Месії.</w:t>
      </w:r>
    </w:p>
    <w:p>
      <w:r>
        <w:br/>
        <w:t>Не раз повстане, але всує, всує!&lt;br /&gt;</w:t>
        <w:br/>
        <w:t>Чорнильну лжу породить каламар.&lt;br /&gt;</w:t>
        <w:br/>
        <w:t>Усіх одурить, вольності скасує,&lt;br /&gt;</w:t>
        <w:br/>
        <w:t>задавить все підшитий лисом цар.</w:t>
      </w:r>
    </w:p>
    <w:p>
      <w:r>
        <w:br/>
        <w:t>Коли ж віднімуть у людей і мову,&lt;br /&gt;</w:t>
        <w:br/>
        <w:t>коли в сибірах закатруплять їх,&lt;br /&gt;</w:t>
        <w:br/>
        <w:t>душа Богдана в розпачі німому&lt;br /&gt;</w:t>
        <w:br/>
        <w:t>нестиме неспокутуваний гріх.</w:t>
      </w:r>
    </w:p>
    <w:p>
      <w:r>
        <w:br/>
        <w:t>— А вмре ж він як?&lt;br /&gt;</w:t>
        <w:br/>
        <w:t>— Та ніби на хворобу.&lt;br /&gt;</w:t>
        <w:br/>
        <w:t>— А що по вмертю?&lt;br /&gt;</w:t>
        <w:br/>
        <w:t>— Ошибає страх.&lt;br /&gt;</w:t>
        <w:br/>
        <w:t>Його Чарнецький виверне із гробу&lt;br /&gt;</w:t>
        <w:br/>
        <w:t>і вистрелить з гармати його прах.</w:t>
      </w:r>
    </w:p>
    <w:p>
      <w:r>
        <w:br/>
        <w:t>— Гетьманичі?&lt;br /&gt;</w:t>
        <w:br/>
        <w:t>— Великою печаллю&lt;br /&gt;</w:t>
        <w:br/>
        <w:t>урветься рід і згасне у рідні.&lt;br /&gt;</w:t>
        <w:br/>
        <w:t>Тиміш загине в битві під Сучавою,&lt;br /&gt;</w:t>
        <w:br/>
        <w:t>а Юрій десь в турецькій стороні.</w:t>
      </w:r>
    </w:p>
    <w:p>
      <w:r>
        <w:br/>
        <w:t>— А ще скажи: ось років через двісті&lt;br /&gt;</w:t>
        <w:br/>
        <w:t>якої слави гетьман заживе?&lt;br /&gt;</w:t>
        <w:br/>
        <w:t>— На землю прийде гетьман слова,&lt;br /&gt;</w:t>
        <w:br/>
        <w:t>Богдана п'яним назове.</w:t>
      </w:r>
    </w:p>
    <w:p>
      <w:r>
        <w:br/>
        <w:t>Казан кипить, уже по вінця піни.&lt;br /&gt;</w:t>
        <w:br/>
        <w:t>Задуха. Комір хочеться роздерти.</w:t>
      </w:r>
    </w:p>
    <w:p>
      <w:r>
        <w:br/>
        <w:t>— А ще скажи про долю України.-&lt;br /&gt;</w:t>
        <w:br/>
        <w:t>Козак сказав:&lt;br /&gt;</w:t>
        <w:br/>
        <w:t>— Я ще раз хочу вмерти.</w:t>
      </w:r>
    </w:p>
    <w:p>
      <w:r>
        <w:br/>
        <w:t>І ЗНИК НЕБАБА. І ЗАПАЛА ТЬМА.&lt;br /&gt;</w:t>
        <w:br/>
        <w:t>Лиш нелинь-дуб шумить у верховітті.</w:t>
      </w:r>
    </w:p>
    <w:p>
      <w:r>
        <w:br/>
        <w:t>І де притулок для душі? Нема.&lt;br /&gt;</w:t>
        <w:br/>
        <w:t>Ані на цьому, ні на тому світі.</w:t>
      </w:r>
    </w:p>
    <w:p>
      <w:r>
        <w:br/>
        <w:t>ЯКІ НЕПРИНЕСЕНІ,</w:t>
      </w:r>
    </w:p>
    <w:p>
      <w:r>
        <w:br/>
        <w:t>ЯКІ ЖЕРТВИ,</w:t>
      </w:r>
    </w:p>
    <w:p>
      <w:r>
        <w:br/>
        <w:t>ЯКОМУ БОГУ МИ ВИННІ?</w:t>
      </w:r>
    </w:p>
    <w:p>
      <w:r>
        <w:br/>
        <w:t>Море мені снилося,&lt;br /&gt;</w:t>
        <w:br/>
        <w:t>море у баговинні.&lt;br /&gt;</w:t>
        <w:br/>
        <w:t>А я — убитий, лежу на дні.&lt;br /&gt;</w:t>
        <w:br/>
        <w:t>І різні гади лазять по мені.</w:t>
      </w:r>
    </w:p>
    <w:p>
      <w:r>
        <w:br/>
        <w:t>Аж раптом — грім. І підлетів до хати&lt;br /&gt;</w:t>
        <w:br/>
        <w:t>ЗЕЛЕНИЙ КІНЬ — СТРАШНИЙ, ОГНЕДИХАТИЙ.&lt;br /&gt;</w:t>
        <w:br/>
        <w:t>ПРОБИВ СТІНУ І ПЕРЕКИНУВ СНИ —&lt;br /&gt;</w:t>
        <w:br/>
        <w:t>КРИВАВА ПІНА ВПАЛА НА ТИНИ —&lt;br /&gt;</w:t>
        <w:br/>
        <w:t>В ЗЕЛЕНІЙ ГРИВІ ЗОРІ МІДЯНІ —&lt;br /&gt;</w:t>
        <w:br/>
        <w:t>І ЧОРНА ЖІНКА ВЕРХИ НА КОНІ</w:t>
      </w:r>
    </w:p>
    <w:p>
      <w:r>
        <w:br/>
        <w:t>Прокинувсь я, закліпав я тороплено.&lt;br /&gt;</w:t>
        <w:br/>
        <w:t>У куцому сні з гарячки ще не остиг.&lt;br /&gt;</w:t>
        <w:br/>
        <w:t>Той КІНЬ ЗЕЛЕНИЙ — це твоя помста, Гелено?&lt;br /&gt;</w:t>
        <w:br/>
        <w:t>Летів, летів —&lt;br /&gt;</w:t>
        <w:br/>
        <w:t>і таки він мене спостиг!</w:t>
      </w:r>
    </w:p>
    <w:p>
      <w:r>
        <w:br/>
        <w:t>Ну, що ж, я готовий, я ляжу йому під копита.&lt;br /&gt;</w:t>
        <w:br/>
        <w:t>Хай в тім'я хвицають іржаві його вухналі.&lt;br /&gt;</w:t>
        <w:br/>
        <w:t>А ти з того світу будеш, Гелено, кпити —&lt;br /&gt;</w:t>
        <w:br/>
        <w:t>це що за нещастя корчиться там на землі?</w:t>
      </w:r>
    </w:p>
    <w:p>
      <w:r>
        <w:br/>
        <w:t>А чорна жінка майнула мені маною.&lt;br /&gt;</w:t>
        <w:br/>
        <w:t>І вид її чорен, і одіж на ній чудна.&lt;br /&gt;</w:t>
        <w:br/>
        <w:t>Ну, що ж, коли так… якщо це уже за мною…&lt;br /&gt;</w:t>
        <w:br/>
        <w:t>то я ж хіба що… причаститися б тільки, та й на</w:t>
      </w:r>
    </w:p>
    <w:p>
      <w:r>
        <w:br/>
        <w:t>мою душу і тіло… одвези, куди там годиться…&lt;br /&gt;</w:t>
        <w:br/>
        <w:t>Як казав цар Давид: тісно мені звідусіль.&lt;br /&gt;</w:t>
        <w:br/>
        <w:t>У раю було б добре, та душа болить, молодице.&lt;br /&gt;</w:t>
        <w:br/>
        <w:t>А у пеклі присмалять, то я й призабуду цей біль.</w:t>
      </w:r>
    </w:p>
    <w:p>
      <w:r>
        <w:br/>
        <w:t>Але ж ні, це не Смерть моя, це іще не за мною.&lt;br /&gt;</w:t>
        <w:br/>
        <w:t>Ця жінка чомусь здається такою земною!&lt;br /&gt;</w:t>
        <w:br/>
        <w:t>Схилилась до мене, поклала мені на скроні&lt;br /&gt;</w:t>
        <w:br/>
        <w:t>такі прохолодні, такі ласкаві долоні!</w:t>
      </w:r>
    </w:p>
    <w:p>
      <w:r>
        <w:br/>
        <w:t>Чи це якісь чари? Чи снів гарячкових сваволя?&lt;br /&gt;</w:t>
        <w:br/>
        <w:t>А, здогадався, ця жінка — це моя Доля!</w:t>
      </w:r>
    </w:p>
    <w:p>
      <w:r>
        <w:br/>
        <w:t>НЕ ПИШНА ПАНІ, НЕ ГЕЛЕНА,&lt;br /&gt;</w:t>
        <w:br/>
        <w:t>не ружа, хтива і п'янка,&lt;br /&gt;</w:t>
        <w:br/>
        <w:t>печальна жінка, недогленута,&lt;br /&gt;</w:t>
        <w:br/>
        <w:t>примучена — але ж яка!</w:t>
      </w:r>
    </w:p>
    <w:p>
      <w:r>
        <w:br/>
        <w:t>Тонкої п'ясті, гордого надбрів'я,&lt;br /&gt;</w:t>
        <w:br/>
        <w:t>таких скорботних і шляхетних рис!&lt;br /&gt;</w:t>
        <w:br/>
        <w:t>Чи це на неї в снах своїх набрів я?&lt;br /&gt;</w:t>
        <w:br/>
        <w:t>Чи янгол мій до мене прихиливсь?</w:t>
      </w:r>
    </w:p>
    <w:p>
      <w:r>
        <w:br/>
        <w:t>Хто їй сказав прийти у ці руїни?&lt;br /&gt;</w:t>
        <w:br/>
        <w:t>Хто напоумив тут шукати нас?&lt;br /&gt;</w:t>
        <w:br/>
        <w:t>Чи це душа самої України&lt;br /&gt;</w:t>
        <w:br/>
        <w:t>прийшла до мене в мій останній час?</w:t>
      </w:r>
    </w:p>
    <w:p>
      <w:r>
        <w:br/>
        <w:t>Віщунка баба все на мене глипа,&lt;br /&gt;</w:t>
        <w:br/>
        <w:t>щоб я у слові мислі не одбіг.&lt;br /&gt;</w:t>
        <w:br/>
        <w:t>— Та це ж вдова полковника Пилипа,&lt;br /&gt;</w:t>
        <w:br/>
        <w:t>який іще під Корсунем поліг! —&lt;br /&gt;</w:t>
        <w:br/>
        <w:t>шепоче відьма. Човгає старенька.&lt;br /&gt;</w:t>
        <w:br/>
        <w:t>Так ось до кого їздила вона!&lt;br /&gt;</w:t>
        <w:br/>
        <w:t>— Це ж Ганна. Це ж сестра Золотаренка,&lt;br /&gt;</w:t>
        <w:br/>
        <w:t>із ніжинських полковників. —&lt;br /&gt;</w:t>
        <w:br/>
        <w:t>Смутна&lt;br /&gt;</w:t>
        <w:br/>
        <w:t>ця чорна жінка. Мовчазна і горда.&lt;br /&gt;</w:t>
        <w:br/>
        <w:t>Либонь, зазнала всіх поневірянь.&lt;br /&gt;</w:t>
        <w:br/>
        <w:t>Така, мабуть, була княгиня Ольга,&lt;br /&gt;</w:t>
        <w:br/>
        <w:t>коли загинув князь у деревлян.</w:t>
      </w:r>
    </w:p>
    <w:p>
      <w:r>
        <w:br/>
        <w:t>І я подумав: — Боже мій! Свята. —&lt;br /&gt;</w:t>
        <w:br/>
        <w:t>На Ганну глянув якось по-новому.&lt;br /&gt;</w:t>
        <w:br/>
        <w:t>Ця вірна навіть мертвому. А та&lt;br /&gt;</w:t>
        <w:br/>
        <w:t>була невірна і мені живому!</w:t>
      </w:r>
    </w:p>
    <w:p>
      <w:r>
        <w:br/>
        <w:t>НА ДРУГИЙ ДЕНЬ БУЛО МЕНІ ВЖЕ ЛІПШЕ.&lt;br /&gt;</w:t>
        <w:br/>
        <w:t>Щось відьма одшептала од чола.&lt;br /&gt;</w:t>
        <w:br/>
        <w:t>Ходили навіть з Ганною до лісу,&lt;br /&gt;</w:t>
        <w:br/>
        <w:t>вона мене як хворого вела.</w:t>
      </w:r>
    </w:p>
    <w:p>
      <w:r>
        <w:br/>
        <w:t>Кажу — Дожився. Гетьман. Полководець.&lt;br /&gt;</w:t>
        <w:br/>
        <w:t>Яке, мабуть, видовище смішне!&lt;br /&gt;</w:t>
        <w:br/>
        <w:t>Водив полки, тепер самого водять.&lt;br /&gt;</w:t>
        <w:br/>
        <w:t>Вони таки укоськали мене.</w:t>
      </w:r>
    </w:p>
    <w:p>
      <w:r>
        <w:br/>
        <w:t>А Ганна каже: — Ні, ти виринаєш.&lt;br /&gt;</w:t>
        <w:br/>
        <w:t>Душа з біди як веслами гребе.&lt;br /&gt;</w:t>
        <w:br/>
        <w:t>Ти видержиш, ти випливеш. А знаєш,&lt;br /&gt;</w:t>
        <w:br/>
        <w:t>де вперше я побачила тебе?</w:t>
      </w:r>
    </w:p>
    <w:p>
      <w:r>
        <w:br/>
        <w:t>У Києві, позаторік, у грудні.&lt;br /&gt;</w:t>
        <w:br/>
        <w:t>Коли ти в Браму в'їхав Золоту.&lt;br /&gt;</w:t>
        <w:br/>
        <w:t>Тебе стрічали юрми велелюдні.&lt;br /&gt;</w:t>
        <w:br/>
        <w:t>Тобі кричали: "Слава!" за версту.</w:t>
      </w:r>
    </w:p>
    <w:p>
      <w:r>
        <w:br/>
        <w:t>Дзвонили дзвони наче на Великдень.&lt;br /&gt;</w:t>
        <w:br/>
        <w:t>Стояв над містом малиновий дзвін.&lt;br /&gt;</w:t>
        <w:br/>
        <w:t>Своїм лицем, таким непосполитим,&lt;br /&gt;</w:t>
        <w:br/>
        <w:t>ти вабив зір. Всі ждали перемін.</w:t>
      </w:r>
    </w:p>
    <w:p>
      <w:r>
        <w:br/>
        <w:t>Махали, бігли. Мчалася малеча&lt;br /&gt;</w:t>
        <w:br/>
        <w:t>На горах лиштви обірвав Поділ.&lt;br /&gt;</w:t>
        <w:br/>
        <w:t>Така тоді стояла холоднеча!&lt;br /&gt;</w:t>
        <w:br/>
        <w:t>Давно не знали вже таких подій.</w:t>
      </w:r>
    </w:p>
    <w:p>
      <w:r>
        <w:br/>
        <w:t>О, як ти їхав, як ти їхав!&lt;br /&gt;</w:t>
        <w:br/>
        <w:t>Кінь під тобою говорив.&lt;br /&gt;</w:t>
        <w:br/>
        <w:t>Був білий Київ після віхол.&lt;br /&gt;</w:t>
        <w:br/>
        <w:t>Народ тебе боготворив.</w:t>
      </w:r>
    </w:p>
    <w:p>
      <w:r>
        <w:br/>
        <w:t>Кобзар складав неумирущу думу.&lt;br /&gt;</w:t>
        <w:br/>
        <w:t>Бурсацький хор співав тобі хвалу.&lt;br /&gt;</w:t>
        <w:br/>
        <w:t>І розхитнувши живоплоти тлуму,&lt;br /&gt;</w:t>
        <w:br/>
        <w:t>летіло військо в сніжному пилу…</w:t>
      </w:r>
    </w:p>
    <w:p>
      <w:r>
        <w:br/>
        <w:t>А пригромило ж!&lt;br /&gt;</w:t>
        <w:br/>
        <w:t>Ломляться гілляки.&lt;br /&gt;</w:t>
        <w:br/>
        <w:t>Цвіте жінками Боричів узвіз.&lt;br /&gt;</w:t>
        <w:br/>
        <w:t>Броварники, ткачі і кожум'яки.&lt;br /&gt;</w:t>
        <w:br/>
        <w:t>Цехмистри глини, рогу і коліс.</w:t>
      </w:r>
    </w:p>
    <w:p>
      <w:r>
        <w:br/>
        <w:t>І я прийшла, вже горем тоді вбита.&lt;br /&gt;</w:t>
        <w:br/>
        <w:t>Душа стояла край усіх доріг, —&lt;br /&gt;</w:t>
        <w:br/>
        <w:t>чи хто не бачив де мого Пилипа?&lt;br /&gt;</w:t>
        <w:br/>
        <w:t>Або хоч знає, як він хоч поліг!</w:t>
      </w:r>
    </w:p>
    <w:p>
      <w:r>
        <w:br/>
        <w:t>Мій брат, полковник, їхав серед перших.&lt;br /&gt;</w:t>
        <w:br/>
        <w:t>Над ними вітер маяв корогву.&lt;br /&gt;</w:t>
        <w:br/>
        <w:t>І серед них незримий мертвий вершник&lt;br /&gt;</w:t>
        <w:br/>
        <w:t>впізнав мене у натовпі, вдову.</w:t>
      </w:r>
    </w:p>
    <w:p>
      <w:r>
        <w:br/>
        <w:t>Чи це було видіння, чи знамення, —&lt;br /&gt;</w:t>
        <w:br/>
        <w:t>збагнула я, чому так дзвони б'ють.&lt;br /&gt;</w:t>
        <w:br/>
        <w:t>Оце той гетьман,&lt;br /&gt;</w:t>
        <w:br/>
        <w:t>під чиїм знаменом&lt;br /&gt;</w:t>
        <w:br/>
        <w:t>вже навіть мертві вершники встають!</w:t>
      </w:r>
    </w:p>
    <w:p>
      <w:r>
        <w:br/>
        <w:t>А ти й не знав, що серед того люду&lt;br /&gt;</w:t>
        <w:br/>
        <w:t>стоїть одна, що молиться за всіх.&lt;br /&gt;</w:t>
        <w:br/>
        <w:t>Таким тебе ніколи не забуду —&lt;br /&gt;</w:t>
        <w:br/>
        <w:t>побаченим крізь сльози і крізь сніг..</w:t>
      </w:r>
    </w:p>
    <w:p>
      <w:r>
        <w:br/>
        <w:t>І Я СКАЗАВ: — СПАСИБІ ТОБІ, ГАННО.&lt;br /&gt;</w:t>
        <w:br/>
        <w:t>Я повертаюсь, наче з небуття.&lt;br /&gt;</w:t>
        <w:br/>
        <w:t>Мені без тебе так було погано.&lt;br /&gt;</w:t>
        <w:br/>
        <w:t>Не вчора й позавчора. Все життя.</w:t>
      </w:r>
    </w:p>
    <w:p>
      <w:r>
        <w:br/>
        <w:t>Але прощай. Не маю я сумління&lt;br /&gt;</w:t>
        <w:br/>
        <w:t>тебе тримати серед цих руїн.&lt;br /&gt;</w:t>
        <w:br/>
        <w:t>Вертай додому. Це моє веління.&lt;br /&gt;</w:t>
        <w:br/>
        <w:t>Лишайся тільки спогадом моїм.</w:t>
      </w:r>
    </w:p>
    <w:p>
      <w:r>
        <w:br/>
        <w:t>— Мій гетьмане, наш батьку, наш Богдане!&lt;br /&gt;</w:t>
        <w:br/>
        <w:t>Але й мені ж не краще далебі.&lt;br /&gt;</w:t>
        <w:br/>
        <w:t>Та це ж для мене щастя пожадане —&lt;br /&gt;</w:t>
        <w:br/>
        <w:t>у чорний день твій бути при тобі.</w:t>
      </w:r>
    </w:p>
    <w:p>
      <w:r>
        <w:br/>
        <w:t>І я замовк. Затнувся на півслові.&lt;br /&gt;</w:t>
        <w:br/>
        <w:t>Душа потроху стала одмерзать.&lt;br /&gt;</w:t>
        <w:br/>
        <w:t>Задубіли слова любові,&lt;br /&gt;</w:t>
        <w:br/>
        <w:t>не уміють себе сказать.</w:t>
      </w:r>
    </w:p>
    <w:p>
      <w:r>
        <w:br/>
        <w:t>СТРІПНУЛОСЬ СЕРЦЕ ЖАДІБНО І ГОСТРО.&lt;br /&gt;</w:t>
        <w:br/>
        <w:t>Любові хоче, ласки, спочуття.&lt;br /&gt;</w:t>
        <w:br/>
        <w:t>Якби ж не сумнів і якби ж не острах —&lt;br /&gt;</w:t>
        <w:br/>
        <w:t>що я ж від неї старший на життя!</w:t>
      </w:r>
    </w:p>
    <w:p>
      <w:r>
        <w:br/>
        <w:t>Сміється моя відьма:&lt;br /&gt;</w:t>
        <w:br/>
        <w:t>— Молодшаєш годами!&lt;br /&gt;</w:t>
        <w:br/>
        <w:t>Пора уже вчиняти весільні калачі.&lt;br /&gt;</w:t>
        <w:br/>
        <w:t>Бо що ж ти все зі мною?&lt;br /&gt;</w:t>
        <w:br/>
        <w:t>Стара я вже, Богдане.&lt;br /&gt;</w:t>
        <w:br/>
        <w:t>Не тая відьма гарна, що вдень, а що вночі.</w:t>
      </w:r>
    </w:p>
    <w:p>
      <w:r>
        <w:br/>
        <w:t>А ЦЕ НІЧОГО — ЛОЖЕ ЗАМІСТЬ МАР?&lt;br /&gt;</w:t>
        <w:br/>
        <w:t>А це не смішно — раптом оженитись?&lt;br /&gt;</w:t>
        <w:br/>
        <w:t>Вже ж у душі осіла чорна згар,&lt;br /&gt;</w:t>
        <w:br/>
        <w:t>гірка як згар в одстріляних рушницях.</w:t>
      </w:r>
    </w:p>
    <w:p>
      <w:r>
        <w:br/>
        <w:t>Вже смерть поклала руку на плече.&lt;br /&gt;</w:t>
        <w:br/>
        <w:t>Знов брати шлюб?.. в моєму-то годочку?..&lt;br /&gt;</w:t>
        <w:br/>
        <w:t>Якогось відьма кнедлика спече.&lt;br /&gt;</w:t>
        <w:br/>
        <w:t>Зброяр і джура викотили бочку.</w:t>
      </w:r>
    </w:p>
    <w:p>
      <w:r>
        <w:br/>
        <w:t>А лицар одвернувся і опустив забрало.&lt;br /&gt;</w:t>
        <w:br/>
        <w:t>Шрамко приніс ікону і нас благословляв…&lt;br /&gt;</w:t>
        <w:br/>
        <w:t>Маленьке циганча під скрипку танцювало.&lt;br /&gt;</w:t>
        <w:br/>
        <w:t>І лопнуту струну натягував зброяр.</w:t>
      </w:r>
    </w:p>
    <w:p>
      <w:r>
        <w:br/>
        <w:t>ГАННУСЕНЬКО! ЖИТТЯ ВЖЕ ЗА ПЛЕЧИМА.&lt;br /&gt;</w:t>
        <w:br/>
        <w:t>Ти розплітаєш поночі косу.&lt;br /&gt;</w:t>
        <w:br/>
        <w:t>Хіба такими згаслими очима&lt;br /&gt;</w:t>
        <w:br/>
        <w:t>дивитись треба на твою красу?</w:t>
      </w:r>
    </w:p>
    <w:p>
      <w:r>
        <w:br/>
        <w:t>Якби ж мені така любов раніше!&lt;br /&gt;</w:t>
        <w:br/>
        <w:t>Буває ніч, щасливіша, ніж ця?&lt;br /&gt;</w:t>
        <w:br/>
        <w:t>Твої вустонька найніжніші,&lt;br /&gt;</w:t>
        <w:br/>
        <w:t>осолода мого лиця…</w:t>
      </w:r>
    </w:p>
    <w:p>
      <w:r>
        <w:br/>
        <w:t>А НІЧ СТОЇТЬ ЯК МІСЯЧНА ГАЛЯВИНА.&lt;br /&gt;</w:t>
        <w:br/>
        <w:t>І ти лежиш у мене на плечі.&lt;br /&gt;</w:t>
        <w:br/>
        <w:t>…Мабуть, розбилась пані порцелянова&lt;br /&gt;</w:t>
        <w:br/>
        <w:t>Щось дуже тихо дзенькнуло вночі.</w:t>
      </w:r>
    </w:p>
    <w:p>
      <w:r>
        <w:br/>
        <w:t>ЧОГОСЬ ХОЧЕТЬСЯ ПЛАКАТИ. І ЗАСНУТИ. НЕ ДОЛІ&lt;br /&gt;</w:t>
        <w:br/>
        <w:t>Спочити хочу на грудях своєї Долі.&lt;br /&gt;</w:t>
        <w:br/>
        <w:t>"Ой, де ж ти була, моя нечужая?"</w:t>
      </w:r>
    </w:p>
    <w:p>
      <w:r>
        <w:br/>
        <w:t>Змерз я, обгубився з ніжності.&lt;br /&gt;</w:t>
        <w:br/>
        <w:t>С погрій мене до себе.</w:t>
      </w:r>
    </w:p>
    <w:p>
      <w:r>
        <w:br/>
        <w:t>…ЦЯ ЖІНКА, ЩО ПРИЙШЛА В МОЄ ЖИТТЯ,&lt;br /&gt;</w:t>
        <w:br/>
        <w:t>вона цілюща в дотику і слові.&lt;br /&gt;</w:t>
        <w:br/>
        <w:t>Важкі осмути пізньої любові&lt;br /&gt;</w:t>
        <w:br/>
        <w:t>вона знімає дотиком з чола.</w:t>
      </w:r>
    </w:p>
    <w:p>
      <w:r>
        <w:br/>
        <w:t>Ця жінка, що в життя моє прийшла.</w:t>
      </w:r>
    </w:p>
    <w:p>
      <w:r>
        <w:br/>
        <w:t>…Вона думає, що я сплю, а я воскресаю.&lt;br /&gt;</w:t>
        <w:br/>
        <w:t>Боюся розплющити очі, — може, це жагучий сон&lt;br /&gt;</w:t>
        <w:br/>
        <w:t>самотності?</w:t>
      </w:r>
    </w:p>
    <w:p>
      <w:r>
        <w:br/>
        <w:t>Вона ж як вечірній промінь, що впав уже&lt;br /&gt;</w:t>
        <w:br/>
        <w:t>на руїну.</w:t>
      </w:r>
    </w:p>
    <w:p>
      <w:r>
        <w:br/>
        <w:t>…О, ти прекрасний і сильний, ти вельми промовен.&lt;br /&gt;</w:t>
        <w:br/>
        <w:t>Ти щит для свого народу, ти меч проти ворога.&lt;br /&gt;</w:t>
        <w:br/>
        <w:t>Світ ще тебе побачить у славі твоїй і величі!</w:t>
      </w:r>
    </w:p>
    <w:p>
      <w:r>
        <w:br/>
        <w:t>…Це все як сон, це все як божевілля.&lt;br /&gt;</w:t>
        <w:br/>
        <w:t>Я вже як дим — і сивий, і гіркий.&lt;br /&gt;</w:t>
        <w:br/>
        <w:t>Я Хмелем був. Тепер моє похмілля.&lt;br /&gt;</w:t>
        <w:br/>
        <w:t>Навіщо я тобі тепер такий?</w:t>
      </w:r>
    </w:p>
    <w:p>
      <w:r>
        <w:br/>
        <w:t>…Орле мій шугастий в горностаєвих крилах киреї!&lt;br /&gt;</w:t>
        <w:br/>
        <w:t>Ти ще в'їдеш в Золоту Браму. Вони ще спитають, —&lt;br /&gt;</w:t>
        <w:br/>
        <w:t>хто цей, прекрасний, як сонце, і грізний,&lt;br /&gt;</w:t>
        <w:br/>
        <w:t>як полки під знаменами? —&lt;br /&gt;</w:t>
        <w:br/>
        <w:t>Богом даний гетьман України!</w:t>
      </w:r>
    </w:p>
    <w:p>
      <w:r>
        <w:br/>
        <w:t>…Росонько моєї спраги, латочко щастя&lt;br /&gt;</w:t>
        <w:br/>
        <w:t>на моєму терновому полі, ти простиш мені,&lt;br /&gt;</w:t>
        <w:br/>
        <w:t>ясочко, що я такий безпорадний?</w:t>
      </w:r>
    </w:p>
    <w:p>
      <w:r>
        <w:br/>
        <w:t>…Спи, рідний, спи, у сні прибуває сила.</w:t>
      </w:r>
    </w:p>
    <w:p>
      <w:r>
        <w:br/>
        <w:t>…Ось уже й літо минає, настане осінь. Жовтий лев&lt;br /&gt;</w:t>
        <w:br/>
        <w:t>пройде по смарагдових лісах, загребе трупи в багряне&lt;br /&gt;</w:t>
        <w:br/>
        <w:t>листя. Собаки виють по країні нашій. І всі плевели&lt;br /&gt;</w:t>
        <w:br/>
        <w:t>вже посіяні в землю нашу.</w:t>
      </w:r>
    </w:p>
    <w:p>
      <w:r>
        <w:br/>
        <w:t>… Не дивися на мене, що я чорна, горе обпалило мене.</w:t>
      </w:r>
    </w:p>
    <w:p>
      <w:r>
        <w:br/>
        <w:t>…Ти прекрасна, моя кохана, ти прекрасна,&lt;br /&gt;</w:t>
        <w:br/>
        <w:t>як мальва під вікном моєї матері.</w:t>
      </w:r>
    </w:p>
    <w:p>
      <w:r>
        <w:br/>
        <w:t>…Коханий мій, вимоленець мій у Бога! Чого ж ти&lt;br /&gt;</w:t>
        <w:br/>
        <w:t>так стогнеш уві сні? Тобі щось погане приснилось?</w:t>
      </w:r>
    </w:p>
    <w:p>
      <w:r>
        <w:br/>
        <w:t>…Доле моя, розбуди мене! Сниться мені, що лежу я&lt;br /&gt;</w:t>
        <w:br/>
        <w:t>на полі бою під Берестечком… І кружляє наді мною&lt;br /&gt;</w:t>
        <w:br/>
        <w:t>орел… Двоглавий…</w:t>
      </w:r>
    </w:p>
    <w:p>
      <w:r>
        <w:br/>
        <w:t>НІ, ГАННО, НІ! АБИ ЛИШ НЕ 3 МОСКВОЮ.&lt;br /&gt;</w:t>
        <w:br/>
        <w:t>Хай Україну чаша ця мине.&lt;br /&gt;</w:t>
        <w:br/>
        <w:t>Вже краще з турком, ляхом, із Литвою,&lt;br /&gt;</w:t>
        <w:br/>
        <w:t>бо ті сплюндрують, а вона ковтне.</w:t>
      </w:r>
    </w:p>
    <w:p>
      <w:r>
        <w:br/>
        <w:t>Це чорна прірва з хижою десницею,&lt;br /&gt;</w:t>
        <w:br/>
        <w:t>смурна од крові, смут своїх і свар,&lt;br /&gt;</w:t>
        <w:br/>
        <w:t>готова світ накрити, як спідницею&lt;br /&gt;</w:t>
        <w:br/>
        <w:t>Матрьоха накриває самовар.</w:t>
      </w:r>
    </w:p>
    <w:p>
      <w:r>
        <w:br/>
        <w:t>Був Київ стольний. Русь була святою.&lt;br /&gt;</w:t>
        <w:br/>
        <w:t>А московити — Русь уже не та.&lt;br /&gt;</w:t>
        <w:br/>
        <w:t>У них і князя звали Калитою, —&lt;br /&gt;</w:t>
        <w:br/>
        <w:t>така страшна захланна калита!</w:t>
      </w:r>
    </w:p>
    <w:p>
      <w:r>
        <w:br/>
        <w:t>Дрімучий світ. Ні слова, ні науки.&lt;br /&gt;</w:t>
        <w:br/>
        <w:t>Все загребуще, нарване, хмільне.&lt;br /&gt;</w:t>
        <w:br/>
        <w:t>Орел — двоглавий. Юрій — довгорукий.&lt;br /&gt;</w:t>
        <w:br/>
        <w:t>Хай Україну чаша ця мине!</w:t>
      </w:r>
    </w:p>
    <w:p>
      <w:r>
        <w:br/>
        <w:t>А ЧАС ЩЕ. ВЖЕ Й ОДЦВІЛАСЯ ЛИПА.&lt;br /&gt;</w:t>
        <w:br/>
        <w:t>Ох, чи ж мені від щастя буть хмільним?&lt;br /&gt;</w:t>
        <w:br/>
        <w:t>Вона вдова полковника Пилипа.&lt;br /&gt;</w:t>
        <w:br/>
        <w:t>Мабуть, була щасливою за ним.</w:t>
      </w:r>
    </w:p>
    <w:p>
      <w:r>
        <w:br/>
        <w:t>А я, чи щастя дати вже спроможний?&lt;br /&gt;</w:t>
        <w:br/>
        <w:t>Прошу прощення у його вдови.&lt;br /&gt;</w:t>
        <w:br/>
        <w:t>Він хоч поліг — та в битві переможній.&lt;br /&gt;</w:t>
        <w:br/>
        <w:t>А я зазнав поразки — і живий.</w:t>
      </w:r>
    </w:p>
    <w:p>
      <w:r>
        <w:br/>
        <w:t>І ЦЕ Ж ПОРАЗКА У ЖИТТІ НЕ ПЕРША!&lt;br /&gt;</w:t>
        <w:br/>
        <w:t>Було всього — поломів і облог.&lt;br /&gt;</w:t>
        <w:br/>
        <w:t>А я вставав, на шаблю руку сперши.&lt;br /&gt;</w:t>
        <w:br/>
        <w:t>І крізь поразки йшов до перемог.</w:t>
      </w:r>
    </w:p>
    <w:p>
      <w:r>
        <w:br/>
        <w:t>В житті було всілякої напасти.&lt;br /&gt;</w:t>
        <w:br/>
        <w:t>На плечах маю п'ять десятків літ.&lt;br /&gt;</w:t>
        <w:br/>
        <w:t>В такому віці можна занепасти&lt;br /&gt;</w:t>
        <w:br/>
        <w:t>і можна душу мати вже як лід.</w:t>
      </w:r>
    </w:p>
    <w:p>
      <w:r>
        <w:br/>
        <w:t>А я живий. І знову прагну бою.&lt;br /&gt;</w:t>
        <w:br/>
        <w:t>І перемоги. Хай на схилку літ —&lt;br /&gt;</w:t>
        <w:br/>
        <w:t>труну звелю возити за собою,&lt;br /&gt;</w:t>
        <w:br/>
        <w:t>а ще піти подужаю в похід!</w:t>
      </w:r>
    </w:p>
    <w:p>
      <w:r>
        <w:br/>
        <w:t>ШРАМКО ПРИЙШОВ СЬОГОДНІ НАВПРОШКИ,&lt;br /&gt;</w:t>
        <w:br/>
        <w:t>продерши хащі голими руками.&lt;br /&gt;</w:t>
        <w:br/>
        <w:t>Сказав: — По селах ходять козаки,&lt;br /&gt;</w:t>
        <w:br/>
        <w:t>перебрані ченцями, жебраками, —&lt;br /&gt;</w:t>
        <w:br/>
        <w:t>І кажуть всім, що воля вже близька.&lt;br /&gt;</w:t>
        <w:br/>
        <w:t>Щоб готувала порох парубота.&lt;br /&gt;</w:t>
        <w:br/>
        <w:t>А як надійдуть гетьманські війська —&lt;br /&gt;</w:t>
        <w:br/>
        <w:t>щоб відчиняли гетьману ворота!&lt;br /&gt;</w:t>
        <w:br/>
        <w:t>Щоб завдавали ворогу халеп,&lt;br /&gt;</w:t>
        <w:br/>
        <w:t>і далі йшли по селах нуртувати.&lt;br /&gt;</w:t>
        <w:br/>
        <w:t>Щоб готувались, щоб тікали в степ.&lt;br /&gt;</w:t>
        <w:br/>
        <w:t>Пісок панам щоб сипали в гармати.&lt;br /&gt;</w:t>
        <w:br/>
        <w:t>Щоб запасали зброю і харчі,&lt;br /&gt;</w:t>
        <w:br/>
        <w:t>та не шуміли як торішня брага.&lt;br /&gt;</w:t>
        <w:br/>
        <w:t>А хто сидіть зостане на печі,&lt;br /&gt;</w:t>
        <w:br/>
        <w:t>того чекає посміх і зневага.</w:t>
      </w:r>
    </w:p>
    <w:p>
      <w:r>
        <w:br/>
        <w:t>Такий він був похнюплений і кволий,&lt;br /&gt;</w:t>
        <w:br/>
        <w:t>усе тягнув з терплячістю вола,&lt;br /&gt;</w:t>
        <w:br/>
        <w:t>оцей Шрамко. А як запахло волею,&lt;br /&gt;</w:t>
        <w:br/>
        <w:t>душа в йому навприсядки пішла!&lt;br /&gt;</w:t>
        <w:br/>
        <w:t>Кажу: — Ну, ходять. То ще не спонука.&lt;br /&gt;</w:t>
        <w:br/>
        <w:t>Поразка — це кінець. І сором від людей.-&lt;br /&gt;</w:t>
        <w:br/>
        <w:t>А він мені: — Поразка — це наука.&lt;br /&gt;</w:t>
        <w:br/>
        <w:t>І ти в цій Академії — спудей.</w:t>
      </w:r>
    </w:p>
    <w:p>
      <w:r>
        <w:br/>
        <w:t>…ЩО ВІН СКАЗАВ ПРО ГЕТЬМАНСЬКІ ВІЙСЬКА?&lt;br /&gt;</w:t>
        <w:br/>
        <w:t>— Які війська? — питаю у Ганнусі. —&lt;br /&gt;</w:t>
        <w:br/>
        <w:t>це щоб мене підтримати на дусі?</w:t>
      </w:r>
    </w:p>
    <w:p>
      <w:r>
        <w:br/>
        <w:t>Та хто вже піде під моє знамено?&lt;br /&gt;</w:t>
        <w:br/>
        <w:t>Хіба що мертвих кликать поіменно</w:t>
      </w:r>
    </w:p>
    <w:p>
      <w:r>
        <w:br/>
        <w:t>ВЧОРАЙШИЙ ДЕНЬ ПРИЙШОВ ШРАМКО УРАНЦІ.&lt;br /&gt;</w:t>
        <w:br/>
        <w:t>І каже: — Все. Берися за перо.&lt;br /&gt;</w:t>
        <w:br/>
        <w:t>Побужжя йде, Волинь і наддністрянці.&lt;br /&gt;</w:t>
        <w:br/>
        <w:t>А там, диви, обізветься й Дніпро.</w:t>
      </w:r>
    </w:p>
    <w:p>
      <w:r>
        <w:br/>
        <w:t>Куди іде?! Яким універсалом&lt;br /&gt;</w:t>
        <w:br/>
        <w:t>тепер людей до себе приверну?&lt;br /&gt;</w:t>
        <w:br/>
        <w:t>Кому я гетьман, коли вже і сам он&lt;br /&gt;</w:t>
        <w:br/>
        <w:t>своїх провин в душі не прогорну!</w:t>
      </w:r>
    </w:p>
    <w:p>
      <w:r>
        <w:br/>
        <w:t>Ну, а якби я навіть і подужав&lt;br /&gt;</w:t>
        <w:br/>
        <w:t>того паперу написати жмут, —&lt;br /&gt;</w:t>
        <w:br/>
        <w:t>то де збереться те твоє Побужжя?&lt;br /&gt;</w:t>
        <w:br/>
        <w:t>Кому відомо, врешті, що я тут?</w:t>
      </w:r>
    </w:p>
    <w:p>
      <w:r>
        <w:br/>
        <w:t>Це ж не гетьманський Чигирин, не Броди.&lt;br /&gt;</w:t>
        <w:br/>
        <w:t>Та вже й свобода в нас не на хмелю.&lt;br /&gt;</w:t>
        <w:br/>
        <w:t>А піде чутка, — задля нагороди&lt;br /&gt;</w:t>
        <w:br/>
        <w:t>таки мене хтось видасть королю.</w:t>
      </w:r>
    </w:p>
    <w:p>
      <w:r>
        <w:br/>
        <w:t>— Та не барися! Стелеться дорога.&lt;br /&gt;</w:t>
        <w:br/>
        <w:t>Десь люди ждуть, поклич їх, підійми!&lt;br /&gt;</w:t>
        <w:br/>
        <w:t>Ти маєш чар. Тобі дано від Бога.&lt;br /&gt;</w:t>
        <w:br/>
        <w:t>Ти маєш дивну владу над людьми.</w:t>
      </w:r>
    </w:p>
    <w:p>
      <w:r>
        <w:br/>
        <w:t>ЯКА ТАМ ВЛАДА?&lt;br /&gt;</w:t>
        <w:br/>
        <w:t>ДЖУРА, ДВОЄ КОНИКІВ.&lt;br /&gt;</w:t>
        <w:br/>
        <w:t>А Ганна каже: — Ти наш оберіг.&lt;br /&gt;</w:t>
        <w:br/>
        <w:t>Мій брат, Богдане, сповістив полковників,&lt;br /&gt;</w:t>
        <w:br/>
        <w:t>що ти живий і що чекаєш їх.</w:t>
      </w:r>
    </w:p>
    <w:p>
      <w:r>
        <w:br/>
        <w:t>О жінко! Ти життя. Кажи мені надію.&lt;br /&gt;</w:t>
        <w:br/>
        <w:t>Я справді сам не свій. Бо нидію, не дію!&lt;br /&gt;</w:t>
        <w:br/>
        <w:t>Не влади прагну. Смерті чи спокути.&lt;br /&gt;</w:t>
        <w:br/>
        <w:t>Але ж пустеля з цих дрімотних веж!&lt;br /&gt;</w:t>
        <w:br/>
        <w:t>Вона мені: — Збери себе докупи,&lt;br /&gt;</w:t>
        <w:br/>
        <w:t>тоді і військо, гетьмане, збереш.</w:t>
      </w:r>
    </w:p>
    <w:p>
      <w:r>
        <w:br/>
        <w:t>УЧОРА ПИСАР МІЙ ПРИШКАНДИБАВ.&lt;br /&gt;</w:t>
        <w:br/>
        <w:t>З Волині пішки, довго добирався.&lt;br /&gt;</w:t>
        <w:br/>
        <w:t>Дістав чорнило, про папір подбав,&lt;br /&gt;</w:t>
        <w:br/>
        <w:t>в Шрамка у церкві воску постарався.</w:t>
      </w:r>
    </w:p>
    <w:p>
      <w:r>
        <w:br/>
        <w:t>Перо й печать із торби повиймав.&lt;br /&gt;</w:t>
        <w:br/>
        <w:t>На стіл поставив срібний каламар.&lt;br /&gt;</w:t>
        <w:br/>
        <w:t>І так сказав: — У добрий час почати&lt;br /&gt;</w:t>
        <w:br/>
        <w:t>універсал з притисненням почати.</w:t>
      </w:r>
    </w:p>
    <w:p>
      <w:r>
        <w:br/>
        <w:t>І СИН ШРАМКА, ПЕРЕБРАНИЙ ЧЕНЦЕМ,&lt;br /&gt;</w:t>
        <w:br/>
        <w:t>прийшов, приніс чутки мені достотні.&lt;br /&gt;</w:t>
        <w:br/>
        <w:t>Сказав, що він не є&lt;br /&gt;</w:t>
        <w:br/>
        <w:t>від когось посланцем,&lt;br /&gt;</w:t>
        <w:br/>
        <w:t>що він від себе і від тих півсотні.</w:t>
      </w:r>
    </w:p>
    <w:p>
      <w:r>
        <w:br/>
        <w:t>Що прийдуть ще, та мусять з осторогами.&lt;br /&gt;</w:t>
        <w:br/>
        <w:t>Засади скрізь. Свої не знаєш де.&lt;br /&gt;</w:t>
        <w:br/>
        <w:t>Кварцяне військо йде трьома дорогами —&lt;br /&gt;</w:t>
        <w:br/>
        <w:t>немов залізним неводом веде.</w:t>
      </w:r>
    </w:p>
    <w:p>
      <w:r>
        <w:br/>
        <w:t>А наші йдуть лісами та довколами.&lt;br /&gt;</w:t>
        <w:br/>
        <w:t>Крізь нетрі йдуть, крізь ночі і туман.&lt;br /&gt;</w:t>
        <w:br/>
        <w:t>Об пні й каміння розбивають голови,&lt;br /&gt;</w:t>
        <w:br/>
        <w:t>щоб не потрапить в руки ворогам.</w:t>
      </w:r>
    </w:p>
    <w:p>
      <w:r>
        <w:br/>
        <w:t>В дорозі мруть, від ран, від лихоманок,&lt;br /&gt;</w:t>
        <w:br/>
        <w:t>від голоду, від мертвої води.&lt;br /&gt;</w:t>
        <w:br/>
        <w:t>Намайстрували хлопи вистрілянок&lt;br /&gt;</w:t>
        <w:br/>
        <w:t>і теж ідуть. Подай їм вість куди!</w:t>
      </w:r>
    </w:p>
    <w:p>
      <w:r>
        <w:br/>
        <w:t>ЩО Ж, БИТВУ Я ПРОГРАВ.&lt;br /&gt;</w:t>
        <w:br/>
        <w:t>ПОВІСИТИСЬ НЕ ШТУКА.&lt;br /&gt;</w:t>
        <w:br/>
        <w:t>До всіх провин ще й відчай долучить.&lt;br /&gt;</w:t>
        <w:br/>
        <w:t>Як той казав, поразка — це наука.&lt;br /&gt;</w:t>
        <w:br/>
        <w:t>Ніяка перемога так не вчить.</w:t>
      </w:r>
    </w:p>
    <w:p>
      <w:r>
        <w:br/>
        <w:t>Гей, писарю, неси мою печатку!&lt;br /&gt;</w:t>
        <w:br/>
        <w:t>Життя пропало. Почнемо спочатку.</w:t>
      </w:r>
    </w:p>
    <w:p>
      <w:r>
        <w:br/>
        <w:t>НУ ОТ, І НАПИСАВ УНІВЕРСАЛИ.&lt;br /&gt;</w:t>
        <w:br/>
        <w:t>А хто їх прочитає і коли?&lt;br /&gt;</w:t>
        <w:br/>
        <w:t>Якби їх птиці крилами писали&lt;br /&gt;</w:t>
        <w:br/>
        <w:t>або громи у небі прогули!&lt;br /&gt;</w:t>
        <w:br/>
        <w:t>Чи хто промчав гривастим румаком&lt;br /&gt;</w:t>
        <w:br/>
        <w:t>та їх розніс. Але ж ми тут самотні.</w:t>
      </w:r>
    </w:p>
    <w:p>
      <w:r>
        <w:br/>
        <w:t>— Самотні? Ми?! — сміється піп Шрамко.-&lt;br /&gt;</w:t>
        <w:br/>
        <w:t>А мій же син? А ті його півсотні?</w:t>
      </w:r>
    </w:p>
    <w:p>
      <w:r>
        <w:br/>
        <w:t>А Й СПРАВДІ. МАЄМО ГІНЦІВ.&lt;br /&gt;</w:t>
        <w:br/>
        <w:t>Та ще яких, та ще й півсотні навіть!&lt;br /&gt;</w:t>
        <w:br/>
        <w:t>Такі вже не шукають манівців.&lt;br /&gt;</w:t>
        <w:br/>
        <w:t>Пройшли крізь пекло, то дорогу знають.</w:t>
      </w:r>
    </w:p>
    <w:p>
      <w:r>
        <w:br/>
        <w:t>Нема нам щастя — мусить бути чудо.&lt;br /&gt;</w:t>
        <w:br/>
        <w:t>Ще ми постанем зі своїх руїн.&lt;br /&gt;</w:t>
        <w:br/>
        <w:t>Мене не можуть люди не почути —&lt;br /&gt;</w:t>
        <w:br/>
        <w:t>душа в мені розгойдана як дзвін!</w:t>
      </w:r>
    </w:p>
    <w:p>
      <w:r>
        <w:br/>
        <w:t>Скликаю вас. Над цим не владен ворог.&lt;br /&gt;</w:t>
        <w:br/>
        <w:t>Почуйте слово з-під мого пера!&lt;br /&gt;</w:t>
        <w:br/>
        <w:t>Простіть мені, що знову б'ю на сполох.&lt;br /&gt;</w:t>
        <w:br/>
        <w:t>На Благовіст ще, люди, не пора.</w:t>
      </w:r>
    </w:p>
    <w:p>
      <w:r>
        <w:br/>
        <w:t>А ТИ, ГАННУСЮ, ЖДИ МЕНЕ ДО ОСЕНІ.&lt;br /&gt;</w:t>
        <w:br/>
        <w:t>Зібравши військо, вісточку подам.</w:t>
      </w:r>
    </w:p>
    <w:p>
      <w:r>
        <w:br/>
        <w:t>Повінчаємося у Корсуні,&lt;br /&gt;</w:t>
        <w:br/>
        <w:t>в місті слави моєї. Там&lt;br /&gt;</w:t>
        <w:br/>
        <w:t>пригадаю себе, колишнього.&lt;br /&gt;</w:t>
        <w:br/>
        <w:t>І весілля справим як слід.&lt;br /&gt;</w:t>
        <w:br/>
        <w:t>Та й попросимо у Всевишнього&lt;br /&gt;</w:t>
        <w:br/>
        <w:t>трохи щастя. І трохи літ.</w:t>
      </w:r>
    </w:p>
    <w:p>
      <w:r>
        <w:br/>
        <w:t>НА МУРАХ ВІТЕР ХИЛИТЬ БАДИЛИНУ.&lt;br /&gt;</w:t>
        <w:br/>
        <w:t>Цвіте ожина. Тихо, як в раю.&lt;br /&gt;</w:t>
        <w:br/>
        <w:t>А втім, не знаю… Може, в цю хвилину&lt;br /&gt;</w:t>
        <w:br/>
        <w:t>хтось десь торгує голову мою…</w:t>
      </w:r>
    </w:p>
    <w:p>
      <w:r>
        <w:br/>
        <w:t>І ГАННА ПРИ МЕНІ. І ПОГЛЯД МИГДАЛЕВИЙ.&lt;br /&gt;</w:t>
        <w:br/>
        <w:t>І дотик вуст. І тіла оксамит.</w:t>
      </w:r>
    </w:p>
    <w:p>
      <w:r>
        <w:br/>
        <w:t>Час тягнеться, як шлейф старої королеви.</w:t>
      </w:r>
    </w:p>
    <w:p>
      <w:r>
        <w:br/>
        <w:t>Коли б уже почути грім копит!</w:t>
      </w:r>
    </w:p>
    <w:p>
      <w:r>
        <w:br/>
        <w:t>ЩЕ ВКРАЯВ ДЕНЬ ЧЕКАННЯ ЧОРНУ СКИБУ.&lt;br /&gt;</w:t>
        <w:br/>
        <w:t>Який там грім, ні вершника нема.&lt;br /&gt;</w:t>
        <w:br/>
        <w:t>Несе тополь високі смолоскипи&lt;br /&gt;</w:t>
        <w:br/>
        <w:t>дорога в ніч пустельна і пряма.</w:t>
      </w:r>
    </w:p>
    <w:p>
      <w:r>
        <w:br/>
        <w:t>ПОЛЯ, ПОЛЯ, ПОЛЯ… ДОЛИНИ І ДОЛИНИ…&lt;br /&gt;</w:t>
        <w:br/>
        <w:t>Напнувся обрій наче тятива.&lt;br /&gt;</w:t>
        <w:br/>
        <w:t>Із Паволочі дзвін, вечірній дзвін долине.&lt;br /&gt;</w:t>
        <w:br/>
        <w:t>І знову чути як росте трава.</w:t>
      </w:r>
    </w:p>
    <w:p>
      <w:r>
        <w:br/>
        <w:t>СТОЮ НА ВЕЖІ І ДИВЛЮСЬ НА ШЛЯХ.&lt;br /&gt;</w:t>
        <w:br/>
        <w:t>Червоний щит призахідного сонця.&lt;br /&gt;</w:t>
        <w:br/>
        <w:t>А що це там за гомін у полях?&lt;br /&gt;</w:t>
        <w:br/>
        <w:t>Гей, джуро, глянь! Та їх там ціла сотня.&lt;br /&gt;</w:t>
        <w:br/>
        <w:t>А може, й дві. — Гей, джуро, ти зіркий.&lt;br /&gt;</w:t>
        <w:br/>
        <w:t>Тобі видніше із тамтої вежі.&lt;br /&gt;</w:t>
        <w:br/>
        <w:t>— Це, — каже, — батьку, наші козаки.&lt;br /&gt;</w:t>
        <w:br/>
        <w:t>Я, — каже, — батьку, бачу по одежі.</w:t>
      </w:r>
    </w:p>
    <w:p>
      <w:r>
        <w:br/>
        <w:t>ПРИЙШЛО ЇХ ДВІСТА. ВДАРИЛИ ЧОЛОМ.&lt;br /&gt;</w:t>
        <w:br/>
        <w:t>Розбили табір ген по оболоні.&lt;br /&gt;</w:t>
        <w:br/>
        <w:t>Вже сходив сонця золотий шолом,&lt;br /&gt;</w:t>
        <w:br/>
        <w:t>як знов у лузі заіржали коні.</w:t>
      </w:r>
    </w:p>
    <w:p>
      <w:r>
        <w:br/>
        <w:t>Десь крізь ліси пробився Джеджалик.&lt;br /&gt;</w:t>
        <w:br/>
        <w:t>Богун іде. Пушкар от-от прибуде.&lt;br /&gt;</w:t>
        <w:br/>
        <w:t>Чи я вже бути гетьманом одвик,&lt;br /&gt;</w:t>
        <w:br/>
        <w:t>що серце мало не розірве груди?!</w:t>
      </w:r>
    </w:p>
    <w:p>
      <w:r>
        <w:br/>
        <w:t>Стою. Стрічаю воїнів. Молюсь.&lt;br /&gt;</w:t>
        <w:br/>
        <w:t>На схилі, сивий, кланяюсь їм низько.&lt;br /&gt;</w:t>
        <w:br/>
        <w:t>Дві сотні… Три… Не дай Бог, помилюсь.&lt;br /&gt;</w:t>
        <w:br/>
        <w:t>І ще… І ще… І ще їх ціла низка!</w:t>
      </w:r>
    </w:p>
    <w:p>
      <w:r>
        <w:br/>
        <w:t>Прийшли… Спасибі… Ось мої полки.&lt;br /&gt;</w:t>
        <w:br/>
        <w:t>Уже й знамена із лісами врівень.&lt;br /&gt;</w:t>
        <w:br/>
        <w:t>Оце ж мої Волинці, Пінчуки.&lt;br /&gt;</w:t>
        <w:br/>
        <w:t>Мої Драчі, Немиринці і Гнівань!</w:t>
      </w:r>
    </w:p>
    <w:p>
      <w:r>
        <w:br/>
        <w:t>Шевці. Кравці. Броварники. Ткачі.&lt;br /&gt;</w:t>
        <w:br/>
        <w:t>Дейнеки. Запорожці. Завірюхи.&lt;br /&gt;</w:t>
        <w:br/>
        <w:t>Тютюнники. Кушніри. Орачі.&lt;br /&gt;</w:t>
        <w:br/>
        <w:t>Прудиуси. Плачинди. Одчайдухи.&lt;br /&gt;</w:t>
        <w:br/>
        <w:t>Урвитель. Іскра. Добош. Курінний.&lt;br /&gt;</w:t>
        <w:br/>
        <w:t>Бандура. Скрипка. Явір. Кияниця.&lt;br /&gt;</w:t>
        <w:br/>
        <w:t>Сірко. Буланий. Білий. Вороний.&lt;br /&gt;</w:t>
        <w:br/>
        <w:t>Зозуля. Заєць. Кущ. Перепелиця.&lt;br /&gt;</w:t>
        <w:br/>
        <w:t>Ох, як вас люди називали ловко!&lt;br /&gt;</w:t>
        <w:br/>
        <w:t>Некуйбіда. Майбоженко. Чумак.&lt;br /&gt;</w:t>
        <w:br/>
        <w:t>Пустикота. Завернивовка.&lt;br /&gt;</w:t>
        <w:br/>
        <w:t>Нетудихата. Неїжмак.&lt;br /&gt;</w:t>
        <w:br/>
        <w:t>Неклепаний. Одливаний. Пекельний.&lt;br /&gt;</w:t>
        <w:br/>
        <w:t>Попович. Молибога. Лихолат.&lt;br /&gt;</w:t>
        <w:br/>
        <w:t>Мальований, Індутний і Субтельний.&lt;br /&gt;</w:t>
        <w:br/>
        <w:t>Вернигора. Світайло. Семибрат.&lt;br /&gt;</w:t>
        <w:br/>
        <w:t>Орленки, Удовенки, Бойчуки.&lt;br /&gt;</w:t>
        <w:br/>
        <w:t>Синиці, Чайки!.. Хто там ще позаду?&lt;br /&gt;</w:t>
        <w:br/>
        <w:t>Всі на цей час приявні козаки,&lt;br /&gt;</w:t>
        <w:br/>
        <w:t>ударте в бубон і скликайте раду!</w:t>
      </w:r>
    </w:p>
    <w:p>
      <w:r>
        <w:br/>
        <w:t>Ще надолужим місяць цей іюль.&lt;br /&gt;</w:t>
        <w:br/>
        <w:t>Ще ого-го, є час до падолисту.&lt;br /&gt;</w:t>
        <w:br/>
        <w:t>А кожен при собі щоб зброю мав огнисту,&lt;br /&gt;</w:t>
        <w:br/>
        <w:t>п'ять хунтів пороху і скілько треба куль!&lt;br /&gt;</w:t>
        <w:br/>
        <w:t>Щоб коні. Щоб вози. Щоб рептухи. Щоб сідла.&lt;br /&gt;</w:t>
        <w:br/>
        <w:t>Щоб нас не взяв ніякий бусурман.&lt;br /&gt;</w:t>
        <w:br/>
        <w:t>Усім вобец і кожному зосібна, —&lt;br /&gt;</w:t>
        <w:br/>
        <w:t>це я вам говорю, негідний вас Богдан!</w:t>
      </w:r>
    </w:p>
    <w:p>
      <w:r>
        <w:br/>
        <w:t>БО НЕ 3 ТОГО ЗАЛІЗА МЕНЕ ЛИТО&lt;br /&gt;</w:t>
        <w:br/>
        <w:t>і не в тому гартовано вогні,&lt;br /&gt;</w:t>
        <w:br/>
        <w:t>щоб їм вдалося на своє копито&lt;br /&gt;</w:t>
        <w:br/>
        <w:t>переробити душу у мені!</w:t>
      </w:r>
    </w:p>
    <w:p>
      <w:r>
        <w:br/>
        <w:t>Коли я вже піднявся того труду —&lt;br /&gt;</w:t>
        <w:br/>
        <w:t>народ зібрати під свою оруду,&lt;br /&gt;</w:t>
        <w:br/>
        <w:t>то покладу на це усе життя,&lt;br /&gt;</w:t>
        <w:br/>
        <w:t>а доведу це діло до пуття!</w:t>
      </w:r>
    </w:p>
    <w:p>
      <w:r>
        <w:br/>
        <w:t>А ШУМ В ПОЛЯХ, А ГОМІН ПО ДІБРОВИ&lt;br /&gt;</w:t>
        <w:br/>
        <w:t>А пісня хоче коней розпрягать.&lt;br /&gt;</w:t>
        <w:br/>
        <w:t>Як палахтять багаття вечорові!&lt;br /&gt;</w:t>
        <w:br/>
        <w:t>Які великі тіні від багать!</w:t>
      </w:r>
    </w:p>
    <w:p>
      <w:r>
        <w:br/>
        <w:t>І ми, що звикли до такої тиші,&lt;br /&gt;</w:t>
        <w:br/>
        <w:t>що чутно як потріскує свіча, —&lt;br /&gt;</w:t>
        <w:br/>
        <w:t>так людно стало в нас на городищі,&lt;br /&gt;</w:t>
        <w:br/>
        <w:t>такі у нас знамена щонайвищі! —&lt;br /&gt;</w:t>
        <w:br/>
        <w:t>що аж халяндру скаче циганча.</w:t>
      </w:r>
    </w:p>
    <w:p>
      <w:r>
        <w:br/>
        <w:t>Шатрів нема — нічого, сплять під зорями.&lt;br /&gt;</w:t>
        <w:br/>
        <w:t>Обоз відстав — приїде на волах.&lt;br /&gt;</w:t>
        <w:br/>
        <w:t>Ми хлопці молоді. І поле в нас не зоране.&lt;br /&gt;</w:t>
        <w:br/>
        <w:t>І сон наш стереже сторожа на валах.</w:t>
      </w:r>
    </w:p>
    <w:p>
      <w:r>
        <w:br/>
        <w:t>А ВРАНЦІ ПОТЯГЛО І ЛАДАНОМ І ДИМОМ.&lt;br /&gt;</w:t>
        <w:br/>
        <w:t>О слава ж Богу, я таки дожив! —&lt;br /&gt;</w:t>
        <w:br/>
        <w:t>старенький піп Шрамко помахував кадилом,&lt;br /&gt;</w:t>
        <w:br/>
        <w:t>за упокій полеглих відслужив.</w:t>
      </w:r>
    </w:p>
    <w:p>
      <w:r>
        <w:br/>
        <w:t>Прощайте і простіть… простіть, мої хоробрі…&lt;br /&gt;</w:t>
        <w:br/>
        <w:t>Хай той кадильний дим односять вам вітри.&lt;br /&gt;</w:t>
        <w:br/>
        <w:t>Стоять мої війська, стоять по самий обрій,&lt;br /&gt;</w:t>
        <w:br/>
        <w:t>похилені як чорні прапори…</w:t>
      </w:r>
    </w:p>
    <w:p>
      <w:r>
        <w:br/>
        <w:t>ПРИЙШЛО ДО МЕНЕ ВІЙСЬКО РОЗПОРОШЕНЕ.&lt;br /&gt;</w:t>
        <w:br/>
        <w:t>Вернулося, дав Бог мені дожить.&lt;br /&gt;</w:t>
        <w:br/>
        <w:t>Звохчіли очі, і сльоза непрошена&lt;br /&gt;</w:t>
        <w:br/>
        <w:t>от-от з очей, проклята, побіжить.</w:t>
      </w:r>
    </w:p>
    <w:p>
      <w:r>
        <w:br/>
        <w:t>Хтось підійшов, до мене щось балакав.&lt;br /&gt;</w:t>
        <w:br/>
        <w:t>А я мовчав, бо ще щось наверзу.&lt;br /&gt;</w:t>
        <w:br/>
        <w:t>Усе було. Я тільки ще не плакав.&lt;br /&gt;</w:t>
        <w:br/>
        <w:t>Стояв і в душу завертав сльозу.</w:t>
      </w:r>
    </w:p>
    <w:p>
      <w:r>
        <w:br/>
        <w:t>ПОЛКОВНИКИ МОЇ! НЕ ШОВК, НЕ КАРМАЗИНИ&lt;br /&gt;</w:t>
        <w:br/>
        <w:t>шляхетних дій і помислів зразок.&lt;br /&gt;</w:t>
        <w:br/>
        <w:t>Стояв Пушкар, як сивий дуб озимий,&lt;br /&gt;</w:t>
        <w:br/>
        <w:t>Стояв Богун, як лицар із казок.</w:t>
      </w:r>
    </w:p>
    <w:p>
      <w:r>
        <w:br/>
        <w:t>Сміявся зором відчайдушне карим,&lt;br /&gt;</w:t>
        <w:br/>
        <w:t>на самі очі натягнувши шлик,&lt;br /&gt;</w:t>
        <w:br/>
        <w:t>весь зранений, полковник мій, татарин&lt;br /&gt;</w:t>
        <w:br/>
        <w:t>всіх добрих слів достойний Джеджалик.</w:t>
      </w:r>
    </w:p>
    <w:p>
      <w:r>
        <w:br/>
        <w:t>Так мало бути. Ждав їх недаремно.&lt;br /&gt;</w:t>
        <w:br/>
        <w:t>Душа пройшла над прірвою зневір.&lt;br /&gt;</w:t>
        <w:br/>
        <w:t>І Ганнин брат, Іван Золотаренко.&lt;br /&gt;</w:t>
        <w:br/>
        <w:t>своїх преславних ніжинців привів.</w:t>
      </w:r>
    </w:p>
    <w:p>
      <w:r>
        <w:br/>
        <w:t>І той Богун — чолом під корогвою —&lt;br /&gt;</w:t>
        <w:br/>
        <w:t>що замість мене бувши наказним —&lt;br /&gt;</w:t>
        <w:br/>
        <w:t>подав мені клейноди з булавою.&lt;br /&gt;</w:t>
        <w:br/>
        <w:t>і ми при війську обнялися з ним!</w:t>
      </w:r>
    </w:p>
    <w:p>
      <w:r>
        <w:br/>
        <w:t>Я ВПЕРШЕ НІЧ ТАК ДОБРЕ ВІДПОЧИВ.&lt;br /&gt;</w:t>
        <w:br/>
        <w:t>Я чуюсь так, що зичу й молодому.&lt;br /&gt;</w:t>
        <w:br/>
        <w:t>Надійним людям Ганну доручив,&lt;br /&gt;</w:t>
        <w:br/>
        <w:t>щоб одвезли із почестю додому.</w:t>
      </w:r>
    </w:p>
    <w:p>
      <w:r>
        <w:br/>
        <w:t>У Суботів не треба. Там ВОНА.&lt;br /&gt;</w:t>
        <w:br/>
        <w:t>Там тінь її. Там згадка найпоганша.</w:t>
      </w:r>
    </w:p>
    <w:p>
      <w:r>
        <w:br/>
        <w:t>То був мій дім. І то була жона.</w:t>
      </w:r>
    </w:p>
    <w:p>
      <w:r>
        <w:br/>
        <w:t>А цю — у Чигирин, бо це уже гетьманша!</w:t>
      </w:r>
    </w:p>
    <w:p>
      <w:r>
        <w:br/>
        <w:t>КОЗАЦЬКА ЖІНКА 3 ГОРДИМИ ОЧИМА —&lt;br /&gt;</w:t>
        <w:br/>
        <w:t>вона мов крила в мене за плечима!</w:t>
      </w:r>
    </w:p>
    <w:p>
      <w:r>
        <w:br/>
        <w:t>Вона для мене у ці дні —</w:t>
      </w:r>
    </w:p>
    <w:p>
      <w:r>
        <w:br/>
        <w:t>як моє серце у мені!</w:t>
      </w:r>
    </w:p>
    <w:p>
      <w:r>
        <w:br/>
        <w:t>І СИН ШРАМКА ПРИВІВ СВОЇ ПІВСОТНІ.&lt;br /&gt;</w:t>
        <w:br/>
        <w:t>І сам Шрамко вдяг ризи щирозлотні,&lt;br /&gt;</w:t>
        <w:br/>
        <w:t>налаштувався з нами у похід.</w:t>
      </w:r>
    </w:p>
    <w:p>
      <w:r>
        <w:br/>
        <w:t>І той гончар дивився мені вслід.&lt;br /&gt;</w:t>
        <w:br/>
        <w:t>Коли мене побачив з булавою,&lt;br /&gt;</w:t>
        <w:br/>
        <w:t>лиш похитав, старенький, головою,&lt;br /&gt;</w:t>
        <w:br/>
        <w:t>перехрестив і усміхнувся дід.</w:t>
      </w:r>
    </w:p>
    <w:p>
      <w:r>
        <w:br/>
        <w:t>Зброяр заплакав, бо лишався, бідний.&lt;br /&gt;</w:t>
        <w:br/>
        <w:t>Віщунка дбала хліб нам і питво.&lt;br /&gt;</w:t>
        <w:br/>
        <w:t>По схилах циганча за мною довго бігло.&lt;br /&gt;</w:t>
        <w:br/>
        <w:t>І циган говорив, що кінь у мене: — О!</w:t>
      </w:r>
    </w:p>
    <w:p>
      <w:r>
        <w:br/>
        <w:t>ІЩЕ ДИМЛЯТЬ ПІД ПОПЕЛОМ БАГАТТЯ.&lt;br /&gt;</w:t>
        <w:br/>
        <w:t>Ще сон торкає вічі мимохіть.&lt;br /&gt;</w:t>
        <w:br/>
        <w:t>А вже в похід нам витрублено, браття!&lt;br /&gt;</w:t>
        <w:br/>
        <w:t>І довбиш б'є у потемнілу мідь.</w:t>
      </w:r>
    </w:p>
    <w:p>
      <w:r>
        <w:br/>
        <w:t>І вже ногою бувши в стремені,&lt;br /&gt;</w:t>
        <w:br/>
        <w:t>я нахилився до своєї Долі.&lt;br /&gt;</w:t>
        <w:br/>
        <w:t>Я їй сказав: — Чекай в Чигирині.&lt;br /&gt;</w:t>
        <w:br/>
        <w:t>Ми переможем. Не такі ми й кволі.</w:t>
      </w:r>
    </w:p>
    <w:p>
      <w:r>
        <w:br/>
        <w:t>Не допускай такої мислі,&lt;br /&gt;</w:t>
        <w:br/>
        <w:t>що Бог покаже нам неласку.&lt;br /&gt;</w:t>
        <w:br/>
        <w:t>Життя людського строки стислі.&lt;br /&gt;</w:t>
        <w:br/>
        <w:t>Немає часу на поразку.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Берестечко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