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Бандурист</w:t>
      </w:r>
    </w:p>
    <w:p>
      <w:r>
        <w:br/>
        <w:t xml:space="preserve"> (Уривок з піснетвора "Перекинчик бісурманський")</w:t>
      </w:r>
    </w:p>
    <w:p>
      <w:r>
        <w:br/>
        <w:t>ПІСЕНЬКА 1</w:t>
      </w:r>
    </w:p>
    <w:p>
      <w:r>
        <w:br/>
        <w:t>Бувало, весною, як ліс розів'ється&lt;br /&gt;</w:t>
        <w:br/>
        <w:t>І чистими птичок гукне голосами,&lt;br /&gt;</w:t>
        <w:br/>
        <w:t>Дуброва, як дівка, в цвітя прибереться,&lt;br /&gt;</w:t>
        <w:br/>
        <w:t>Пчілка задзвонить лугами, полями,&lt;br /&gt;</w:t>
        <w:br/>
        <w:t>Стадами весело заграє долина,&lt;br /&gt;</w:t>
        <w:br/>
        <w:t>А в ріці рибонька аж носить водою,&lt;br /&gt;</w:t>
        <w:br/>
        <w:t>З пісеньков із поля вертає дівчина,&lt;br /&gt;</w:t>
        <w:br/>
        <w:t>Плугатар за плугом з довгою думою;&lt;br /&gt;</w:t>
        <w:br/>
        <w:t>Бувало, весною, як голуб сивенький,&lt;br /&gt;</w:t>
        <w:br/>
        <w:t>Із оком ясненьким, як око святого,&lt;br /&gt;</w:t>
        <w:br/>
        <w:t>Під полов бандурка, в устах пісень много,&lt;br /&gt;</w:t>
        <w:br/>
        <w:t>Щороку приходить Соловій старенький.&lt;br /&gt;</w:t>
        <w:br/>
        <w:t>А всі го за батька рідненького мали:&lt;br /&gt;</w:t>
        <w:br/>
        <w:t>Старії і діти, молодці й дівчата,&lt;br /&gt;</w:t>
        <w:br/>
        <w:t>Як батька з дороги, всі єго вітали,&lt;br /&gt;</w:t>
        <w:br/>
        <w:t>У селі му кожда своя була хата.&lt;br /&gt;</w:t>
        <w:br/>
        <w:t>Бо й годен був того! Бувало, з'явиться,&lt;br /&gt;</w:t>
        <w:br/>
        <w:t>Мов сонце на небі, заспіва, заграє,&lt;br /&gt;</w:t>
        <w:br/>
        <w:t>То всякий веселий, о журбі й не сниться,&lt;br /&gt;</w:t>
        <w:br/>
        <w:t>Бо ж то й нема пісні, як сей заспіває.&lt;br /&gt;</w:t>
        <w:br/>
        <w:t>Заведе довгими думку голосами,&lt;br /&gt;</w:t>
        <w:br/>
        <w:t>З-під могил, казав би-сь, холодочком віє,&lt;br /&gt;</w:t>
        <w:br/>
        <w:t>Стиха поговорить з батьками-князями,&lt;br /&gt;</w:t>
        <w:br/>
        <w:t>Старі молодніють, бо й сам молодніє.&lt;br /&gt;</w:t>
        <w:br/>
        <w:t>Або ж і дівчатам коли заспіває,&lt;br /&gt;</w:t>
        <w:br/>
        <w:t>Тьохкають серденька, бо він відгадає,&lt;br /&gt;</w:t>
        <w:br/>
        <w:t>Що із миленькими говорять дівчата.&lt;br /&gt;</w:t>
        <w:br/>
        <w:t>Дівча спаленіє, спустить оченята,&lt;br /&gt;</w:t>
        <w:br/>
        <w:t>Зиркне по миленькім, очами питає:&lt;br /&gt;</w:t>
        <w:br/>
        <w:t>"Де він придивився?.. Як він добре знає!.."&lt;br /&gt;</w:t>
        <w:br/>
        <w:t>За тоє всякому припав до серденька,&lt;br /&gt;</w:t>
        <w:br/>
        <w:t>Як до голубонька голубка сивенька,&lt;br /&gt;</w:t>
        <w:br/>
        <w:t>За тоє го всюди звали Соловієм.&lt;br /&gt;</w:t>
        <w:br/>
        <w:t>Пісні ж бо то, пісні! Таких ми не вмієм!..</w:t>
      </w:r>
    </w:p>
    <w:p>
      <w:r>
        <w:br/>
        <w:t>ПІСЕНЬКА 2</w:t>
      </w:r>
    </w:p>
    <w:p>
      <w:r>
        <w:br/>
        <w:t>Як гомін по лісі, звістка несесь мила:&lt;br /&gt;</w:t>
        <w:br/>
        <w:t>"Іде Соловій наш! Нові несе пісні,&lt;br /&gt;</w:t>
        <w:br/>
        <w:t>Пісні нечувані і думки незвісні!"&lt;br /&gt;</w:t>
        <w:br/>
        <w:t>Радість у серденьку всякому зацвіла.&lt;br /&gt;</w:t>
        <w:br/>
        <w:t>І вийшли назустріч, і ждали на мості.&lt;br /&gt;</w:t>
        <w:br/>
        <w:t>Підходить, склонились, згомоніли: "Гості!"&lt;br /&gt;</w:t>
        <w:br/>
        <w:t>До села проводять; всякого вітає,&lt;br /&gt;</w:t>
        <w:br/>
        <w:t>О щастю, здоров'ю, родині питає.</w:t>
      </w:r>
    </w:p>
    <w:p>
      <w:r>
        <w:br/>
        <w:t>***&lt;br /&gt;</w:t>
        <w:br/>
        <w:t>Чого ж то у лузі головку склонила,&lt;br /&gt;</w:t>
        <w:br/>
        <w:t>Відав, тучу чує березочка біла?&lt;br /&gt;</w:t>
        <w:br/>
        <w:t>Чого ж то півець наш, чого він сумує?..&lt;br /&gt;</w:t>
        <w:br/>
        <w:t>Видко, що з тяжкою журбою несеться,&lt;br /&gt;</w:t>
        <w:br/>
        <w:t>Бо око стемніло, тяжко серце б'ється,&lt;br /&gt;</w:t>
        <w:br/>
        <w:t>А на личку смуток — чи нещастя чує?&lt;br /&gt;</w:t>
        <w:br/>
        <w:t>Йде селом, бувало, весело і сміло,&lt;br /&gt;</w:t>
        <w:br/>
        <w:t>З хаткою, з деревцем кождим розмовляє,&lt;br /&gt;</w:t>
        <w:br/>
        <w:t>Вдарить у бандурку, здрібненька заграє&lt;br /&gt;</w:t>
        <w:br/>
        <w:t>Козачка чи шумку, аж згадати мило!..&lt;br /&gt;</w:t>
        <w:br/>
        <w:t>А нині, як не той: клонить волос сивий&lt;br /&gt;</w:t>
        <w:br/>
        <w:t>На грудь піснословну, журиться, сумує,&lt;br /&gt;</w:t>
        <w:br/>
        <w:t>Мовчки поступає, пісеньку не дзвонить,&lt;br /&gt;</w:t>
        <w:br/>
        <w:t>З дітьми ся не бавить — чи лихо віщує?&lt;br /&gt;</w:t>
        <w:br/>
        <w:t>Чи жаль тисне серце за другом миленьким,&lt;br /&gt;</w:t>
        <w:br/>
        <w:t>Може, за сестрою, за братом рідненьким?&lt;br /&gt;</w:t>
        <w:br/>
        <w:t>Чи, може, ідучи з далекой дороги,&lt;br /&gt;</w:t>
        <w:br/>
        <w:t>Ходом утомився і примучив ноги?&lt;br /&gt;</w:t>
        <w:br/>
        <w:t>Не змучив він ноги, ходом не втомився,&lt;br /&gt;</w:t>
        <w:br/>
        <w:t>Вчуєте, пташечки, чого зажурився.</w:t>
      </w:r>
    </w:p>
    <w:p>
      <w:r>
        <w:br/>
        <w:t>ПІСЕНЬКА 3</w:t>
      </w:r>
    </w:p>
    <w:p>
      <w:r>
        <w:br/>
        <w:t>Присів на царинці; молодь обступила,&lt;br /&gt;</w:t>
        <w:br/>
        <w:t>Як цвіточку пчоли, а старшина сіла.&lt;br /&gt;</w:t>
        <w:br/>
        <w:t>І вийняв бандурку, і обтер полою,&lt;br /&gt;</w:t>
        <w:br/>
        <w:t>І став ї строїти, і повів рукою&lt;br /&gt;</w:t>
        <w:br/>
        <w:t>По струнах злегенька; струни згаморили.&lt;br /&gt;</w:t>
        <w:br/>
        <w:t>Півець розуміє, бо з ним говорили;&lt;br /&gt;</w:t>
        <w:br/>
        <w:t>Вже літ сорок і два їх бесіду знає.&lt;br /&gt;</w:t>
        <w:br/>
        <w:t>І вдарив сильнійше і скорше тручає.&lt;br /&gt;</w:t>
        <w:br/>
        <w:t>І стали гриміти та бескидським громом,&lt;br /&gt;</w:t>
        <w:br/>
        <w:t>І стали шуміти та степовим шумом;&lt;br /&gt;</w:t>
        <w:br/>
        <w:t>То знов заскипіли, як води старого&lt;br /&gt;</w:t>
        <w:br/>
        <w:t>Отця Славутиці, бо о нім думає&lt;br /&gt;</w:t>
        <w:br/>
        <w:t>Півець і мислію честь єму співає.&lt;br /&gt;</w:t>
        <w:br/>
        <w:t>То знов злебеділи, як би галич много,&lt;br /&gt;</w:t>
        <w:br/>
        <w:t>Стадами злетівши, чисте поле вкрили.&lt;br /&gt;</w:t>
        <w:br/>
        <w:t>То знова злегенька, стиха гомоніли,&lt;br /&gt;</w:t>
        <w:br/>
        <w:t>Мов згадка літ давніх і минувшой долі,&lt;br /&gt;</w:t>
        <w:br/>
        <w:t>Щораз то тихше і тихше бриніли,&lt;br /&gt;</w:t>
        <w:br/>
        <w:t>Розлетілись за півця думкою по полі,&lt;br /&gt;</w:t>
        <w:br/>
        <w:t>А накінець зглохли — зовсім заніміли.&lt;br /&gt;</w:t>
        <w:br/>
        <w:t>[1840 — 1842]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Бандурист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