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провулка</w:t>
      </w:r>
    </w:p>
    <w:p>
      <w:r>
        <w:br/>
        <w:t xml:space="preserve"> Де, заламавши руки сині,&lt;br /&gt;</w:t>
        <w:br/>
        <w:t>рятунку кличе ніч намарне,&lt;br /&gt;</w:t>
        <w:br/>
        <w:t>колишуться п’яниці й тіні&lt;br /&gt;</w:t>
        <w:br/>
        <w:t>біля кульгавої ліхтарні.</w:t>
      </w:r>
    </w:p>
    <w:p>
      <w:r>
        <w:br/>
        <w:t>Блакитним квітом похилившись,&lt;br /&gt;</w:t>
        <w:br/>
        <w:t>ліхтарня, мов лілея, в’яне,&lt;br /&gt;</w:t>
        <w:br/>
        <w:t>і світ недійсний, тільки миші&lt;br /&gt;</w:t>
        <w:br/>
        <w:t>ведуть шевців на місяць п’яних.</w:t>
      </w:r>
    </w:p>
    <w:p>
      <w:r>
        <w:br/>
        <w:t>В корчмі із зорями й дзвінками,&lt;br /&gt;</w:t>
        <w:br/>
        <w:t>де лупії і сажотруси&lt;br /&gt;</w:t>
        <w:br/>
        <w:t>співають гімни над склянками&lt;br /&gt;</w:t>
        <w:br/>
        <w:t>і славлять ніч і чар спокуси.</w:t>
      </w:r>
    </w:p>
    <w:p>
      <w:r>
        <w:br/>
        <w:t>Крива ядуха пані смутку,&lt;br /&gt;</w:t>
        <w:br/>
        <w:t>схиляючись до касопорців[88]&lt;br /&gt;</w:t>
        <w:br/>
        <w:t>обличчям зморщеним, мов губка,&lt;br /&gt;</w:t>
        <w:br/>
        <w:t>фальшиві карти в пальцях корчить.</w:t>
      </w:r>
    </w:p>
    <w:p>
      <w:r>
        <w:br/>
        <w:t>Оперши лікті у задумі,&lt;br /&gt;</w:t>
        <w:br/>
        <w:t>нічного промислу любимці&lt;br /&gt;</w:t>
        <w:br/>
        <w:t>пливуть на плахтах диму й шуму&lt;br /&gt;</w:t>
        <w:br/>
        <w:t>під лопіт зір у скрипки скриньці.</w:t>
      </w:r>
    </w:p>
    <w:p>
      <w:r>
        <w:br/>
        <w:t>В кублі химер, верзінь, наруги&lt;br /&gt;</w:t>
        <w:br/>
        <w:t>під хлип свічок – тремтливих птахів —&lt;br /&gt;</w:t>
        <w:br/>
        <w:t>ворожать лупіям папуги,&lt;br /&gt;</w:t>
        <w:br/>
        <w:t>і грузнуть в стіл слова, мов цвяхи.</w:t>
      </w:r>
    </w:p>
    <w:p>
      <w:r>
        <w:br/>
        <w:t>Знічев’я плачуть горлорізи&lt;br /&gt;</w:t>
        <w:br/>
        <w:t>і сповідаються горілці,&lt;br /&gt;</w:t>
        <w:br/>
        <w:t>і, мов павук, у горло лізе&lt;br /&gt;</w:t>
        <w:br/>
        <w:t>забутий спів, подертий в кільця.</w:t>
      </w:r>
    </w:p>
    <w:p>
      <w:r>
        <w:br/>
        <w:t>Знов сажотруси стягом гімну&lt;br /&gt;</w:t>
        <w:br/>
        <w:t>життя похвалу залопочуть.&lt;br /&gt;</w:t>
        <w:br/>
        <w:t>Хто це у кухоль знагла гримнув?&lt;br /&gt;</w:t>
        <w:br/>
        <w:t>……………………………………</w:t>
      </w:r>
    </w:p>
    <w:p>
      <w:r>
        <w:br/>
        <w:t>Чарки, мов птахи, відлітають&lt;br /&gt;</w:t>
        <w:br/>
        <w:t>понад столами, попід стелю&lt;br /&gt;</w:t>
        <w:br/>
        <w:t>лопочуть крилами скляними,&lt;br /&gt;</w:t>
        <w:br/>
        <w:t>дзвінками грають понад синім&lt;br /&gt;</w:t>
        <w:br/>
        <w:t>кущем димів, що корчму стелять.</w:t>
      </w:r>
    </w:p>
    <w:p>
      <w:r>
        <w:br/>
        <w:t>Зів’яла вже зоря остання,&lt;br /&gt;</w:t>
        <w:br/>
        <w:t>і місяць теж зів’яти мусив,&lt;br /&gt;</w:t>
        <w:br/>
        <w:t>та в черепа розбитій мушлі&lt;br /&gt;</w:t>
        <w:br/>
        <w:t>шумить і плеще аж до рання&lt;br /&gt;</w:t>
        <w:br/>
        <w:t>хор лупіїв і сажотрусів.</w:t>
      </w:r>
    </w:p>
    <w:p>
      <w:r>
        <w:br/>
        <w:t>30 січня 1936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провулка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