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триста коней</w:t>
      </w:r>
    </w:p>
    <w:p>
      <w:r>
        <w:br/>
        <w:t xml:space="preserve"> &lt;blockquote&gt;Перший французький кулемет&lt;br /&gt;</w:t>
        <w:br/>
        <w:t>було випробувано в 1870 році.&lt;br /&gt;</w:t>
        <w:br/>
        <w:t>(3 історії вогнепальної&lt;br /&gt;</w:t>
        <w:br/>
        <w:t>зброї)&lt;/blockquote&gt;</w:t>
      </w:r>
    </w:p>
    <w:p>
      <w:r>
        <w:br/>
        <w:t>Оповідався іподромний конюх —&lt;br /&gt;</w:t>
        <w:br/>
        <w:t>любомудр і приятель тварин, —&lt;br /&gt;</w:t>
        <w:br/>
        <w:t>що дурманить і здоров’ю шкодить&lt;br /&gt;</w:t>
        <w:br/>
        <w:t>перша стрижка першої трави:&lt;br /&gt;</w:t>
        <w:br/>
        <w:t>дух отави млоїть (а тим часом&lt;br /&gt;</w:t>
        <w:br/>
        <w:t>ще на плечах смуток і пальто),&lt;br /&gt;</w:t>
        <w:br/>
        <w:t>і ночами так — немае спасу —&lt;br /&gt;</w:t>
        <w:br/>
        <w:t>пахне кавунами іподром!</w:t>
      </w:r>
    </w:p>
    <w:p>
      <w:r>
        <w:br/>
        <w:t>Кінне поле,&lt;br /&gt;</w:t>
        <w:br/>
        <w:t>що ти з нами коїш? —&lt;br /&gt;</w:t>
        <w:br/>
        <w:t>І мені роз’ятрена душа.&lt;br /&gt;</w:t>
        <w:br/>
        <w:t>І мені болять ой триста коней,&lt;br /&gt;</w:t>
        <w:br/>
        <w:t>триста коней,&lt;br /&gt;</w:t>
        <w:br/>
        <w:t>ще й одне лоша.</w:t>
      </w:r>
    </w:p>
    <w:p>
      <w:r>
        <w:br/>
        <w:t>Ви, чесноти, знайте це і квильте.&lt;br /&gt;</w:t>
        <w:br/>
        <w:t>Плач і ти, осміяне добро…</w:t>
      </w:r>
    </w:p>
    <w:p>
      <w:r>
        <w:br/>
        <w:t>Франція.&lt;br /&gt;</w:t>
        <w:br/>
        <w:t>Світанок.&lt;br /&gt;</w:t>
        <w:br/>
        <w:t>Місяць квітень.&lt;br /&gt;</w:t>
        <w:br/>
        <w:t>Тихий провінційний іподром.</w:t>
      </w:r>
    </w:p>
    <w:p>
      <w:r>
        <w:br/>
        <w:t>На пусті трибуни, як в загати,&lt;br /&gt;</w:t>
        <w:br/>
        <w:t>пре під прапор і державний&lt;br /&gt;</w:t>
        <w:br/>
        <w:t>герб —&lt;br /&gt;</w:t>
        <w:br/>
        <w:t>в кодлі стукачів і ад’ютантів —&lt;br /&gt;</w:t>
        <w:br/>
        <w:t>генералітет і просто "ге".&lt;br /&gt;</w:t>
        <w:br/>
        <w:t>Винахідник сполотнів на хвилю.&lt;br /&gt;</w:t>
        <w:br/>
        <w:t>Б’є азарт. Юрбу колотить мент.</w:t>
      </w:r>
    </w:p>
    <w:p>
      <w:r>
        <w:br/>
        <w:t>А поодаль — одою свавіллю —&lt;br /&gt;</w:t>
        <w:br/>
        <w:t>чорний і скептичний кулемет.&lt;br /&gt;</w:t>
        <w:br/>
        <w:t>Так, той самий…&lt;br /&gt;</w:t>
        <w:br/>
        <w:t>що звідсіль кермуе&lt;br /&gt;</w:t>
        <w:br/>
        <w:t>в рік наступний, де своїм огнем&lt;br /&gt;</w:t>
        <w:br/>
        <w:t>і дітей&lt;br /&gt;</w:t>
        <w:br/>
        <w:t>Паризької комуни&lt;br /&gt;</w:t>
        <w:br/>
        <w:t>на хрестах обачно розіпне!</w:t>
      </w:r>
    </w:p>
    <w:p>
      <w:r>
        <w:br/>
        <w:t>Пер-Лашез…&lt;br /&gt;</w:t>
        <w:br/>
        <w:t>Як небо зірколобі,&lt;br /&gt;</w:t>
        <w:br/>
        <w:t>ми віднині — вічно при стіні,&lt;br /&gt;</w:t>
        <w:br/>
        <w:t>крапка кулеметної випроби&lt;br /&gt;</w:t>
        <w:br/>
        <w:t>по тобі, товаришу, й мені.</w:t>
      </w:r>
    </w:p>
    <w:p>
      <w:r>
        <w:br/>
        <w:t>А поки що горе ставить кому,&lt;br /&gt;</w:t>
        <w:br/>
        <w:t>і на поле ігрищ та іржань&lt;br /&gt;</w:t>
        <w:br/>
        <w:t>випускають витривалих коней,&lt;br /&gt;</w:t>
        <w:br/>
        <w:t>триста коней, ще й одне лоша.</w:t>
      </w:r>
    </w:p>
    <w:p>
      <w:r>
        <w:br/>
        <w:t>Триста коней…&lt;br /&gt;</w:t>
        <w:br/>
        <w:t>Жаль мені, ой жаль!..&lt;br /&gt;</w:t>
        <w:br/>
        <w:t>Протокол — душевна широчінь:&lt;br /&gt;</w:t>
        <w:br/>
        <w:t>"Три хвилини—триста жеребців!"</w:t>
      </w:r>
    </w:p>
    <w:p>
      <w:r>
        <w:br/>
        <w:t>Навіть не згадали про лоша.</w:t>
      </w:r>
    </w:p>
    <w:p>
      <w:r>
        <w:br/>
        <w:t>А воно розтануло мов дим, —&lt;br /&gt;</w:t>
        <w:br/>
        <w:t>вбереглось і вмовкло до часу, —&lt;br /&gt;</w:t>
        <w:br/>
        <w:t>дотепер пригноблені світи&lt;br /&gt;</w:t>
        <w:br/>
        <w:t>ще його плекають і пасуть!</w:t>
      </w:r>
    </w:p>
    <w:p>
      <w:r>
        <w:br/>
        <w:t>Конюх п’яний. Винахідник&lt;br /&gt;</w:t>
        <w:br/>
        <w:t>мертвий.&lt;br /&gt;</w:t>
        <w:br/>
        <w:t>Що їм заримовані слова?..&lt;br /&gt;</w:t>
        <w:br/>
        <w:t>Пахне кавуном і кулеметом&lt;br /&gt;</w:t>
        <w:br/>
        <w:t>іподромна стрижена трава.</w:t>
      </w:r>
    </w:p>
    <w:p>
      <w:r>
        <w:br/>
        <w:t>1967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триста коней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