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страченого</w:t>
      </w:r>
    </w:p>
    <w:p>
      <w:r>
        <w:br/>
        <w:t xml:space="preserve"> Того вечора вона принесла&lt;br /&gt;</w:t>
        <w:br/>
        <w:t>до нас мисочку грибів.&lt;br /&gt;</w:t>
        <w:br/>
        <w:t>Тихо поставила на лаві. —&lt;br /&gt;</w:t>
        <w:br/>
        <w:t>Просив зварити вчора…&lt;br /&gt;</w:t>
        <w:br/>
        <w:t>Не діждав їсти…</w:t>
      </w:r>
    </w:p>
    <w:p>
      <w:r>
        <w:br/>
        <w:t>Ти любив гриби, Василю?&lt;br /&gt;</w:t>
        <w:br/>
        <w:t>Мабуть, що любив.&lt;br /&gt;</w:t>
        <w:br/>
        <w:t>Там, де тебе вбили,&lt;br /&gt;</w:t>
        <w:br/>
        <w:t>Вартою — гриби.</w:t>
      </w:r>
    </w:p>
    <w:p>
      <w:r>
        <w:br/>
        <w:t>Я іду, збираю,&lt;br /&gt;</w:t>
        <w:br/>
        <w:t>Раптом — ти стоїш…&lt;br /&gt;</w:t>
        <w:br/>
        <w:t>Вітер над борами&lt;br /&gt;</w:t>
        <w:br/>
        <w:t>Сни проніс чиїсь.</w:t>
      </w:r>
    </w:p>
    <w:p>
      <w:r>
        <w:br/>
        <w:t>Сни в безсонні ночі,&lt;br /&gt;</w:t>
        <w:br/>
        <w:t>Сни в бездонні дні, —&lt;br /&gt;</w:t>
        <w:br/>
        <w:t>Афини — це ж очі,—&lt;br /&gt;</w:t>
        <w:br/>
        <w:t>Гомониш мені.</w:t>
      </w:r>
    </w:p>
    <w:p>
      <w:r>
        <w:br/>
        <w:t>Кров пішла в ожини,&lt;br /&gt;</w:t>
        <w:br/>
        <w:t>У глоди сплила.&lt;br /&gt;</w:t>
        <w:br/>
        <w:t>Не один чужинник&lt;br /&gt;</w:t>
        <w:br/>
        <w:t>Вмер від їх жала…</w:t>
      </w:r>
    </w:p>
    <w:p>
      <w:r>
        <w:br/>
        <w:t>Голубі та сиві&lt;br /&gt;</w:t>
        <w:br/>
        <w:t>Ягоди сумні.&lt;br /&gt;</w:t>
        <w:br/>
        <w:t>Твердості, Василю,&lt;br /&gt;</w:t>
        <w:br/>
        <w:t>Сили дай мені.</w:t>
      </w:r>
    </w:p>
    <w:p>
      <w:r>
        <w:br/>
        <w:t>Мовили ялиці,&lt;br /&gt;</w:t>
        <w:br/>
        <w:t>Мовили дуби:&lt;br /&gt;</w:t>
        <w:br/>
        <w:t>На міцних грибницях&lt;br /&gt;</w:t>
        <w:br/>
        <w:t>Вік ростуть гриби.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страченого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