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схвалення світу</w:t>
      </w:r>
    </w:p>
    <w:p>
      <w:r>
        <w:br/>
        <w:t xml:space="preserve"> Я не негідний, але й не зухвалець.&lt;br /&gt;</w:t>
        <w:br/>
        <w:t>Вони мені показували світ.&lt;br /&gt;</w:t>
        <w:br/>
        <w:t>Побачивши кровоточивий палець,&lt;br /&gt;</w:t>
        <w:br/>
        <w:t>Гукнув я, що життя люблю,— та й квит!</w:t>
      </w:r>
    </w:p>
    <w:p>
      <w:r>
        <w:br/>
        <w:t>Під батогом, примруживши очиці,&lt;br /&gt;</w:t>
        <w:br/>
        <w:t>Я зрання й допізна стояв, й нараз&lt;br /&gt;</w:t>
        <w:br/>
        <w:t>Добрав: до діла скоро знадобиться&lt;br /&gt;</w:t>
        <w:br/>
        <w:t>Різник, тож радо я сказав: гаразд!</w:t>
      </w:r>
    </w:p>
    <w:p>
      <w:r>
        <w:br/>
        <w:t>А згодом я підтакував усьому.&lt;br /&gt;</w:t>
        <w:br/>
        <w:t>Нехай страхополох! Аби не труп.&lt;br /&gt;</w:t>
        <w:br/>
        <w:t>Щоб не потрапити до рук відомих,&lt;br /&gt;</w:t>
        <w:br/>
        <w:t>Я й те хвалив, що вкрай не по нутру.</w:t>
      </w:r>
    </w:p>
    <w:p>
      <w:r>
        <w:br/>
        <w:t>Я бачив, як лихварив збіжжям юнкер,&lt;br /&gt;</w:t>
        <w:br/>
        <w:t>Як він злидоті не прощав гріхів.&lt;br /&gt;</w:t>
        <w:br/>
        <w:t>І правдолюбцям дорікав я лунко,&lt;br /&gt;</w:t>
        <w:br/>
        <w:t>Що він крутенький, але не лихий.</w:t>
      </w:r>
    </w:p>
    <w:p>
      <w:r>
        <w:br/>
        <w:t>Ось підприємець лишити призначив&lt;br /&gt;</w:t>
        <w:br/>
        <w:t>Лише третину, решту — за паркан.&lt;br /&gt;</w:t>
        <w:br/>
        <w:t>Я вговтував обшарпанців: ще будьте вдячні!&lt;br /&gt;</w:t>
        <w:br/>
        <w:t>Бо сам я в економіці профан!</w:t>
      </w:r>
    </w:p>
    <w:p>
      <w:r>
        <w:br/>
        <w:t>Штабні вояки з рук у руки тихо&lt;br /&gt;</w:t>
        <w:br/>
        <w:t>Несуть, мов чарку, мрію про війну.&lt;br /&gt;</w:t>
        <w:br/>
        <w:t>Дорогу їм даю, відчувши лихо,&lt;br /&gt;</w:t>
        <w:br/>
        <w:t>А техніку нізащо не хвицьну.</w:t>
      </w:r>
    </w:p>
    <w:p>
      <w:r>
        <w:br/>
        <w:t>— На краще йдеться! — виборців голодних&lt;br /&gt;</w:t>
        <w:br/>
        <w:t>Упевнює народний депутат.&lt;br /&gt;</w:t>
        <w:br/>
        <w:t>Я ж розумію: наш промовець любий&lt;br /&gt;</w:t>
        <w:br/>
        <w:t>Не забрехавсь — набравсь не тих цитат.</w:t>
      </w:r>
    </w:p>
    <w:p>
      <w:r>
        <w:br/>
        <w:t>Я бачив урядовців геть зацвілих,&lt;br /&gt;</w:t>
        <w:br/>
        <w:t>Що рухають смердючий механізм.&lt;br /&gt;</w:t>
        <w:br/>
        <w:t>Шмат хліба заробляючи щосили,&lt;br /&gt;</w:t>
        <w:br/>
        <w:t>Молю, щоб їм життєвий рівень зріс.</w:t>
      </w:r>
    </w:p>
    <w:p>
      <w:r>
        <w:br/>
        <w:t>Будь ласка, не турбуйте поліцаїв!&lt;br /&gt;</w:t>
        <w:br/>
        <w:t>Їм, а також панам судовикам&lt;br /&gt;</w:t>
        <w:br/>
        <w:t>Подам рушник — утерти кров з долоней,&lt;br /&gt;</w:t>
        <w:br/>
        <w:t>Щоб виділи: я їх не відрікавсь.</w:t>
      </w:r>
    </w:p>
    <w:p>
      <w:r>
        <w:br/>
        <w:t>А суддів, що багатих захищають,&lt;br /&gt;</w:t>
        <w:br/>
        <w:t>Ховаючи під стіл закровлене взуття,&lt;br /&gt;</w:t>
        <w:br/>
        <w:t>Образити я наміру не маю.&lt;br /&gt;</w:t>
        <w:br/>
        <w:t>Чому? Того не знаю до пуття.</w:t>
      </w:r>
    </w:p>
    <w:p>
      <w:r>
        <w:br/>
        <w:t>Я певен, що юристів не підкупиш&lt;br /&gt;</w:t>
        <w:br/>
        <w:t>Ніколи і ніяким хабарем.&lt;br /&gt;</w:t>
        <w:br/>
        <w:t>Але закон і шана завше вкупі.&lt;br /&gt;</w:t>
        <w:br/>
        <w:t>Хіба не це ми чистотою звем?</w:t>
      </w:r>
    </w:p>
    <w:p>
      <w:r>
        <w:br/>
        <w:t>Товче дідів, чіпляється до жінки —&lt;br /&gt;</w:t>
        <w:br/>
        <w:t>Цього бандюгу треба посадить!&lt;br /&gt;</w:t>
        <w:br/>
        <w:t>Ага, він має гумову дубинку.&lt;br /&gt;</w:t>
        <w:br/>
        <w:t>Даруйте, це, звичайно, не бандит.</w:t>
      </w:r>
    </w:p>
    <w:p>
      <w:r>
        <w:br/>
        <w:t>У поліцаїв, що старців-невдах&lt;br /&gt;</w:t>
        <w:br/>
        <w:t>Женуть, щоб не обсіла нас нужда,&lt;br /&gt;</w:t>
        <w:br/>
        <w:t>Роботи море. Для рятівників&lt;br /&gt;</w:t>
        <w:br/>
        <w:t>Своїх сорочку з себе я віддам.</w:t>
      </w:r>
    </w:p>
    <w:p>
      <w:r>
        <w:br/>
        <w:t>Я вже довів: на думці злого я не маю.&lt;br /&gt;</w:t>
        <w:br/>
        <w:t>Тож ви не станете, напевне, дорікать,&lt;br /&gt;</w:t>
        <w:br/>
        <w:t>Коли зізнаюсь, що серед знайомих&lt;br /&gt;</w:t>
        <w:br/>
        <w:t>У мене погань є одна, яка</w:t>
      </w:r>
    </w:p>
    <w:p>
      <w:r>
        <w:br/>
        <w:t>В газету пише. Кров'ю жертв набрякли,&lt;br /&gt;</w:t>
        <w:br/>
        <w:t>Волають букви: Вбивць не пощастило відшукати!&lt;br /&gt;</w:t>
        <w:br/>
        <w:t>Зверніть увагу на останній номер:&lt;br /&gt;</w:t>
        <w:br/>
        <w:t>Чудовий стиль — це варто прочитати.</w:t>
      </w:r>
    </w:p>
    <w:p>
      <w:r>
        <w:br/>
        <w:t>Поет провадить на верхів'я небувалі,&lt;br /&gt;</w:t>
        <w:br/>
        <w:t>Співа (за гроші) гарно і невинно.&lt;br /&gt;</w:t>
        <w:br/>
        <w:t>Замовчане (задурно) правду поховало.&lt;br /&gt;</w:t>
        <w:br/>
        <w:t>Буває, що недобача людина.</w:t>
      </w:r>
    </w:p>
    <w:p>
      <w:r>
        <w:br/>
        <w:t>Гендляр заприсягнувся перехожим,&lt;br /&gt;</w:t>
        <w:br/>
        <w:t>Що то від нього — не від м'яса! — тхне.&lt;br /&gt;</w:t>
        <w:br/>
        <w:t>Він сам не їсть гнилого м'яса. Може,&lt;br /&gt;</w:t>
        <w:br/>
        <w:t>Коли протухну, він продасть мене?</w:t>
      </w:r>
    </w:p>
    <w:p>
      <w:r>
        <w:br/>
        <w:t>Венерику, що за казенні гроші&lt;br /&gt;</w:t>
        <w:br/>
        <w:t>Дівок приводить в лігвище своє,&lt;br /&gt;</w:t>
        <w:br/>
        <w:t>Я руку тисну обережно, але щиро:&lt;br /&gt;</w:t>
        <w:br/>
        <w:t>Він женщинам загинуть не дає.</w:t>
      </w:r>
    </w:p>
    <w:p>
      <w:r>
        <w:br/>
        <w:t>Без лікарів, що злидарів недужих&lt;br /&gt;</w:t>
        <w:br/>
        <w:t>Вивуджують і з мілкості&lt;br /&gt;</w:t>
        <w:br/>
        <w:t>Живуть, не можу обійтися,&lt;br /&gt;</w:t>
        <w:br/>
        <w:t>Лягаю мовчки на медичний стіл.</w:t>
      </w:r>
    </w:p>
    <w:p>
      <w:r>
        <w:br/>
        <w:t>А інженерів, що конвеєр ладять,&lt;br /&gt;</w:t>
        <w:br/>
        <w:t>Котрий життя в трудящих забере,&lt;br /&gt;</w:t>
        <w:br/>
        <w:t>Хвалю тріумфу техніки заради:&lt;br /&gt;</w:t>
        <w:br/>
        <w:t>Зворушує до сліз мене прогрес.</w:t>
      </w:r>
    </w:p>
    <w:p>
      <w:r>
        <w:br/>
        <w:t>Б'ють вчителі в зади, як в барабани,&lt;br /&gt;</w:t>
        <w:br/>
        <w:t>Формуючи за образом своїм&lt;br /&gt;</w:t>
        <w:br/>
        <w:t>Слухняну зміну. Вдячная держава&lt;br /&gt;</w:t>
        <w:br/>
        <w:t>Дозволить з голоду не передохнуть їм.</w:t>
      </w:r>
    </w:p>
    <w:p>
      <w:r>
        <w:br/>
        <w:t>Ось діти виглядають в чотирнадцять&lt;br /&gt;</w:t>
        <w:br/>
        <w:t>На шість, а мислять, як в сімдесят п'ять.&lt;br /&gt;</w:t>
        <w:br/>
        <w:t>Ну що ж! Це так! А на дурне питання&lt;br /&gt;</w:t>
        <w:br/>
        <w:t>"Чому це так?" — не знаю, що й казать.</w:t>
      </w:r>
    </w:p>
    <w:p>
      <w:r>
        <w:br/>
        <w:t>Професори гуманними словами&lt;br /&gt;</w:t>
        <w:br/>
        <w:t>Одбілюють заслужених катів,&lt;br /&gt;</w:t>
        <w:br/>
        <w:t>Доводячи, що складно жить на зламі,&lt;br /&gt;</w:t>
        <w:br/>
        <w:t>Їх іншими я видіти б не хтів.</w:t>
      </w:r>
    </w:p>
    <w:p>
      <w:r>
        <w:br/>
        <w:t>Науку, що громадить нам уперто&lt;br /&gt;</w:t>
        <w:br/>
        <w:t>Знання, а з ними — шанси на біду,&lt;br /&gt;</w:t>
        <w:br/>
        <w:t>Як віру — почитатиму до смерті,&lt;br /&gt;</w:t>
        <w:br/>
        <w:t>Одвічним неуцтвом покріплюючи дух.</w:t>
      </w:r>
    </w:p>
    <w:p>
      <w:r>
        <w:br/>
        <w:t>Священиків люблю і поважаю:&lt;br /&gt;</w:t>
        <w:br/>
        <w:t>Вони проміж кривавих битв і бід&lt;br /&gt;</w:t>
        <w:br/>
        <w:t>Глаголять про братерство, мир і дружбу,&lt;br /&gt;</w:t>
        <w:br/>
        <w:t>А цього забувати вам не слід.</w:t>
      </w:r>
    </w:p>
    <w:p>
      <w:r>
        <w:br/>
        <w:t>Я в Бога вірив, я хвалив Іуду,&lt;br /&gt;</w:t>
        <w:br/>
        <w:t>Чув крик голодних: "Дайте їсти нам!"&lt;br /&gt;</w:t>
        <w:br/>
        <w:t>Та ситі шлють на небо звідусюди.&lt;br /&gt;</w:t>
        <w:br/>
        <w:t>А може, й справді хтось панує там?</w:t>
      </w:r>
    </w:p>
    <w:p>
      <w:r>
        <w:br/>
        <w:t>Гравюр Ґеорґа Ґросса прототипи&lt;br /&gt;</w:t>
        <w:br/>
        <w:t>Сідлоголові, поголоска є,&lt;br /&gt;</w:t>
        <w:br/>
        <w:t>Приготувались людству кров спустити.&lt;br /&gt;</w:t>
        <w:br/>
        <w:t>Одержав план цей схвалення моє.</w:t>
      </w:r>
    </w:p>
    <w:p>
      <w:r>
        <w:br/>
        <w:t>Між вбивником і жертвою збагнувши&lt;br /&gt;</w:t>
        <w:br/>
        <w:t>Тісний зв'язок, я співчував обом:&lt;br /&gt;</w:t>
        <w:br/>
        <w:t>Пристойну обирає вбивник жертву.&lt;br /&gt;</w:t>
        <w:br/>
        <w:t>І я схвалив це повністю й цілком.</w:t>
      </w:r>
    </w:p>
    <w:p>
      <w:r>
        <w:br/>
        <w:t>Земля від кроку зарізяк оглухла.&lt;br /&gt;</w:t>
        <w:br/>
        <w:t>— Спиніте їх! — гукнув я вже сливе.&lt;br /&gt;</w:t>
        <w:br/>
        <w:t>Та поруч наставляє пильні вуха&lt;br /&gt;</w:t>
        <w:br/>
        <w:t>Стукач. І я горлаю: "Хай живе!"</w:t>
      </w:r>
    </w:p>
    <w:p>
      <w:r>
        <w:br/>
        <w:t>В нестатках звичних я не хочу скніти,&lt;br /&gt;</w:t>
        <w:br/>
        <w:t>А крил моєму співу не дано.&lt;br /&gt;</w:t>
        <w:br/>
        <w:t>Серед багна забагненого світу,&lt;br /&gt;</w:t>
        <w:br/>
        <w:t>Я знаю, схвалення моє — також багно.</w:t>
      </w:r>
    </w:p>
    <w:p>
      <w:r>
        <w:br/>
        <w:t>1932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схвалення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