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польку</w:t>
      </w:r>
    </w:p>
    <w:p>
      <w:r>
        <w:br/>
        <w:t xml:space="preserve"> Зашуміло слободо?ю — полька в злотні сани сіла,&lt;br /&gt;</w:t>
        <w:br/>
        <w:t>гриви памороззю вкрито, вороні гризуть вудила,&lt;br /&gt;</w:t>
        <w:br/>
        <w:t>наче ранньою весною, у повітрі пісня в'ється,&lt;br /&gt;</w:t>
        <w:br/>
        <w:t>а навкіл у танці молодь скаче, товпиться, сміється.&lt;br /&gt;</w:t>
        <w:br/>
        <w:t>Полька сіла в злотні сани: як до міста, то й до міста.&lt;br /&gt;</w:t>
        <w:br/>
        <w:t>"Ну-бо їдьмо, мила полько, путь щаслива, даль іскриста!"&lt;br /&gt;</w:t>
        <w:br/>
        <w:t>То вже будуть в дальнім місті дивуватися з селянки,&lt;br /&gt;</w:t>
        <w:br/>
        <w:t>а як жижки загоряться, в танці дратимуть горлянки:&lt;br /&gt;</w:t>
        <w:br/>
        <w:t>Полька скаче, полька скаче!</w:t>
      </w:r>
    </w:p>
    <w:p>
      <w:r>
        <w:br/>
        <w:t>Наче постріл, бич ударив. Ну й дорога — коні-змії!&lt;br /&gt;</w:t>
        <w:br/>
        <w:t>Сніг рипить під полозами, у деревах вітер виє,&lt;br /&gt;</w:t>
        <w:br/>
        <w:t>пада з радості каміння,— підпираючись скалою,&lt;br /&gt;</w:t>
        <w:br/>
        <w:t>сивий кряж гірський до танцю в такт киває головою.&lt;br /&gt;</w:t>
        <w:br/>
        <w:t>От так полька — в грудях ко?лька! Чи така є інша в світі:&lt;br /&gt;</w:t>
        <w:br/>
        <w:t>очі — зорі, губи — вишні, щоки — дві троянди в цвіті,&lt;br /&gt;</w:t>
        <w:br/>
        <w:t>радість в тілі молодому, в кожній жилці вабить грою —&lt;br /&gt;</w:t>
        <w:br/>
        <w:t>вічно в співі, в русі, в танці, під новою машкарою;&lt;br /&gt;</w:t>
        <w:br/>
        <w:t>Полька скаче, полька скаче!</w:t>
      </w:r>
    </w:p>
    <w:p>
      <w:r>
        <w:br/>
        <w:t>Пізно вскочили до міста, коні в піні, коні в милі,&lt;br /&gt;</w:t>
        <w:br/>
        <w:t>гей, смутне ж під вечір місто! Дерева? стоять похилі,&lt;br /&gt;</w:t>
        <w:br/>
        <w:t>вітром вимело майдани, глухо в вулицях порожніх,&lt;br /&gt;</w:t>
        <w:br/>
        <w:t>темно в стрісі, наче в лісі, і не видко подорожніх.&lt;br /&gt;</w:t>
        <w:br/>
        <w:t>Полька скочила на землю, сніг з обличчя витирає:&lt;br /&gt;</w:t>
        <w:br/>
        <w:t>"Хто тут є, що не виходить і гостей не зустрічає?"&lt;br /&gt;</w:t>
        <w:br/>
        <w:t>Роздивилась на будівлі, до віконця підступила,&lt;br /&gt;</w:t>
        <w:br/>
        <w:t>з хати грубий голос чути: "Що за буря налетіла?"&lt;br /&gt;</w:t>
        <w:br/>
        <w:t>Полька скаче, полька скаче!</w:t>
      </w:r>
    </w:p>
    <w:p>
      <w:r>
        <w:br/>
        <w:t>"Чуєш, жінко, полька скаче! Не чекав такого свята!&lt;br /&gt;</w:t>
        <w:br/>
        <w:t>Припаде тобі до серця, мила полько, наша хата!"&lt;br /&gt;</w:t>
        <w:br/>
        <w:t>У подружжя молодого в дах покладено сопілки,&lt;br /&gt;</w:t>
        <w:br/>
        <w:t>з бубнів збито вікна й двері, з скрипок сволоки й причілки,&lt;br /&gt;</w:t>
        <w:br/>
        <w:t>стіни грають, мов цимбали, а кутки гудуть басами,&lt;br /&gt;</w:t>
        <w:br/>
        <w:t>а в печі вогні гогочуть не своїми голосами.&lt;br /&gt;</w:t>
        <w:br/>
        <w:t>"Ну-бо, жінко, до сусідів, не минай лише нікого,&lt;br /&gt;</w:t>
        <w:br/>
        <w:t>клич багатого й худого, і старого й молодого".&lt;br /&gt;</w:t>
        <w:br/>
        <w:t>Полька скаче, полька скаче!</w:t>
      </w:r>
    </w:p>
    <w:p>
      <w:r>
        <w:br/>
        <w:t>Місто збіглося до польки. Привітавсь бідак з розгону,&lt;br /&gt;</w:t>
        <w:br/>
        <w:t>а багатий скинув шапку, а король зсмикнув корону,&lt;br /&gt;</w:t>
        <w:br/>
        <w:t>а як полька розгорілась,— хто б пізнав між рівних рівну:&lt;br /&gt;</w:t>
        <w:br/>
        <w:t>міщанин — свою міщанку, князь — князівну, піп — попівну?!&lt;br /&gt;</w:t>
        <w:br/>
        <w:t>Чути гомін, чути регіт, грають очі, сяють лиця.&lt;br /&gt;</w:t>
        <w:br/>
        <w:t>Чи то правда, чи то байка — ходить ходором світлиця;&lt;br /&gt;</w:t>
        <w:br/>
        <w:t>крокви, сволоки і стеля — все гуде, як в лихоманці,&lt;br /&gt;</w:t>
        <w:br/>
        <w:t>піч — кружляє, стіни — в русі, лави, вікна, двері — в танці;</w:t>
      </w:r>
    </w:p>
    <w:p>
      <w:r>
        <w:br/>
        <w:t>Полька скаче, полька скаче!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польку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