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плуг</w:t>
      </w:r>
    </w:p>
    <w:p>
      <w:r>
        <w:br/>
        <w:t xml:space="preserve"> Він у землі лежав здавна,&lt;br /&gt;</w:t>
        <w:br/>
        <w:t>Урослий в надра лук,&lt;br /&gt;</w:t>
        <w:br/>
        <w:t>Він ждав когось, когось він звав,&lt;br /&gt;</w:t>
        <w:br/>
        <w:t>Цей заржавілий плуг…&lt;br /&gt;</w:t>
        <w:br/>
        <w:t>І вітер брязкіт ніс кругом:&lt;br /&gt;</w:t>
        <w:br/>
        <w:t>"Де мій одвічний плуг?"</w:t>
      </w:r>
    </w:p>
    <w:p>
      <w:r>
        <w:br/>
        <w:t>Пройшли літа, пройшли вітри&lt;br /&gt;</w:t>
        <w:br/>
        <w:t>Блакитним туманом…&lt;br /&gt;</w:t>
        <w:br/>
        <w:t>То ж скільки він в землі лежав?&lt;br /&gt;</w:t>
        <w:br/>
        <w:t>Ніхто не знав… Давно…&lt;br /&gt;</w:t>
        <w:br/>
        <w:t>І кров людську з боїв в степу&lt;br /&gt;</w:t>
        <w:br/>
        <w:t>Він пив, немов вино.</w:t>
      </w:r>
    </w:p>
    <w:p>
      <w:r>
        <w:br/>
        <w:t>І більше, дужче все ржавів&lt;br /&gt;</w:t>
        <w:br/>
        <w:t>І в землю западав…&lt;br /&gt;</w:t>
        <w:br/>
        <w:t>Пройшла від тирсою степів&lt;br /&gt;</w:t>
        <w:br/>
        <w:t>Війни важко хода.&lt;br /&gt;</w:t>
        <w:br/>
        <w:t>А плуг лежав в масній землі,&lt;br /&gt;</w:t>
        <w:br/>
        <w:t>А плуг людини ждав…</w:t>
      </w:r>
    </w:p>
    <w:p>
      <w:r>
        <w:br/>
        <w:t>Вона прийшла, прийшла з степів,&lt;br /&gt;</w:t>
        <w:br/>
        <w:t>Із чорної землі…&lt;br /&gt;</w:t>
        <w:br/>
        <w:t>Прийшла весна, а навесні&lt;br /&gt;</w:t>
        <w:br/>
        <w:t>Летіли журавлі.&lt;br /&gt;</w:t>
        <w:br/>
        <w:t>До плуга руки простяглись,&lt;br /&gt;</w:t>
        <w:br/>
        <w:t>– Не руки – мозолі.</w:t>
      </w:r>
    </w:p>
    <w:p>
      <w:r>
        <w:br/>
        <w:t>І плуг пішов углиб навскіс,&lt;br /&gt;</w:t>
        <w:br/>
        <w:t>У чорнозем, в тепло…&lt;br /&gt;</w:t>
        <w:br/>
        <w:t>І плуг людині показав,&lt;br /&gt;</w:t>
        <w:br/>
        <w:t>Де щастя джерело:&lt;br /&gt;</w:t>
        <w:br/>
        <w:t>У глибині, у теплоті&lt;br /&gt;</w:t>
        <w:br/>
        <w:t>Зернятко проросло…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плуг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