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ненависть</w:t>
      </w:r>
    </w:p>
    <w:p>
      <w:r>
        <w:br/>
        <w:t xml:space="preserve"> Поспішай! Худий гриф над нами кружить!&lt;br /&gt;</w:t>
        <w:br/>
        <w:t>В ліс — оселю свою — прийди по весні!&lt;br /&gt;</w:t>
        <w:br/>
        <w:t>Чуєш! Лунко земля під ногами дрижить!&lt;br /&gt;</w:t>
        <w:br/>
        <w:t>Бачиш? — Щільний туман над полями лежить! —&lt;br /&gt;</w:t>
        <w:br/>
        <w:t>Закипають це роси від ненависті!</w:t>
      </w:r>
    </w:p>
    <w:p>
      <w:r>
        <w:br/>
        <w:t>У набухлих бруньках ненависть мліє,&lt;br /&gt;</w:t>
        <w:br/>
        <w:t>Ненависть в нас таємно кипить,&lt;br /&gt;</w:t>
        <w:br/>
        <w:t>Ненависть враз через шкіру потіє,&lt;br /&gt;</w:t>
        <w:br/>
        <w:t>В головах наших горить.</w:t>
      </w:r>
    </w:p>
    <w:p>
      <w:r>
        <w:br/>
        <w:t>Поглянь! Що за плями пливуть он по річці?&lt;br /&gt;</w:t>
        <w:br/>
        <w:t>Зло взялося порядок у нас навести!&lt;br /&gt;</w:t>
        <w:br/>
        <w:t>Рукояті мечей холодіють в руці,&lt;br /&gt;</w:t>
        <w:br/>
        <w:t>І б'ється у скронях — поранена птиця,&lt;br /&gt;</w:t>
        <w:br/>
        <w:t>І заходиться серце від ненависті.</w:t>
      </w:r>
    </w:p>
    <w:p>
      <w:r>
        <w:br/>
        <w:t>Ненависть юним спотворює лиця,&lt;br /&gt;</w:t>
        <w:br/>
        <w:t>Ненависть рветься із берегів,&lt;br /&gt;</w:t>
        <w:br/>
        <w:t>Ненависть прагне і хоче напитись&lt;br /&gt;</w:t>
        <w:br/>
        <w:t>Чорної крові своїх ворогів.</w:t>
      </w:r>
    </w:p>
    <w:p>
      <w:r>
        <w:br/>
        <w:t>Нас в полон захопила ненависть ураз,&lt;br /&gt;</w:t>
        <w:br/>
        <w:t>Та не злість із полону нас буде вести.&lt;br /&gt;</w:t>
        <w:br/>
        <w:t>Не сліпа, або чорна та ненависть в нас —&lt;br /&gt;</w:t>
        <w:br/>
        <w:t>Свіжий вітер висушить очі у нас&lt;br /&gt;</w:t>
        <w:br/>
        <w:t>Справедливої й справжньої ненависті.</w:t>
      </w:r>
    </w:p>
    <w:p>
      <w:r>
        <w:br/>
        <w:t>Ненависть пий — переповнена чаша!&lt;br /&gt;</w:t>
        <w:br/>
        <w:t>Ненависть вихід шукає і жде.&lt;br /&gt;</w:t>
        <w:br/>
        <w:t>Та благородна ненависть наша&lt;br /&gt;</w:t>
        <w:br/>
        <w:t>Поруч з любов'ю живе.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ненависть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