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дитинство</w:t>
      </w:r>
    </w:p>
    <w:p>
      <w:r>
        <w:br/>
        <w:t xml:space="preserve"> Час зачаття пам'ятаю неточно,&lt;br /&gt;</w:t>
        <w:br/>
        <w:t>Отже, пам'ять моя однобока.&lt;br /&gt;</w:t>
        <w:br/>
        <w:t>Був вночі я зачатий — порочно&lt;br /&gt;</w:t>
        <w:br/>
        <w:t>І з'явився на світ не до строку.</w:t>
      </w:r>
    </w:p>
    <w:p>
      <w:r>
        <w:br/>
        <w:t>Народжувався не в муках та злобі —&lt;br /&gt;</w:t>
        <w:br/>
        <w:t>Дев'ять місяців — це ж не років...&lt;br /&gt;</w:t>
        <w:br/>
        <w:t>Перший строк відбував я в утробі,&lt;br /&gt;</w:t>
        <w:br/>
        <w:t>Там зустрітись з добром не зумів.</w:t>
      </w:r>
    </w:p>
    <w:p>
      <w:r>
        <w:br/>
        <w:t>Спасибі вам, святителі,&lt;br /&gt;</w:t>
        <w:br/>
        <w:t>Що плюнули та дунули,&lt;br /&gt;</w:t>
        <w:br/>
        <w:t>Що враз мої родителі&lt;br /&gt;</w:t>
        <w:br/>
        <w:t>Зачать мене надумали.</w:t>
      </w:r>
    </w:p>
    <w:p>
      <w:r>
        <w:br/>
        <w:t>У ті часи безлюднії,&lt;br /&gt;</w:t>
        <w:br/>
        <w:t>Тепер майже билинні,&lt;br /&gt;</w:t>
        <w:br/>
        <w:t>Коли строка нелюдськії&lt;br /&gt;</w:t>
        <w:br/>
        <w:t>Йшли зеки некартинні.</w:t>
      </w:r>
    </w:p>
    <w:p>
      <w:r>
        <w:br/>
        <w:t>Їх брали в ніч зачатія,&lt;br /&gt;</w:t>
        <w:br/>
        <w:t>А багатьох — раніше.&lt;br /&gt;</w:t>
        <w:br/>
        <w:t>Але живе ця братія,&lt;br /&gt;</w:t>
        <w:br/>
        <w:t>Працює, чесно дихає.</w:t>
      </w:r>
    </w:p>
    <w:p>
      <w:r>
        <w:br/>
        <w:t>Ех, ходу! Спритні думоньки, ходу!&lt;br /&gt;</w:t>
        <w:br/>
        <w:t>Ех, слова, милі рядочки слова!&lt;br /&gt;</w:t>
        <w:br/>
        <w:t>Перший раз я отримав свободу&lt;br /&gt;</w:t>
        <w:br/>
        <w:t>За указом від тридцять восьмого.</w:t>
      </w:r>
    </w:p>
    <w:p>
      <w:r>
        <w:br/>
        <w:t>Знати б, хто так довго тоді мурижив,&lt;br /&gt;</w:t>
        <w:br/>
        <w:t>Відігрався б на тому падлюці!&lt;br /&gt;</w:t>
        <w:br/>
        <w:t>Народився і жив я, і вижив —&lt;br /&gt;</w:t>
        <w:br/>
        <w:t>На Міщанській Першій вулиці.</w:t>
      </w:r>
    </w:p>
    <w:p>
      <w:r>
        <w:br/>
        <w:t>За стіною, стіночкою,&lt;br /&gt;</w:t>
        <w:br/>
        <w:t>За перегородочкою&lt;br /&gt;</w:t>
        <w:br/>
        <w:t>Сусід й дружина Зіночка&lt;br /&gt;</w:t>
        <w:br/>
        <w:t>Бавилися горілочкою.</w:t>
      </w:r>
    </w:p>
    <w:p>
      <w:r>
        <w:br/>
        <w:t>І жили всі урівень, так,&lt;br /&gt;</w:t>
        <w:br/>
        <w:t>Система — коридорна,&lt;br /&gt;</w:t>
        <w:br/>
        <w:t>На тридцять п'ять кімнаток&lt;br /&gt;</w:t>
        <w:br/>
        <w:t>Лише одна уборна.</w:t>
      </w:r>
    </w:p>
    <w:p>
      <w:r>
        <w:br/>
        <w:t>Тут зуб на зуб не попадав,&lt;br /&gt;</w:t>
        <w:br/>
        <w:t>Не гріла тілогрієчка,&lt;br /&gt;</w:t>
        <w:br/>
        <w:t>Тут вперше добре я пізнав,&lt;br /&gt;</w:t>
        <w:br/>
        <w:t>Яка ціна копієчки.</w:t>
      </w:r>
    </w:p>
    <w:p>
      <w:r>
        <w:br/>
        <w:t>Не боялась сирени сусідка,&lt;br /&gt;</w:t>
        <w:br/>
        <w:t>Мати також звикала потроху.&lt;br /&gt;</w:t>
        <w:br/>
        <w:t>І плював я — хлопчик трилітній&lt;br /&gt;</w:t>
        <w:br/>
        <w:t>На повітряну цю тривогу.</w:t>
      </w:r>
    </w:p>
    <w:p>
      <w:r>
        <w:br/>
        <w:t>Так, не все те, що зверху — від Бога.&lt;br /&gt;</w:t>
        <w:br/>
        <w:t>І народ ті запалки гасив,&lt;br /&gt;</w:t>
        <w:br/>
        <w:t>Як маленьку для фронту підмогу&lt;br /&gt;</w:t>
        <w:br/>
        <w:t>Цінував келих свій в ті часи.</w:t>
      </w:r>
    </w:p>
    <w:p>
      <w:r>
        <w:br/>
        <w:t>Світило сонце згарячу&lt;br /&gt;</w:t>
        <w:br/>
        <w:t>В дірки на даху сіяні,&lt;br /&gt;</w:t>
        <w:br/>
        <w:t>На Євдоким Кирилича&lt;br /&gt;</w:t>
        <w:br/>
        <w:t>Та Гасю Мусієвну.</w:t>
      </w:r>
    </w:p>
    <w:p>
      <w:r>
        <w:br/>
        <w:t>Вона йому: — Як синов'я?&lt;br /&gt;</w:t>
        <w:br/>
        <w:t>— Та без вісті пропали!&lt;br /&gt;</w:t>
        <w:br/>
        <w:t>Ех, Гаська, ми одна сім'я,&lt;br /&gt;</w:t>
        <w:br/>
        <w:t>Усі ми постраждалі.</w:t>
      </w:r>
    </w:p>
    <w:p>
      <w:r>
        <w:br/>
        <w:t>Ви також постраждали,&lt;br /&gt;</w:t>
        <w:br/>
        <w:t>Тому, що обрусіли,&lt;br /&gt;</w:t>
        <w:br/>
        <w:t>Мої — безвісті — впали,&lt;br /&gt;</w:t>
        <w:br/>
        <w:t>Твої — невинно сіли.</w:t>
      </w:r>
    </w:p>
    <w:p>
      <w:r>
        <w:br/>
        <w:t>Виростав без пелюшок та сосок,&lt;br /&gt;</w:t>
        <w:br/>
        <w:t>Жив увагою не заяложений.&lt;br /&gt;</w:t>
        <w:br/>
        <w:t>І дражнили мене: — Недоносок! —&lt;br /&gt;</w:t>
        <w:br/>
        <w:t>Хоч нормально я був доношений.</w:t>
      </w:r>
    </w:p>
    <w:p>
      <w:r>
        <w:br/>
        <w:t>Маскування хотів зривати я.&lt;br /&gt;</w:t>
        <w:br/>
        <w:t>— Полонених женуть! — Чому ж дрижим?&lt;br /&gt;</w:t>
        <w:br/>
        <w:t>Повертались батьки, наші браття&lt;br /&gt;</w:t>
        <w:br/>
        <w:t>По домах. По своїх та чужих.</w:t>
      </w:r>
    </w:p>
    <w:p>
      <w:r>
        <w:br/>
        <w:t>У тьоті Зіни кофточка&lt;br /&gt;</w:t>
        <w:br/>
        <w:t>З драконами та зміями —&lt;br /&gt;</w:t>
        <w:br/>
        <w:t>То у Попова Вовчика&lt;br /&gt;</w:t>
        <w:br/>
        <w:t>Був батько із трофеями.</w:t>
      </w:r>
    </w:p>
    <w:p>
      <w:r>
        <w:br/>
        <w:t>Трофейна ця Японія,&lt;br /&gt;</w:t>
        <w:br/>
        <w:t>Трофейна ця Германія,&lt;br /&gt;</w:t>
        <w:br/>
        <w:t>Прийшла до нас Лімонія,&lt;br /&gt;</w:t>
        <w:br/>
        <w:t>Суцільна Чемоданія.</w:t>
      </w:r>
    </w:p>
    <w:p>
      <w:r>
        <w:br/>
        <w:t>У батька взяв на станції&lt;br /&gt;</w:t>
        <w:br/>
        <w:t>Погони, ніби цяцьки, я.&lt;br /&gt;</w:t>
        <w:br/>
        <w:t>А із евакуації&lt;br /&gt;</w:t>
        <w:br/>
        <w:t>Юрбою валили штатські.</w:t>
      </w:r>
    </w:p>
    <w:p>
      <w:r>
        <w:br/>
        <w:t>Роздивились вони, оклигались.&lt;br /&gt;</w:t>
        <w:br/>
        <w:t>Похмелились — потім протверезіли.&lt;br /&gt;</w:t>
        <w:br/>
        <w:t>І відплакали ті, що діждались,&lt;br /&gt;</w:t>
        <w:br/>
        <w:t>Ті, що втратили — відревіли.</w:t>
      </w:r>
    </w:p>
    <w:p>
      <w:r>
        <w:br/>
        <w:t>Рив метро тато Вітькін з Генкою,&lt;br /&gt;</w:t>
        <w:br/>
        <w:t>— А навіщо? — спитали. Відповів:&lt;br /&gt;</w:t>
        <w:br/>
        <w:t>— Коридори кінчаються стінкою,&lt;br /&gt;</w:t>
        <w:br/>
        <w:t>А тунелі виводять до світла.</w:t>
      </w:r>
    </w:p>
    <w:p>
      <w:r>
        <w:br/>
        <w:t>Пророцтво це папашине&lt;br /&gt;</w:t>
        <w:br/>
        <w:t>На слухав Вітька з корешом.&lt;br /&gt;</w:t>
        <w:br/>
        <w:t>Із коридору нашого&lt;br /&gt;</w:t>
        <w:br/>
        <w:t>В тюремний коридор зайшов.</w:t>
      </w:r>
    </w:p>
    <w:p>
      <w:r>
        <w:br/>
        <w:t>Завжди був суперечником.&lt;br /&gt;</w:t>
        <w:br/>
        <w:t>А припруть — відмажеться.&lt;br /&gt;</w:t>
        <w:br/>
        <w:t>Пройшов тим коридорчиком,&lt;br /&gt;</w:t>
        <w:br/>
        <w:t>Стінкою закінчив, мабуть.</w:t>
      </w:r>
    </w:p>
    <w:p>
      <w:r>
        <w:br/>
        <w:t>Та у батьків своє буття,&lt;br /&gt;</w:t>
        <w:br/>
        <w:t>І ми — поводилися вільно —&lt;br /&gt;</w:t>
        <w:br/>
        <w:t>І сприймали це життя&lt;br /&gt;</w:t>
        <w:br/>
        <w:t>Цілком вже самостійно.</w:t>
      </w:r>
    </w:p>
    <w:p>
      <w:r>
        <w:br/>
        <w:t>Всі, від річних до бувалих,&lt;br /&gt;</w:t>
        <w:br/>
        <w:t>Драчки вели до кров'янки.&lt;br /&gt;</w:t>
        <w:br/>
        <w:t>А в темних напівпідвалах&lt;br /&gt;</w:t>
        <w:br/>
        <w:t>Хлопчакам хотілось під танки.</w:t>
      </w:r>
    </w:p>
    <w:p>
      <w:r>
        <w:br/>
        <w:t>Не дісталось їм навіть по кулі —&lt;br /&gt;</w:t>
        <w:br/>
        <w:t>В ремеслусі живи — не тужи.&lt;br /&gt;</w:t>
        <w:br/>
        <w:t>Ні дерзати — але ризикнули&lt;br /&gt;</w:t>
        <w:br/>
        <w:t>Із напилків робити ножі.</w:t>
      </w:r>
    </w:p>
    <w:p>
      <w:r>
        <w:br/>
        <w:t>Вони ввійдуть в легені,&lt;br /&gt;</w:t>
        <w:br/>
        <w:t>Від нікотину чорні,&lt;br /&gt;</w:t>
        <w:br/>
        <w:t>В руках такі легенькі,&lt;br /&gt;</w:t>
        <w:br/>
        <w:t>Трьох кольорів, наборні.</w:t>
      </w:r>
    </w:p>
    <w:p>
      <w:r>
        <w:br/>
        <w:t>Обмін вели взаємний&lt;br /&gt;</w:t>
        <w:br/>
        <w:t>Ухарі — острожники.&lt;br /&gt;</w:t>
        <w:br/>
        <w:t>А німці — полонені&lt;br /&gt;</w:t>
        <w:br/>
        <w:t>На хліб міняли ножики.</w:t>
      </w:r>
    </w:p>
    <w:p>
      <w:r>
        <w:br/>
        <w:t>Спочатку грали в фантики,&lt;br /&gt;</w:t>
        <w:br/>
        <w:t>На гроші з крохоборами.&lt;br /&gt;</w:t>
        <w:br/>
        <w:t>І ось пішли романтики&lt;br /&gt;</w:t>
        <w:br/>
        <w:t>Із підворотень — ворами...</w:t>
      </w:r>
    </w:p>
    <w:p>
      <w:r>
        <w:br/>
        <w:t>Часи були — й були підвали.&lt;br /&gt;</w:t>
        <w:br/>
        <w:t>Було усе — і ціни знижали.&lt;br /&gt;</w:t>
        <w:br/>
        <w:t>І вели куди треба канали,&lt;br /&gt;</w:t>
        <w:br/>
        <w:t>А в кінці куди треба впадали.</w:t>
      </w:r>
    </w:p>
    <w:p>
      <w:r>
        <w:br/>
        <w:t>Діти бувших старшин та майорів&lt;br /&gt;</w:t>
        <w:br/>
        <w:t>До північних широт піднялись,&lt;br /&gt;</w:t>
        <w:br/>
        <w:t>Все тому, що із тих коридорів&lt;br /&gt;</w:t>
        <w:br/>
        <w:t>Вниз зручніше було, ніж увись.</w:t>
      </w:r>
    </w:p>
    <w:p>
      <w:r>
        <w:br/>
        <w:t>© Микола Попов. Переклад, 2009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дитинство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