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час</w:t>
      </w:r>
    </w:p>
    <w:p>
      <w:r>
        <w:br/>
        <w:t xml:space="preserve"> Замок, вкритий часом, загорнутий, вкритий&lt;br /&gt;</w:t>
        <w:br/>
        <w:t>В ніжний плід із пагонів розлогих,&lt;br /&gt;</w:t>
        <w:br/>
        <w:t>Та заговорить мовчазний граніт,&lt;br /&gt;</w:t>
        <w:br/>
        <w:t>І холодне минуле нам надішле привіт&lt;br /&gt;</w:t>
        <w:br/>
        <w:t>Як спогад про мрії і перемоги.</w:t>
      </w:r>
    </w:p>
    <w:p>
      <w:r>
        <w:br/>
        <w:t>Час не стер переможну орлянку.&lt;br /&gt;</w:t>
        <w:br/>
        <w:t>Та зірви поверхневий пласт,&lt;br /&gt;</w:t>
        <w:br/>
        <w:t>Чи минуле схопи за горлянку —&lt;br /&gt;</w:t>
        <w:br/>
        <w:t>І воно таємниці віддасть.</w:t>
      </w:r>
    </w:p>
    <w:p>
      <w:r>
        <w:br/>
        <w:t>Упадуть сто замків, і спадуть сто оков,&lt;br /&gt;</w:t>
        <w:br/>
        <w:t>І зійде сто потів з тої купи віків,&lt;br /&gt;</w:t>
        <w:br/>
        <w:t>І поллються легенди віршовані знов&lt;br /&gt;</w:t>
        <w:br/>
        <w:t>Про турніри, облоги та вільних стрільців.</w:t>
      </w:r>
    </w:p>
    <w:p>
      <w:r>
        <w:br/>
        <w:t>До мелодій нових будь готов,&lt;br /&gt;</w:t>
        <w:br/>
        <w:t>Та віддай серце тим, кому зле,&lt;br /&gt;</w:t>
        <w:br/>
        <w:t>Все тому що любов — це вічно любов,&lt;br /&gt;</w:t>
        <w:br/>
        <w:t>І в майбутньому, хай далекому.</w:t>
      </w:r>
    </w:p>
    <w:p>
      <w:r>
        <w:br/>
        <w:t>Лунко лопала сталь від удару меча,&lt;br /&gt;</w:t>
        <w:br/>
        <w:t>Тятива від напруги — диміла,&lt;br /&gt;</w:t>
        <w:br/>
        <w:t>Смерть на списах сиділа, утробно скавчала,&lt;br /&gt;</w:t>
        <w:br/>
        <w:t>Вороги у багні про спасіння кричали,&lt;br /&gt;</w:t>
        <w:br/>
        <w:t>Здаючись переможцям на милість.</w:t>
      </w:r>
    </w:p>
    <w:p>
      <w:r>
        <w:br/>
        <w:t>Та кого оминув крик вороння,&lt;br /&gt;</w:t>
        <w:br/>
        <w:t>Зберегти добро мали нагоду,&lt;br /&gt;</w:t>
        <w:br/>
        <w:t>Своє захистити добре ім'я&lt;br /&gt;</w:t>
        <w:br/>
        <w:t>Від брехні та наклепів пройди.</w:t>
      </w:r>
    </w:p>
    <w:p>
      <w:r>
        <w:br/>
        <w:t>Дуже добре, як кінь закусив вудила, —&lt;br /&gt;</w:t>
        <w:br/>
        <w:t>З тобою здола переможну дорогу.&lt;br /&gt;</w:t>
        <w:br/>
        <w:t>Та ще краще, як знаєш, звідки стріла,&lt;br /&gt;</w:t>
        <w:br/>
        <w:t>Гірш за все — по-підлому, із-за рогу.</w:t>
      </w:r>
    </w:p>
    <w:p>
      <w:r>
        <w:br/>
        <w:t>Як мерзотник у вас? Його б'ють? Ну, діла!&lt;br /&gt;</w:t>
        <w:br/>
        <w:t>Відьми вас не лякають шабашем?&lt;br /&gt;</w:t>
        <w:br/>
        <w:t>Але знай, що не вдасться позбутися зла&lt;br /&gt;</w:t>
        <w:br/>
        <w:t>Навіть там — у майбутньому вашому!</w:t>
      </w:r>
    </w:p>
    <w:p>
      <w:r>
        <w:br/>
        <w:t>І на віки віків — нам не новина,&lt;br /&gt;</w:t>
        <w:br/>
        <w:t>Боягуза та зрадника — зневажаєм.&lt;br /&gt;</w:t>
        <w:br/>
        <w:t>Ворог був і є, а війна завжди — війна,&lt;br /&gt;</w:t>
        <w:br/>
        <w:t>І тюряга тісна, і свобода — одна,&lt;br /&gt;</w:t>
        <w:br/>
        <w:t>І про неї ми завжди подбаєм.</w:t>
      </w:r>
    </w:p>
    <w:p>
      <w:r>
        <w:br/>
        <w:t>Ці поняття часи вже не змінять.&lt;br /&gt;</w:t>
        <w:br/>
        <w:t>Та лише підніми верхній пласт —&lt;br /&gt;</w:t>
        <w:br/>
        <w:t>І із горла гаряча кров лине,&lt;br /&gt;</w:t>
        <w:br/>
        <w:t>Вічні почуття майнуть із нас.</w:t>
      </w:r>
    </w:p>
    <w:p>
      <w:r>
        <w:br/>
        <w:t>Нині і прісно, навічно, це — старина,&lt;br /&gt;</w:t>
        <w:br/>
        <w:t>І ціна є ціна, і провина — вина,&lt;br /&gt;</w:t>
        <w:br/>
        <w:t>І добре завждй, як честь збережена,&lt;br /&gt;</w:t>
        <w:br/>
        <w:t>Як другом надійно прикрита спина.</w:t>
      </w:r>
    </w:p>
    <w:p>
      <w:r>
        <w:br/>
        <w:t>Чистоту, простоту беремо заодно&lt;br /&gt;</w:t>
        <w:br/>
        <w:t>Із минулого: саги й казки усякі,&lt;br /&gt;</w:t>
        <w:br/>
        <w:t>Все тому, що добро зостається добром&lt;br /&gt;</w:t>
        <w:br/>
        <w:t>Від минулого і до сучасного.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