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боротьбу</w:t>
      </w:r>
    </w:p>
    <w:p>
      <w:r>
        <w:br/>
        <w:t xml:space="preserve"> Серед згарків свічок та вечірніх молитв,&lt;br /&gt;</w:t>
        <w:br/>
        <w:t>Серед різних трофеїв, солдатських байок&lt;br /&gt;</w:t>
        <w:br/>
        <w:t>Жили діти книжкові, не знаючи битв,&lt;br /&gt;</w:t>
        <w:br/>
        <w:t>Нудячись від перших дитячих поразок.</w:t>
      </w:r>
    </w:p>
    <w:p>
      <w:r>
        <w:br/>
        <w:t>Дітям завжди невладний&lt;br /&gt;</w:t>
        <w:br/>
        <w:t>Їх дитячий день і час —&lt;br /&gt;</w:t>
        <w:br/>
        <w:t>Тому ми бились відважно,&lt;br /&gt;</w:t>
        <w:br/>
        <w:t>І до смертних образ.</w:t>
      </w:r>
    </w:p>
    <w:p>
      <w:r>
        <w:br/>
        <w:t>Матері нам латали&lt;br /&gt;</w:t>
        <w:br/>
        <w:t>Штани та сорочки,&lt;br /&gt;</w:t>
        <w:br/>
        <w:t>А ми книжки ковтали&lt;br /&gt;</w:t>
        <w:br/>
        <w:t>До останньої строчки.</w:t>
      </w:r>
    </w:p>
    <w:p>
      <w:r>
        <w:br/>
        <w:t>Прилипало волосся до наших лобів,&lt;br /&gt;</w:t>
        <w:br/>
        <w:t>Серце наше німіло від красивих фраз,&lt;br /&gt;</w:t>
        <w:br/>
        <w:t>І п'янив наші голови дух боротьби,&lt;br /&gt;</w:t>
        <w:br/>
        <w:t>З сторінок заяложених сходив на нас.</w:t>
      </w:r>
    </w:p>
    <w:p>
      <w:r>
        <w:br/>
        <w:t>Намагались збагнути —&lt;br /&gt;</w:t>
        <w:br/>
        <w:t>Ми, що воєн не знали,&lt;br /&gt;</w:t>
        <w:br/>
        <w:t>Не плекали салюти&lt;br /&gt;</w:t>
        <w:br/>
        <w:t>І фортеці не брали.</w:t>
      </w:r>
    </w:p>
    <w:p>
      <w:r>
        <w:br/>
        <w:t>Таїну слів "наказ",&lt;br /&gt;</w:t>
        <w:br/>
        <w:t>Та радість кордонів,&lt;br /&gt;</w:t>
        <w:br/>
        <w:t>Сенс атаки та грязь&lt;br /&gt;</w:t>
        <w:br/>
        <w:t>Бліндажів та окопів.</w:t>
      </w:r>
    </w:p>
    <w:p>
      <w:r>
        <w:br/>
        <w:t>А в киплячих котлах тих боїв або смут&lt;br /&gt;</w:t>
        <w:br/>
        <w:t>Скільки вражень для наших маленьких мозків!&lt;br /&gt;</w:t>
        <w:br/>
        <w:t>Ми на зрадників роль, боягузів, іуд&lt;br /&gt;</w:t>
        <w:br/>
        <w:t>Відбирали в дитинстві своїх ворогів.</w:t>
      </w:r>
    </w:p>
    <w:p>
      <w:r>
        <w:br/>
        <w:t>І злодійським слідам&lt;br /&gt;</w:t>
        <w:br/>
        <w:t>Не давали застигти.&lt;br /&gt;</w:t>
        <w:br/>
        <w:t>Найчудовіших дам&lt;br /&gt;</w:t>
        <w:br/>
        <w:t>Обіцяли любити.</w:t>
      </w:r>
    </w:p>
    <w:p>
      <w:r>
        <w:br/>
        <w:t>Друзів щоб заспокоїть,&lt;br /&gt;</w:t>
        <w:br/>
        <w:t>Які вірять в тебе,&lt;br /&gt;</w:t>
        <w:br/>
        <w:t>Ми на ролі героїв&lt;br /&gt;</w:t>
        <w:br/>
        <w:t>Обирали себе.</w:t>
      </w:r>
    </w:p>
    <w:p>
      <w:r>
        <w:br/>
        <w:t>Довго в мріях не можна перебувати:&lt;br /&gt;</w:t>
        <w:br/>
        <w:t>Вік короткий гульні — одне лихо навкруг!&lt;br /&gt;</w:t>
        <w:br/>
        <w:t>Спробуй мертві застиглі долоні розжати,&lt;br /&gt;</w:t>
        <w:br/>
        <w:t>Або зброю підняти, що випала з рук.</w:t>
      </w:r>
    </w:p>
    <w:p>
      <w:r>
        <w:br/>
        <w:t>Тим мечем вбий одну&lt;br /&gt;</w:t>
        <w:br/>
        <w:t>Чужу зброю потому, —&lt;br /&gt;</w:t>
        <w:br/>
        <w:t>Й зрозумієш ціну, —&lt;br /&gt;</w:t>
        <w:br/>
        <w:t>Що почому, почому.</w:t>
      </w:r>
    </w:p>
    <w:p>
      <w:r>
        <w:br/>
        <w:t>Розберись — ти байбак,&lt;br /&gt;</w:t>
        <w:br/>
        <w:t>Боягузу — рідня&lt;br /&gt;</w:t>
        <w:br/>
        <w:t>І попробуй на смак,&lt;br /&gt;</w:t>
        <w:br/>
        <w:t>Яка є боротьба.</w:t>
      </w:r>
    </w:p>
    <w:p>
      <w:r>
        <w:br/>
        <w:t>Якщо поруч впаде твій поранений брат,&lt;br /&gt;</w:t>
        <w:br/>
        <w:t>І ти будеш картати постійно себе,&lt;br /&gt;</w:t>
        <w:br/>
        <w:t>Він зустрів свою смерть як солдат,&lt;br /&gt;</w:t>
        <w:br/>
        <w:t>І жаліти, що вбили його — не тебе.</w:t>
      </w:r>
    </w:p>
    <w:p>
      <w:r>
        <w:br/>
        <w:t>Зрозумій, що пізнав,&lt;br /&gt;</w:t>
        <w:br/>
        <w:t>Відділив, відшукав&lt;br /&gt;</w:t>
        <w:br/>
        <w:t>За оскалом забрал, —&lt;br /&gt;</w:t>
        <w:br/>
        <w:t>Бо це смерті оскал! —</w:t>
      </w:r>
    </w:p>
    <w:p>
      <w:r>
        <w:br/>
        <w:t>Зло й брехня — подивись,&lt;br /&gt;</w:t>
        <w:br/>
        <w:t>Їх обличчя — брутальні,&lt;br /&gt;</w:t>
        <w:br/>
        <w:t>І позаду завжди —&lt;br /&gt;</w:t>
        <w:br/>
        <w:t>Труни й крик вороння.</w:t>
      </w:r>
    </w:p>
    <w:p>
      <w:r>
        <w:br/>
        <w:t>Якщо батьківський меч тобі служить без втоми,&lt;br /&gt;</w:t>
        <w:br/>
        <w:t>І сльози солоні на свій вус намотав,&lt;br /&gt;</w:t>
        <w:br/>
        <w:t>Якщо в страшнім бою відчув — що почому, —&lt;br /&gt;</w:t>
        <w:br/>
        <w:t>Ти в дитинстві належні книжки прочитав!</w:t>
      </w:r>
    </w:p>
    <w:p>
      <w:r>
        <w:br/>
        <w:t>Якщо м'ясо з ножа&lt;br /&gt;</w:t>
        <w:br/>
        <w:t>Ти не їв, чи з шампура,&lt;br /&gt;</w:t>
        <w:br/>
        <w:t>Себе "крайнім" вважав&lt;br /&gt;</w:t>
        <w:br/>
        <w:t>І беріг свою шкуру,</w:t>
      </w:r>
    </w:p>
    <w:p>
      <w:r>
        <w:br/>
        <w:t>В боротьбу не вступав&lt;br /&gt;</w:t>
        <w:br/>
        <w:t>Із підлотою світу усього —&lt;br /&gt;</w:t>
        <w:br/>
        <w:t>Ти життя не пізнав,&lt;br /&gt;</w:t>
        <w:br/>
        <w:t>Був йому ні до чого!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боротьбу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