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на прислів'ях</w:t>
      </w:r>
    </w:p>
    <w:p>
      <w:r>
        <w:br/>
        <w:t xml:space="preserve"> Коза на кризі лиха не мине,&lt;br /&gt;</w:t>
        <w:br/>
        <w:t>Глек носить воду, поки не поб'ється,&lt;br /&gt;</w:t>
        <w:br/>
        <w:t>Коханку гріють, поки не спахне,&lt;br /&gt;</w:t>
        <w:br/>
        <w:t>Кують залізо, тож воно і гнеться,&lt;br /&gt;</w:t>
        <w:br/>
        <w:t>Всяк вартий того, що йому дається,&lt;br /&gt;</w:t>
        <w:br/>
        <w:t>Вода весною в ріках прибува,&lt;br /&gt;</w:t>
        <w:br/>
        <w:t>Хоч дуже швидко час біжить, здається,&lt;br /&gt;</w:t>
        <w:br/>
        <w:t>Ми довго дожидаємо різдва.&lt;br /&gt;</w:t>
        <w:br/>
        <w:t>Коли кума базікати почне,&lt;br /&gt;</w:t>
        <w:br/>
        <w:t>Верзе що хоч, допоки не затнеться,&lt;br /&gt;</w:t>
        <w:br/>
        <w:t>Швець — шиє, жнець — у полі жита жне,&lt;br /&gt;</w:t>
        <w:br/>
        <w:t>Біда приходить, та й вона минеться,&lt;br /&gt;</w:t>
        <w:br/>
        <w:t>Дурний за обіцянками женеться,&lt;br /&gt;</w:t>
        <w:br/>
        <w:t>Приходять завжди по сівбі жнива,&lt;br /&gt;</w:t>
        <w:br/>
        <w:t>Хоч, може, й навпаки комусь багнеться,&lt;br /&gt;</w:t>
        <w:br/>
        <w:t>Ми довго дожидаємо Різдва.&lt;br /&gt;</w:t>
        <w:br/>
        <w:t>Голодний пес в конурі не засне,&lt;br /&gt;</w:t>
        <w:br/>
        <w:t>Ідуть на штурм, як місто не здається,&lt;br /&gt;</w:t>
        <w:br/>
        <w:t>Плід викидають, коли гнить почне,&lt;br /&gt;</w:t>
        <w:br/>
        <w:t>П'яниця буде пити, поки вп'ється,&lt;br /&gt;</w:t>
        <w:br/>
        <w:t>Найкраща пісня, а й вона псується,&lt;br /&gt;</w:t>
        <w:br/>
        <w:t>Як знати наперед її слова;&lt;br /&gt;</w:t>
        <w:br/>
        <w:t>Життя біжить,— ще тільки рік почнеться,&lt;br /&gt;</w:t>
        <w:br/>
        <w:t>А ми вже дожидаємо Різдва.&lt;br /&gt;</w:t>
        <w:br/>
        <w:t>Пересміють смішне на геть сумне,&lt;br /&gt;</w:t>
        <w:br/>
        <w:t>Сорочка найдорожча мнеться й рветься,&lt;br /&gt;</w:t>
        <w:br/>
        <w:t>Найбільша радість також промайне.&lt;br /&gt;</w:t>
        <w:br/>
        <w:t>Де розум плаче — глупота сміється,&lt;br /&gt;</w:t>
        <w:br/>
        <w:t>Ханжа до раю за життя пропхнеться,&lt;br /&gt;</w:t>
        <w:br/>
        <w:t>Він спить і бачить чудеса й дива,&lt;br /&gt;</w:t>
        <w:br/>
        <w:t>Всіляка нитка з кужеля снується,&lt;br /&gt;</w:t>
        <w:br/>
        <w:t>Ми довго дожидаємо Різдва.&lt;br /&gt;</w:t>
        <w:br/>
        <w:t>Мій принце! Краще дурневі живеться&lt;br /&gt;</w:t>
        <w:br/>
        <w:t>Від іншого всілякого єства —&lt;br /&gt;</w:t>
        <w:br/>
        <w:t>Він ще й на мудреця перекується,&lt;br /&gt;</w:t>
        <w:br/>
        <w:t>Покіль ми дожидаємо Різдва.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на прислів'ях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