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Бахчисарайський фонтан</w:t>
      </w:r>
    </w:p>
    <w:p>
      <w:r>
        <w:br/>
        <w:t xml:space="preserve"> Багато людей, так як і я, відвідували&lt;br /&gt;</w:t>
        <w:br/>
        <w:t>цей фонтан; але одних уже&lt;br /&gt;</w:t>
        <w:br/>
        <w:t>нема, а інші мандрують далеко.&lt;br /&gt;</w:t>
        <w:br/>
        <w:t>Саді</w:t>
      </w:r>
    </w:p>
    <w:p>
      <w:r>
        <w:br/>
        <w:t>Гірей нахмурений сидів;&lt;br /&gt;</w:t>
        <w:br/>
        <w:t>Янтар в устах його димився;&lt;br /&gt;</w:t>
        <w:br/>
        <w:t>Блискучий гурт вельмож-рабів&lt;br /&gt;</w:t>
        <w:br/>
        <w:t>На хана з острахом дивився;&lt;br /&gt;</w:t>
        <w:br/>
        <w:t>В палаці тиша залягла;&lt;br /&gt;</w:t>
        <w:br/>
        <w:t>Усі читали святобливо&lt;br /&gt;</w:t>
        <w:br/>
        <w:t>Ознаки і журби, і гніву&lt;br /&gt;</w:t>
        <w:br/>
        <w:t>У тінях грізного чола.&lt;br /&gt;</w:t>
        <w:br/>
        <w:t>Та раптом володар гордливий&lt;br /&gt;</w:t>
        <w:br/>
        <w:t>Махнув рукою нетерпливо,&lt;br /&gt;</w:t>
        <w:br/>
        <w:t>І всі, склонившися, ідуть.</w:t>
      </w:r>
    </w:p>
    <w:p>
      <w:r>
        <w:br/>
        <w:t>В чертогах сам він, і зітхнуть&lt;br /&gt;</w:t>
        <w:br/>
        <w:t>На самоті вільніше може.&lt;br /&gt;</w:t>
        <w:br/>
        <w:t>Жвавіше почуттів пожар&lt;br /&gt;</w:t>
        <w:br/>
        <w:t>Лицю тепер явити гоже.&lt;br /&gt;</w:t>
        <w:br/>
        <w:t>Так відбива затон погожий&lt;br /&gt;</w:t>
        <w:br/>
        <w:t>У склі зибучім зграї хмар.</w:t>
      </w:r>
    </w:p>
    <w:p>
      <w:r>
        <w:br/>
        <w:t>Що вій замислив, гордовитий?&lt;br /&gt;</w:t>
        <w:br/>
        <w:t>Які думки в душі горять?&lt;br /&gt;</w:t>
        <w:br/>
        <w:t>Чи Польщу прагне він скорити?&lt;br /&gt;</w:t>
        <w:br/>
        <w:t>Чи з Руссю хоче воювать?&lt;br /&gt;</w:t>
        <w:br/>
        <w:t>Чи помста мариться кривава,&lt;br /&gt;</w:t>
        <w:br/>
        <w:t>Чи змова сталась у військах,&lt;br /&gt;</w:t>
        <w:br/>
        <w:t>Горяни навівають страх,&lt;br /&gt;</w:t>
        <w:br/>
        <w:t>Турбує Генуя лукава?</w:t>
      </w:r>
    </w:p>
    <w:p>
      <w:r>
        <w:br/>
        <w:t>Ні, вже не вабить ратна слава,&lt;br /&gt;</w:t>
        <w:br/>
        <w:t>Стомилась від боїв рука;&lt;br /&gt;</w:t>
        <w:br/>
        <w:t>На серці інша мисль тяжка.&lt;br /&gt;</w:t>
        <w:br/>
        <w:t>Невже сліди свої злочинні&lt;br /&gt;</w:t>
        <w:br/>
        <w:t>В гаремі зрада провела&lt;br /&gt;</w:t>
        <w:br/>
        <w:t>І втіх та пристрасті рабиня&lt;br /&gt;</w:t>
        <w:br/>
        <w:t>Гяуру серце віддала?</w:t>
      </w:r>
    </w:p>
    <w:p>
      <w:r>
        <w:br/>
        <w:t>Ні! Жони ханові прекрасні&lt;br /&gt;</w:t>
        <w:br/>
        <w:t>Думки і поривання власні&lt;br /&gt;</w:t>
        <w:br/>
        <w:t>В мовчанні мусять берегти;&lt;br /&gt;</w:t>
        <w:br/>
        <w:t>Сторожа пильна і холодна&lt;br /&gt;</w:t>
        <w:br/>
        <w:t>Охороняє їх, щоб жодна&lt;br /&gt;</w:t>
        <w:br/>
        <w:t>Не сміла серцем розцвісти.&lt;br /&gt;</w:t>
        <w:br/>
        <w:t>Їх криє затінок темниці,&lt;br /&gt;</w:t>
        <w:br/>
        <w:t>Не бачить їх окольний світ;&lt;br /&gt;</w:t>
        <w:br/>
        <w:t>Так аравійський пишний квіт&lt;br /&gt;</w:t>
        <w:br/>
        <w:t>Живе за шибами теплиці.&lt;br /&gt;</w:t>
        <w:br/>
        <w:t>Для них в самотності гіркій&lt;br /&gt;</w:t>
        <w:br/>
        <w:t>Дні, місяці, літа минають&lt;br /&gt;</w:t>
        <w:br/>
        <w:t>І в необорний обіг свій&lt;br /&gt;</w:t>
        <w:br/>
        <w:t>Любов і юність забирають.&lt;br /&gt;</w:t>
        <w:br/>
        <w:t>Тече їх днів одноманіть&lt;br /&gt;</w:t>
        <w:br/>
        <w:t>Без хвилювання, без пригоди,&lt;br /&gt;</w:t>
        <w:br/>
        <w:t>І сон гарему розбудить&lt;br /&gt;</w:t>
        <w:br/>
        <w:t>Не здатен привид насолоди.&lt;br /&gt;</w:t>
        <w:br/>
        <w:t>Красуні, прагнучи на мить&lt;br /&gt;</w:t>
        <w:br/>
        <w:t>Хоч будь-чим серце обманить,&lt;br /&gt;</w:t>
        <w:br/>
        <w:t>Міняють одяги шовкові,&lt;br /&gt;</w:t>
        <w:br/>
        <w:t>В розвагах тішаться, в розмові,&lt;br /&gt;</w:t>
        <w:br/>
        <w:t>Або під гомін вод живих&lt;br /&gt;</w:t>
        <w:br/>
        <w:t>Над їх прозорими струмками&lt;br /&gt;</w:t>
        <w:br/>
        <w:t>У тіні яворів густих&lt;br /&gt;</w:t>
        <w:br/>
        <w:t>Літають світлими роями.&lt;br /&gt;</w:t>
        <w:br/>
        <w:t>Між ними ходить злий євну?х1,&lt;br /&gt;</w:t>
        <w:br/>
        <w:t>І уникать його даремно;&lt;br /&gt;</w:t>
        <w:br/>
        <w:t>Його ревнивий зір і слух&lt;br /&gt;</w:t>
        <w:br/>
        <w:t>Простежить кожну мить таємну.&lt;br /&gt;</w:t>
        <w:br/>
        <w:t>Давно тут запровадив він&lt;br /&gt;</w:t>
        <w:br/>
        <w:t>Порядок вічний. Воля хана —&lt;br /&gt;</w:t>
        <w:br/>
        <w:t>Твердий закон його один.&lt;br /&gt;</w:t>
        <w:br/>
        <w:t>Священну заповідь корана&lt;br /&gt;</w:t>
        <w:br/>
        <w:t>Не береже пильніше він.&lt;br /&gt;</w:t>
        <w:br/>
        <w:t>Нездатний прагнути й любити,&lt;br /&gt;</w:t>
        <w:br/>
        <w:t>Мов кам'яний, він звик терпіти&lt;br /&gt;</w:t>
        <w:br/>
        <w:t>Зненависть, насміхи, докір,&lt;br /&gt;</w:t>
        <w:br/>
        <w:t>Нескромних пустощів буяння,&lt;br /&gt;</w:t>
        <w:br/>
        <w:t>Зневагу, сльози, тихий зір,&lt;br /&gt;</w:t>
        <w:br/>
        <w:t>І ніжне ремство, і зітхання.&lt;br /&gt;</w:t>
        <w:br/>
        <w:t>Натуру він жіночу зна,&lt;br /&gt;</w:t>
        <w:br/>
        <w:t>Що скрізь лукавити ладна —&lt;br /&gt;</w:t>
        <w:br/>
        <w:t>На волі вольній і в неволі;&lt;br /&gt;</w:t>
        <w:br/>
        <w:t>Благанням, поглядом німим —&lt;br /&gt;</w:t>
        <w:br/>
        <w:t>Не ошукать його нічим,&lt;br /&gt;</w:t>
        <w:br/>
        <w:t>Чужого й радості, і болю.</w:t>
      </w:r>
    </w:p>
    <w:p>
      <w:r>
        <w:br/>
        <w:t>Коли в пекучі літні дні&lt;br /&gt;</w:t>
        <w:br/>
        <w:t>Купатись, розпустивши коси,&lt;br /&gt;</w:t>
        <w:br/>
        <w:t>Ідуть невільниці ставні&lt;br /&gt;</w:t>
        <w:br/>
        <w:t>І ллється струм срібноголосий&lt;br /&gt;</w:t>
        <w:br/>
        <w:t>На їх принади чарівні,-&lt;br /&gt;</w:t>
        <w:br/>
        <w:t>Розваг їх сторож невідступний,&lt;br /&gt;</w:t>
        <w:br/>
        <w:t>Він тут. Байдужий, непідкупний,&lt;br /&gt;</w:t>
        <w:br/>
        <w:t>Красунь вабливу голизну&lt;br /&gt;</w:t>
        <w:br/>
        <w:t>Він спогляда. В добу нічну&lt;br /&gt;</w:t>
        <w:br/>
        <w:t>Він по гарему тихо бродить;&lt;br /&gt;</w:t>
        <w:br/>
        <w:t>Нечутно для людських ушей&lt;br /&gt;</w:t>
        <w:br/>
        <w:t>Крадеться мовчки до дверей,&lt;br /&gt;</w:t>
        <w:br/>
        <w:t>До лож по килимах підходить;&lt;br /&gt;</w:t>
        <w:br/>
        <w:t>Всякчасно ханових дружин&lt;br /&gt;</w:t>
        <w:br/>
        <w:t>Розкішний сон вартує він,&lt;br /&gt;</w:t>
        <w:br/>
        <w:t>Нічний підслухуючи лепет;&lt;br /&gt;</w:t>
        <w:br/>
        <w:t>Зітхання, подих, ніжний трепет —&lt;br /&gt;</w:t>
        <w:br/>
        <w:t>Все ловить між німотних стін.&lt;br /&gt;</w:t>
        <w:br/>
        <w:t>І горе тій, чий голос сонний&lt;br /&gt;</w:t>
        <w:br/>
        <w:t>Чуже наймення називав&lt;br /&gt;</w:t>
        <w:br/>
        <w:t>Чи про кохання беззаконне&lt;br /&gt;</w:t>
        <w:br/>
        <w:t>Подружці крадькома шептав!</w:t>
      </w:r>
    </w:p>
    <w:p>
      <w:r>
        <w:br/>
        <w:t>Чому ж печаллю хан окутий?&lt;br /&gt;</w:t>
        <w:br/>
        <w:t>Чубук в руках його потух;&lt;br /&gt;</w:t>
        <w:br/>
        <w:t>Німий, не сміючи й дихнути,&lt;br /&gt;</w:t>
        <w:br/>
        <w:t>У дверях знаку жде євнух.&lt;br /&gt;</w:t>
        <w:br/>
        <w:t>Весь повен думою одною,&lt;br /&gt;</w:t>
        <w:br/>
        <w:t>Встає велитель; мовчки він&lt;br /&gt;</w:t>
        <w:br/>
        <w:t>Іде до пишного покою&lt;br /&gt;</w:t>
        <w:br/>
        <w:t>Недавно любих ще дружин.</w:t>
      </w:r>
    </w:p>
    <w:p>
      <w:r>
        <w:br/>
        <w:t>Вони, чекаючи на хана,&lt;br /&gt;</w:t>
        <w:br/>
        <w:t>Біля грайливого фонтана,&lt;br /&gt;</w:t>
        <w:br/>
        <w:t>Прославши килими рясні,&lt;br /&gt;</w:t>
        <w:br/>
        <w:t>Юрбою жвавою сиділи&lt;br /&gt;</w:t>
        <w:br/>
        <w:t>І оком радісним ловили,&lt;br /&gt;</w:t>
        <w:br/>
        <w:t>Як риба в ясній глибині&lt;br /&gt;</w:t>
        <w:br/>
        <w:t>На мармуровім грала дні.&lt;br /&gt;</w:t>
        <w:br/>
        <w:t>Їй не одна пустунка мила&lt;br /&gt;</w:t>
        <w:br/>
        <w:t>Сережки золоті ронила.&lt;br /&gt;</w:t>
        <w:br/>
        <w:t>Навколо срібним поставцем&lt;br /&gt;</w:t>
        <w:br/>
        <w:t>Щербет невільниці носили,&lt;br /&gt;</w:t>
        <w:br/>
        <w:t>І раптом співи задзвеніли,&lt;br /&gt;</w:t>
        <w:br/>
        <w:t>На весь лунаючи гарем:</w:t>
      </w:r>
    </w:p>
    <w:p>
      <w:r>
        <w:br/>
        <w:t>Татарська пісня</w:t>
      </w:r>
    </w:p>
    <w:p>
      <w:r>
        <w:br/>
        <w:t>1</w:t>
      </w:r>
    </w:p>
    <w:p>
      <w:r>
        <w:br/>
        <w:t>Дарує небо путь далеку&lt;br /&gt;</w:t>
        <w:br/>
        <w:t>Тому, хто мучивсь і терпів:&lt;br /&gt;</w:t>
        <w:br/>
        <w:t>Блажен факір, що бачив Мекку&lt;br /&gt;</w:t>
        <w:br/>
        <w:t>На старості печальних днів.</w:t>
      </w:r>
    </w:p>
    <w:p>
      <w:r>
        <w:br/>
        <w:t>2</w:t>
      </w:r>
    </w:p>
    <w:p>
      <w:r>
        <w:br/>
        <w:t>Блажен, хто береги Дунаю&lt;br /&gt;</w:t>
        <w:br/>
        <w:t>Сподобивсь кров'ю освятить:&lt;br /&gt;</w:t>
        <w:br/>
        <w:t>Йому назустріч діва раю&lt;br /&gt;</w:t>
        <w:br/>
        <w:t>З жагучим зором полетить.</w:t>
      </w:r>
    </w:p>
    <w:p>
      <w:r>
        <w:br/>
        <w:t>3</w:t>
      </w:r>
    </w:p>
    <w:p>
      <w:r>
        <w:br/>
        <w:t>Стократ блаженний той, Заремо,&lt;br /&gt;</w:t>
        <w:br/>
        <w:t>Хто в чарах ніжного півсну&lt;br /&gt;</w:t>
        <w:br/>
        <w:t>Голубить в затишку гарему&lt;br /&gt;</w:t>
        <w:br/>
        <w:t>Тебе, троянду запашну!</w:t>
      </w:r>
    </w:p>
    <w:p>
      <w:r>
        <w:br/>
        <w:t>Співають. Де ж ти, о Заремо,&lt;br /&gt;</w:t>
        <w:br/>
        <w:t>Зоря кохання, цвіт гарему?&lt;br /&gt;</w:t>
        <w:br/>
        <w:t>Бліда, ой леле, і сумна,&lt;br /&gt;</w:t>
        <w:br/>
        <w:t>Похвал не слухає вона.&lt;br /&gt;</w:t>
        <w:br/>
        <w:t>Як пальма, зігнута грозою,&lt;br /&gt;</w:t>
        <w:br/>
        <w:t>Вона поникла головою,&lt;br /&gt;</w:t>
        <w:br/>
        <w:t>В журбі не зводячи очей:&lt;br /&gt;</w:t>
        <w:br/>
        <w:t>Зарему розлюбив Гірей.</w:t>
      </w:r>
    </w:p>
    <w:p>
      <w:r>
        <w:br/>
        <w:t>Він зрадив! Але хто з тобою,&lt;br /&gt;</w:t>
        <w:br/>
        <w:t>Грузинко, рівний тут красою?&lt;br /&gt;</w:t>
        <w:br/>
        <w:t>Навкруг лілейного чола&lt;br /&gt;</w:t>
        <w:br/>
        <w:t>Ти косу двічі обвила;&lt;br /&gt;</w:t>
        <w:br/>
        <w:t>Твої принадливії очі —&lt;br /&gt;</w:t>
        <w:br/>
        <w:t>Як сяйво дня, як морок ночі;&lt;br /&gt;</w:t>
        <w:br/>
        <w:t>Чий голос висловить сильніш&lt;br /&gt;</w:t>
        <w:br/>
        <w:t>Огненні пориви жадання?&lt;br /&gt;</w:t>
        <w:br/>
        <w:t>Хто вміє ранити гостріш&lt;br /&gt;</w:t>
        <w:br/>
        <w:t>Цілунком, повним раювання?&lt;br /&gt;</w:t>
        <w:br/>
        <w:t>Як серцю, що скорила ти,&lt;br /&gt;</w:t>
        <w:br/>
        <w:t>Любов до іншої знайти?&lt;br /&gt;</w:t>
        <w:br/>
        <w:t>Проте, байдужий і жорстокий,&lt;br /&gt;</w:t>
        <w:br/>
        <w:t>Тебе зневажив хан Гірей,&lt;br /&gt;</w:t>
        <w:br/>
        <w:t>В холодній темряві ночей&lt;br /&gt;</w:t>
        <w:br/>
        <w:t>Він бродить хмурий, одинокий,&lt;br /&gt;</w:t>
        <w:br/>
        <w:t>Не зна спокою, відколи&lt;br /&gt;</w:t>
        <w:br/>
        <w:t>Князівну польську привезли.</w:t>
      </w:r>
    </w:p>
    <w:p>
      <w:r>
        <w:br/>
        <w:t>Недавно лиш Марія мила&lt;br /&gt;</w:t>
        <w:br/>
        <w:t>Блакить чужих небес уздріла;&lt;br /&gt;</w:t>
        <w:br/>
        <w:t>Недавно цвітом чистих мрій&lt;br /&gt;</w:t>
        <w:br/>
        <w:t>Вона цвіла в землі своїй.&lt;br /&gt;</w:t>
        <w:br/>
        <w:t>Був сивий батько гордий нею&lt;br /&gt;</w:t>
        <w:br/>
        <w:t>І звав відрадою своєю.&lt;br /&gt;</w:t>
        <w:br/>
        <w:t>Закон для нього був один —&lt;br /&gt;</w:t>
        <w:br/>
        <w:t>Її невинна юна воля.&lt;br /&gt;</w:t>
        <w:br/>
        <w:t>Одну турботу відав він —&lt;br /&gt;</w:t>
        <w:br/>
        <w:t>Щоб доньки любленої доля&lt;br /&gt;</w:t>
        <w:br/>
        <w:t>Була, як майський день, ясна,&lt;br /&gt;</w:t>
        <w:br/>
        <w:t>Щоб і хвилинною журбою&lt;br /&gt;</w:t>
        <w:br/>
        <w:t>Їй не затьмарено спокою,&lt;br /&gt;</w:t>
        <w:br/>
        <w:t>Щоб навіть замужем вона&lt;br /&gt;</w:t>
        <w:br/>
        <w:t>В замилуванні споминати&lt;br /&gt;</w:t>
        <w:br/>
        <w:t>Могла про вік дівочий свій,&lt;br /&gt;</w:t>
        <w:br/>
        <w:t>Що пролетів, як сон крилатий.&lt;br /&gt;</w:t>
        <w:br/>
        <w:t>Усе було принадне в ній:&lt;br /&gt;</w:t>
        <w:br/>
        <w:t>І вдача тиха, й рухи жваві,&lt;br /&gt;</w:t>
        <w:br/>
        <w:t>І очі голубі, ласкаві.&lt;br /&gt;</w:t>
        <w:br/>
        <w:t>Природи щедрої дари&lt;br /&gt;</w:t>
        <w:br/>
        <w:t>Вона мистецтвом прикрашала:&lt;br /&gt;</w:t>
        <w:br/>
        <w:t>На арфі вивчилася гри&lt;br /&gt;</w:t>
        <w:br/>
        <w:t>І учти в замку оживляла.&lt;br /&gt;</w:t>
        <w:br/>
        <w:t>Юрба вельмож та багачів&lt;br /&gt;</w:t>
        <w:br/>
        <w:t>Жадала з нею шлюб узяти,&lt;br /&gt;</w:t>
        <w:br/>
        <w:t>Палких багато юнаків&lt;br /&gt;</w:t>
        <w:br/>
        <w:t>Таємно мусили страждати.&lt;br /&gt;</w:t>
        <w:br/>
        <w:t>Але жагучих почуттів&lt;br /&gt;</w:t>
        <w:br/>
        <w:t>Душа не відала невинна&lt;br /&gt;</w:t>
        <w:br/>
        <w:t>І в колі подруг молодих,&lt;br /&gt;</w:t>
        <w:br/>
        <w:t>Серед веселощів та втіх,&lt;br /&gt;</w:t>
        <w:br/>
        <w:t>Котилась юність бистроплинна.</w:t>
      </w:r>
    </w:p>
    <w:p>
      <w:r>
        <w:br/>
        <w:t>Минуло все... Орда татар&lt;br /&gt;</w:t>
        <w:br/>
        <w:t>На Польщу кинулась рікою:&lt;br /&gt;</w:t>
        <w:br/>
        <w:t>З пожерливістю не такою&lt;br /&gt;</w:t>
        <w:br/>
        <w:t>Ланами стелиться пожар.&lt;br /&gt;</w:t>
        <w:br/>
        <w:t>І от сплюндрований війною,&lt;br /&gt;</w:t>
        <w:br/>
        <w:t>Квітучий край осиротів;&lt;br /&gt;</w:t>
        <w:br/>
        <w:t>Ні гри, ні сміху, ні розмови,&lt;br /&gt;</w:t>
        <w:br/>
        <w:t>В печалі села і діброви,&lt;br /&gt;</w:t>
        <w:br/>
        <w:t>І княжий замок спорожнів.&lt;br /&gt;</w:t>
        <w:br/>
        <w:t>Смутна Маріїна світлиця...&lt;br /&gt;</w:t>
        <w:br/>
        <w:t>В домашній церкві, де кругом&lt;br /&gt;</w:t>
        <w:br/>
        <w:t>Сплять предки віковічним сном.&lt;br /&gt;</w:t>
        <w:br/>
        <w:t>Нова, з короною й гербом,&lt;br /&gt;</w:t>
        <w:br/>
        <w:t>Висока виросла гробниця...&lt;br /&gt;</w:t>
        <w:br/>
        <w:t>В землі ясновельможний пан,&lt;br /&gt;</w:t>
        <w:br/>
        <w:t>Дочка в неволі. Хазяйнує&lt;br /&gt;</w:t>
        <w:br/>
        <w:t>Скупий нащадок, вщент руйнує,&lt;br /&gt;</w:t>
        <w:br/>
        <w:t>Ярмом неславить рідний лан.</w:t>
      </w:r>
    </w:p>
    <w:p>
      <w:r>
        <w:br/>
        <w:t>Ой леле! Хан Бахчисарая&lt;br /&gt;</w:t>
        <w:br/>
        <w:t>Князівну юну взяв у бран.&lt;br /&gt;</w:t>
        <w:br/>
        <w:t>Марія тихо зав'ядає,&lt;br /&gt;</w:t>
        <w:br/>
        <w:t>Німа гризе її печаль.&lt;br /&gt;</w:t>
        <w:br/>
        <w:t>Гірей до неї має жаль:&lt;br /&gt;</w:t>
        <w:br/>
        <w:t>Її мольби й плачі безкраї&lt;br /&gt;</w:t>
        <w:br/>
        <w:t>Йому нічний тривожать сон,&lt;br /&gt;</w:t>
        <w:br/>
        <w:t>Гарему строгого закон&lt;br /&gt;</w:t>
        <w:br/>
        <w:t>Він задля неї пом'якшає.&lt;br /&gt;</w:t>
        <w:br/>
        <w:t>Похмурий сторож ханських жон&lt;br /&gt;</w:t>
        <w:br/>
        <w:t>В її кімнату не ввіходить&lt;br /&gt;</w:t>
        <w:br/>
        <w:t>І в сутінь вишитих запон&lt;br /&gt;</w:t>
        <w:br/>
        <w:t>На ложе сну її не зводить.&lt;br /&gt;</w:t>
        <w:br/>
        <w:t>Не сміє очі він свої&lt;br /&gt;</w:t>
        <w:br/>
        <w:t>Підняти на красу її.&lt;br /&gt;</w:t>
        <w:br/>
        <w:t>Вона сама в купальні зранку,&lt;br /&gt;</w:t>
        <w:br/>
        <w:t>Лише невільниця при ній;&lt;br /&gt;</w:t>
        <w:br/>
        <w:t>Боїться хан на полонянку&lt;br /&gt;</w:t>
        <w:br/>
        <w:t>Звести жагучий погляд свій.&lt;br /&gt;</w:t>
        <w:br/>
        <w:t>В кімнаті дальній, самотою,&lt;br /&gt;</w:t>
        <w:br/>
        <w:t>Живе і мучиться вона,&lt;br /&gt;</w:t>
        <w:br/>
        <w:t>Мов залетіла до покою&lt;br /&gt;</w:t>
        <w:br/>
        <w:t>Якась істота неземна.&lt;br /&gt;</w:t>
        <w:br/>
        <w:t>Перед лицем святої діви&lt;br /&gt;</w:t>
        <w:br/>
        <w:t>Горить лампада там ясна&lt;br /&gt;</w:t>
        <w:br/>
        <w:t>І вирок долі нещасливий&lt;br /&gt;</w:t>
        <w:br/>
        <w:t>Промінням облива своїм,&lt;br /&gt;</w:t>
        <w:br/>
        <w:t>Смиренна віра там витає —&lt;br /&gt;</w:t>
        <w:br/>
        <w:t>І в серці спомин виникає&lt;br /&gt;</w:t>
        <w:br/>
        <w:t>Про рідне поле, рідний дім...&lt;br /&gt;</w:t>
        <w:br/>
        <w:t>Гіркі там сльози ллє Марія,&lt;br /&gt;</w:t>
        <w:br/>
        <w:t>Там подруг заздрісних нема;&lt;br /&gt;</w:t>
        <w:br/>
        <w:t>Вона в скорботі там сама,&lt;br /&gt;</w:t>
        <w:br/>
        <w:t>А все навколо шаленіє&lt;br /&gt;</w:t>
        <w:br/>
        <w:t>В розкошуванні. Там надія&lt;br /&gt;</w:t>
        <w:br/>
        <w:t>Зорею чистою горить.&lt;br /&gt;</w:t>
        <w:br/>
        <w:t>Там серце, жертва сил гріховних,&lt;br /&gt;</w:t>
        <w:br/>
        <w:t>Серед пороків невгамовних&lt;br /&gt;</w:t>
        <w:br/>
        <w:t>Одно святе чуття таїть,&lt;br /&gt;</w:t>
        <w:br/>
        <w:t>Одну божественну поруку...&lt;br /&gt;</w:t>
        <w:br/>
        <w:t>. . . . . . . . . . . . .&lt;br /&gt;</w:t>
        <w:br/>
        <w:t>. . . . . . . . . . . . .</w:t>
      </w:r>
    </w:p>
    <w:p>
      <w:r>
        <w:br/>
        <w:t>Настала ніч; укрили тіні&lt;br /&gt;</w:t>
        <w:br/>
        <w:t>Тавріди пишної поля;&lt;br /&gt;</w:t>
        <w:br/>
        <w:t>Солодкі співи солов'їні&lt;br /&gt;</w:t>
        <w:br/>
        <w:t>Між темних лаврів чую я;&lt;br /&gt;</w:t>
        <w:br/>
        <w:t>Сіяють зорі, місяць сходить&lt;br /&gt;</w:t>
        <w:br/>
        <w:t>І з синьої височини&lt;br /&gt;</w:t>
        <w:br/>
        <w:t>На ліс, на гори, на лани&lt;br /&gt;</w:t>
        <w:br/>
        <w:t>Томливе сяєво наводить.&lt;br /&gt;</w:t>
        <w:br/>
        <w:t>В серпанку білім та легкім,&lt;br /&gt;</w:t>
        <w:br/>
        <w:t>Мов тіней тиховійна зграя,&lt;br /&gt;</w:t>
        <w:br/>
        <w:t>По вулицях Бахчисарая&lt;br /&gt;</w:t>
        <w:br/>
        <w:t>Одна до 'дної, з дому в дім.&lt;br /&gt;</w:t>
        <w:br/>
        <w:t>Квапливо йдуть татарки прості&lt;br /&gt;</w:t>
        <w:br/>
        <w:t>За давнім звичаєм у гості.&lt;br /&gt;</w:t>
        <w:br/>
        <w:t>Палац затих; заснув гарем&lt;br /&gt;</w:t>
        <w:br/>
        <w:t>У несказанній млості мирній;&lt;br /&gt;</w:t>
        <w:br/>
        <w:t>Натомлена шумливим днем,&lt;br /&gt;</w:t>
        <w:br/>
        <w:t>Земля дрімає. Сторож вірний,&lt;br /&gt;</w:t>
        <w:br/>
        <w:t>Дозором обійшов євнух.&lt;br /&gt;</w:t>
        <w:br/>
        <w:t>Він спить; та, ханові покірний,&lt;br /&gt;</w:t>
        <w:br/>
        <w:t>І в сні чатує пильний дух.&lt;br /&gt;</w:t>
        <w:br/>
        <w:t>Всякчасне зради дожидання&lt;br /&gt;</w:t>
        <w:br/>
        <w:t>Спокою не дає йому;&lt;br /&gt;</w:t>
        <w:br/>
        <w:t>То ніби шелест, то шептання,&lt;br /&gt;</w:t>
        <w:br/>
        <w:t>То крики чуються крізь тьму.&lt;br /&gt;</w:t>
        <w:br/>
        <w:t>Ошуканий невірним слухом,&lt;br /&gt;</w:t>
        <w:br/>
        <w:t>Він прокидається, тремтить,&lt;br /&gt;</w:t>
        <w:br/>
        <w:t>Наляканим припавши ухом...&lt;br /&gt;</w:t>
        <w:br/>
        <w:t>Але навколо все мовчить.&lt;br /&gt;</w:t>
        <w:br/>
        <w:t>Фонтани лиш солодкозвучні&lt;br /&gt;</w:t>
        <w:br/>
        <w:t>У мармуровій б'ють тюрмі;&lt;br /&gt;</w:t>
        <w:br/>
        <w:t>Троянди друзі нерозлучні,&lt;br /&gt;</w:t>
        <w:br/>
        <w:t>Лиш солов'ї дзвенять у тьмі.&lt;br /&gt;</w:t>
        <w:br/>
        <w:t>Євнух ще довго прислухався,&lt;br /&gt;</w:t>
        <w:br/>
        <w:t>Та знов, натомлений, здрімався.</w:t>
      </w:r>
    </w:p>
    <w:p>
      <w:r>
        <w:br/>
        <w:t>Які чудові мрії й сни&lt;br /&gt;</w:t>
        <w:br/>
        <w:t>У ночах казкового Сходу!&lt;br /&gt;</w:t>
        <w:br/>
        <w:t>Як ллються солодко вони&lt;br /&gt;</w:t>
        <w:br/>
        <w:t>Для мусульманського народу!&lt;br /&gt;</w:t>
        <w:br/>
        <w:t>Які розкоші у домах,&lt;br /&gt;</w:t>
        <w:br/>
        <w:t>В пахучих росяних садах,&lt;br /&gt;</w:t>
        <w:br/>
        <w:t>В гаремах, створених для щастя,&lt;br /&gt;</w:t>
        <w:br/>
        <w:t>Де все під місяцем німим&lt;br /&gt;</w:t>
        <w:br/>
        <w:t>Стає примарним і хистким,&lt;br /&gt;</w:t>
        <w:br/>
        <w:t>Де все в обіймах любострастя!&lt;br /&gt;</w:t>
        <w:br/>
        <w:t>. . . . . . . . . . . . .</w:t>
      </w:r>
    </w:p>
    <w:p>
      <w:r>
        <w:br/>
        <w:t>Всі жони сплять. Не спить одна.&lt;br /&gt;</w:t>
        <w:br/>
        <w:t>Встає, ледь дишучи, вона;&lt;br /&gt;</w:t>
        <w:br/>
        <w:t>Іде і двері відчиняє&lt;br /&gt;</w:t>
        <w:br/>
        <w:t>Квапливо; в темряві нічній&lt;br /&gt;</w:t>
        <w:br/>
        <w:t>Ступає легко: все тут їй&lt;br /&gt;</w:t>
        <w:br/>
        <w:t>Таємний острах навіває.&lt;br /&gt;</w:t>
        <w:br/>
        <w:t>На ложі спить євнух старий.&lt;br /&gt;</w:t>
        <w:br/>
        <w:t>Ах, серце в нього невмолиме,&lt;br /&gt;</w:t>
        <w:br/>
        <w:t>І навіть сон його страшний!..&lt;br /&gt;</w:t>
        <w:br/>
        <w:t>Як дух, вона проходить мимо...&lt;br /&gt;</w:t>
        <w:br/>
        <w:t>. . . . . . . . . . . . .</w:t>
      </w:r>
    </w:p>
    <w:p>
      <w:r>
        <w:br/>
        <w:t>Ось двері знов. Вона підбігла,&lt;br /&gt;</w:t>
        <w:br/>
        <w:t>Її несмілива рука&lt;br /&gt;</w:t>
        <w:br/>
        <w:t>Торкнулась вірного замка...&lt;br /&gt;</w:t>
        <w:br/>
        <w:t>Ввійшла — і в подиві застигла...&lt;br /&gt;</w:t>
        <w:br/>
        <w:t>Її пойняв таємний страх.&lt;br /&gt;</w:t>
        <w:br/>
        <w:t>Лампади сяйво золотої,&lt;br /&gt;</w:t>
        <w:br/>
        <w:t>Ківот в печальному спокої,&lt;br /&gt;</w:t>
        <w:br/>
        <w:t>Пречиста з сином на руках&lt;br /&gt;</w:t>
        <w:br/>
        <w:t>І хрест, любові знак святої,-&lt;br /&gt;</w:t>
        <w:br/>
        <w:t>Грузинко, все в душі твоїй&lt;br /&gt;</w:t>
        <w:br/>
        <w:t>Щось рідне раптом пробудило,&lt;br /&gt;</w:t>
        <w:br/>
        <w:t>Все звуками забутих мрій&lt;br /&gt;</w:t>
        <w:br/>
        <w:t>Неясно вмить заговорило.&lt;br /&gt;</w:t>
        <w:br/>
        <w:t>Вві сні покоїлась княжна,&lt;br /&gt;</w:t>
        <w:br/>
        <w:t>Невинна й світла, як весна,&lt;br /&gt;</w:t>
        <w:br/>
        <w:t>І ніжні лиця рожевіли;&lt;br /&gt;</w:t>
        <w:br/>
        <w:t>Їх томний усміх осявав,&lt;br /&gt;</w:t>
        <w:br/>
        <w:t>Хоч сльози ще на них тремтіли:&lt;br /&gt;</w:t>
        <w:br/>
        <w:t>Так світло місячних заграв&lt;br /&gt;</w:t>
        <w:br/>
        <w:t>Блищить на росах буйних трав.&lt;br /&gt;</w:t>
        <w:br/>
        <w:t>Здавалося, що, син едему,&lt;br /&gt;</w:t>
        <w:br/>
        <w:t>Із неба ангел прилетів&lt;br /&gt;</w:t>
        <w:br/>
        <w:t>І сльози променисті лив&lt;br /&gt;</w:t>
        <w:br/>
        <w:t>Над полонянкою гарему...&lt;br /&gt;</w:t>
        <w:br/>
        <w:t>Заремо бідна, що тобі!&lt;br /&gt;</w:t>
        <w:br/>
        <w:t>Як серце стислося в журбі!&lt;br /&gt;</w:t>
        <w:br/>
        <w:t>Склонились мимохіть коліна,&lt;br /&gt;</w:t>
        <w:br/>
        <w:t>Слова злилися у мольбі:&lt;br /&gt;</w:t>
        <w:br/>
        <w:t>"О, зглянься, чиста і невинна!.."&lt;br /&gt;</w:t>
        <w:br/>
        <w:t>Цей стогін молоду княжну&lt;br /&gt;</w:t>
        <w:br/>
        <w:t>Зненацька розбудив од сну.&lt;br /&gt;</w:t>
        <w:br/>
        <w:t>Якусь жону перед собою&lt;br /&gt;</w:t>
        <w:br/>
        <w:t>Враз бачить з острахом вона.&lt;br /&gt;</w:t>
        <w:br/>
        <w:t>Підводить боязко рукою&lt;br /&gt;</w:t>
        <w:br/>
        <w:t>І каже тихо їй княжна:&lt;br /&gt;</w:t>
        <w:br/>
        <w:t>"Хто ти? Північною порою&lt;br /&gt;</w:t>
        <w:br/>
        <w:t>Чого прийшла?" — "До тебе я:&lt;br /&gt;</w:t>
        <w:br/>
        <w:t>Врятуй мене. Уся моя&lt;br /&gt;</w:t>
        <w:br/>
        <w:t>В руках у тебе доля нині...&lt;br /&gt;</w:t>
        <w:br/>
        <w:t>Жила я в радіснім сп'янінні,&lt;br /&gt;</w:t>
        <w:br/>
        <w:t>Я знала щастя чарівне...&lt;br /&gt;</w:t>
        <w:br/>
        <w:t>Тепер нема від нього й тіні:&lt;br /&gt;</w:t>
        <w:br/>
        <w:t>Я гину; вислухай мене.</w:t>
      </w:r>
    </w:p>
    <w:p>
      <w:r>
        <w:br/>
        <w:t>Вродилась я не в цьому краї,&lt;br /&gt;</w:t>
        <w:br/>
        <w:t>Далеко... Та минулий час&lt;br /&gt;</w:t>
        <w:br/>
        <w:t>І досі в пам'яті не згас,&lt;br /&gt;</w:t>
        <w:br/>
        <w:t>І досі в серці виникає.&lt;br /&gt;</w:t>
        <w:br/>
        <w:t>Мов бачу сніг шпилів стрімких,&lt;br /&gt;</w:t>
        <w:br/>
        <w:t>Гарячі струмні серед них,&lt;br /&gt;</w:t>
        <w:br/>
        <w:t>Діброви морок таємничий...&lt;br /&gt;</w:t>
        <w:br/>
        <w:t>Там інший люд, там інший звичай.&lt;br /&gt;</w:t>
        <w:br/>
        <w:t>Але чому свій рідний край&lt;br /&gt;</w:t>
        <w:br/>
        <w:t>Я залишила,— не питай,&lt;br /&gt;</w:t>
        <w:br/>
        <w:t>Не знаю. Згадую лиш море,&lt;br /&gt;</w:t>
        <w:br/>
        <w:t>Якусь людину в вишині&lt;br /&gt;</w:t>
        <w:br/>
        <w:t>Над парусами...&lt;br /&gt;</w:t>
        <w:br/>
        <w:t>Страх і горе&lt;br /&gt;</w:t>
        <w:br/>
        <w:t>Були не знані тут мені;&lt;br /&gt;</w:t>
        <w:br/>
        <w:t>Я в безтурботній тишині&lt;br /&gt;</w:t>
        <w:br/>
        <w:t>В гаремі пишнім розцвітала&lt;br /&gt;</w:t>
        <w:br/>
        <w:t>І перших любощів палких&lt;br /&gt;</w:t>
        <w:br/>
        <w:t>Слухняним серцем дожидала.&lt;br /&gt;</w:t>
        <w:br/>
        <w:t>Пора настала і для них,&lt;br /&gt;</w:t>
        <w:br/>
        <w:t>Збулось. Гірей війні кривавій,&lt;br /&gt;</w:t>
        <w:br/>
        <w:t>Походам хижим край поклав,&lt;br /&gt;</w:t>
        <w:br/>
        <w:t>Він їх на пестощі ласкаві&lt;br /&gt;</w:t>
        <w:br/>
        <w:t>В своїм гаремі проміняв.&lt;br /&gt;</w:t>
        <w:br/>
        <w:t>Перед його орлині очі&lt;br /&gt;</w:t>
        <w:br/>
        <w:t>Ми стали. Погляд він спішив&lt;br /&gt;</w:t>
        <w:br/>
        <w:t>На постаті моїй дівочій,&lt;br /&gt;</w:t>
        <w:br/>
        <w:t>Мене покликав... Охопив&lt;br /&gt;</w:t>
        <w:br/>
        <w:t>Його й мене вогонь жадання,&lt;br /&gt;</w:t>
        <w:br/>
        <w:t>Настав земного щастя час.&lt;br /&gt;</w:t>
        <w:br/>
        <w:t>Ні клевета, ні дорікання,&lt;br /&gt;</w:t>
        <w:br/>
        <w:t>Ні біль ревнивого страждання&lt;br /&gt;</w:t>
        <w:br/>
        <w:t>Не розлучали довго нас.&lt;br /&gt;</w:t>
        <w:br/>
        <w:t>Але з'явилась ти, Маріє,&lt;br /&gt;</w:t>
        <w:br/>
        <w:t>Мені, ой леле, на загин!&lt;br /&gt;</w:t>
        <w:br/>
        <w:t>Злочинні загніздились мрії&lt;br /&gt;</w:t>
        <w:br/>
        <w:t>В його душі. Не хоче він&lt;br /&gt;</w:t>
        <w:br/>
        <w:t>Моїх і слухати докорів,&lt;br /&gt;</w:t>
        <w:br/>
        <w:t>Йому жалітися — дарма...&lt;br /&gt;</w:t>
        <w:br/>
        <w:t>На голос мій, на ніжний порив&lt;br /&gt;</w:t>
        <w:br/>
        <w:t>У нього відгуку нема.&lt;br /&gt;</w:t>
        <w:br/>
        <w:t>Проте я буду справедлива.&lt;br /&gt;</w:t>
        <w:br/>
        <w:t>Я знаю: не твоя вина.&lt;br /&gt;</w:t>
        <w:br/>
        <w:t>Отож послухай: я вродлива;&lt;br /&gt;</w:t>
        <w:br/>
        <w:t>В усім гаремі ти одна&lt;br /&gt;</w:t>
        <w:br/>
        <w:t>Моя суперниця можлива.&lt;br /&gt;</w:t>
        <w:br/>
        <w:t>Та в мене — пристрасть вогняна,&lt;br /&gt;</w:t>
        <w:br/>
        <w:t>Та ти любить, як я, не можеш,&lt;br /&gt;</w:t>
        <w:br/>
        <w:t>Навіщо ж чаром крижаним&lt;br /&gt;</w:t>
        <w:br/>
        <w:t>Гірея серце ти тривожиш?&lt;br /&gt;</w:t>
        <w:br/>
        <w:t>Він був, він мусить буть моїм!&lt;br /&gt;</w:t>
        <w:br/>
        <w:t>Печать незрадного кохання&lt;br /&gt;</w:t>
        <w:br/>
        <w:t>Він на уста мої поклав,&lt;br /&gt;</w:t>
        <w:br/>
        <w:t>Давно всі думи, всі бажання&lt;br /&gt;</w:t>
        <w:br/>
        <w:t>Гірей з моїми поєднав.&lt;br /&gt;</w:t>
        <w:br/>
        <w:t>Він зрадить — вмерти я повинна!&lt;br /&gt;</w:t>
        <w:br/>
        <w:t>Я плачу; бачиш, на коліна&lt;br /&gt;</w:t>
        <w:br/>
        <w:t>Перед тобою я стаю.&lt;br /&gt;</w:t>
        <w:br/>
        <w:t>Благаю і молю тебе я:&lt;br /&gt;</w:t>
        <w:br/>
        <w:t>Віддай мені мого Гірея!..&lt;br /&gt;</w:t>
        <w:br/>
        <w:t>Прошу я співчуття твого;&lt;br /&gt;</w:t>
        <w:br/>
        <w:t>Він мій — засліплений тобою!&lt;br /&gt;</w:t>
        <w:br/>
        <w:t>Презирством, тугою, мольбою,&lt;br /&gt;</w:t>
        <w:br/>
        <w:t>Чим хочеш, одверни його,&lt;br /&gt;</w:t>
        <w:br/>
        <w:t>Клянись (хоч я для Алкорана,&lt;br /&gt;</w:t>
        <w:br/>
        <w:t>Поміж невільницями хана,&lt;br /&gt;</w:t>
        <w:br/>
        <w:t>Забула віру давніх днів;&lt;br /&gt;</w:t>
        <w:br/>
        <w:t>Та віра у моїх батьків&lt;br /&gt;</w:t>
        <w:br/>
        <w:t>Була твоя) — клянися нею&lt;br /&gt;</w:t>
        <w:br/>
        <w:t>Зарему повернуть Гірею.&lt;br /&gt;</w:t>
        <w:br/>
        <w:t>Коли ж... мені ти хочеш зла...&lt;br /&gt;</w:t>
        <w:br/>
        <w:t>Разить кинджалом я умію:&lt;br /&gt;</w:t>
        <w:br/>
        <w:t>Біля Кавказу я зросла".</w:t>
      </w:r>
    </w:p>
    <w:p>
      <w:r>
        <w:br/>
        <w:t>Сказала й зникла враз. Марія&lt;br /&gt;</w:t>
        <w:br/>
        <w:t>Услід ступити не змогла.&lt;br /&gt;</w:t>
        <w:br/>
        <w:t>Невинній, їй незрозуміла&lt;br /&gt;</w:t>
        <w:br/>
        <w:t>Розмова пристрастей тяжких,&lt;br /&gt;</w:t>
        <w:br/>
        <w:t>Але якась в них дивна сила,&lt;br /&gt;</w:t>
        <w:br/>
        <w:t>Страшне для неї щось у них.&lt;br /&gt;</w:t>
        <w:br/>
        <w:t>Які слова, які моління&lt;br /&gt;</w:t>
        <w:br/>
        <w:t>Її врятують від падіння?&lt;br /&gt;</w:t>
        <w:br/>
        <w:t>Чи долі вирок їй судив&lt;br /&gt;</w:t>
        <w:br/>
        <w:t>Гіркий останок юних днів&lt;br /&gt;</w:t>
        <w:br/>
        <w:t>Ганьбою й соромом укрити?&lt;br /&gt;</w:t>
        <w:br/>
        <w:t>Коли б Гірей її лишив&lt;br /&gt;</w:t>
        <w:br/>
        <w:t>Самотньо в цій темниці жити,&lt;br /&gt;</w:t>
        <w:br/>
        <w:t>Забув нещасну, занедбав&lt;br /&gt;</w:t>
        <w:br/>
        <w:t>Чи, гнівом чорним оповитий,&lt;br /&gt;</w:t>
        <w:br/>
        <w:t>Життя їй нитку перетяв!&lt;br /&gt;</w:t>
        <w:br/>
        <w:t>З якою б радістю Марія&lt;br /&gt;</w:t>
        <w:br/>
        <w:t>Покинула цей марний світ!&lt;br /&gt;</w:t>
        <w:br/>
        <w:t>Усе минуло, і надія&lt;br /&gt;</w:t>
        <w:br/>
        <w:t>Зів'яла, як прибитий цвіт!&lt;br /&gt;</w:t>
        <w:br/>
        <w:t>Земля чужа, страшна надміру!&lt;br /&gt;</w:t>
        <w:br/>
        <w:t>Вже їй пора, Марію ждуть&lt;br /&gt;</w:t>
        <w:br/>
        <w:t>І в небеса на лоно миру&lt;br /&gt;</w:t>
        <w:br/>
        <w:t>Ласкавим усміхом зовуть.&lt;br /&gt;</w:t>
        <w:br/>
        <w:t>. . . . . . . . . . . . .</w:t>
      </w:r>
    </w:p>
    <w:p>
      <w:r>
        <w:br/>
        <w:t>Минули дні; нема її,&lt;br /&gt;</w:t>
        <w:br/>
        <w:t>Марії, в падолі земному;&lt;br /&gt;</w:t>
        <w:br/>
        <w:t>У світлих ангелів сім'ї&lt;br /&gt;</w:t>
        <w:br/>
        <w:t>Радіють ангелу новому.&lt;br /&gt;</w:t>
        <w:br/>
        <w:t>Та що в труну її звело?&lt;br /&gt;</w:t>
        <w:br/>
        <w:t>Життя в неволі, в безнадії,&lt;br /&gt;</w:t>
        <w:br/>
        <w:t>Недуга а чи інше зло?&lt;br /&gt;</w:t>
        <w:br/>
        <w:t>Хто відає? — Нема Марії!..&lt;br /&gt;</w:t>
        <w:br/>
        <w:t>Палац похмурий опустів;&lt;br /&gt;</w:t>
        <w:br/>
        <w:t>Ізнов Гірей його покинув,&lt;br /&gt;</w:t>
        <w:br/>
        <w:t>Знов у шалений вир боїв&lt;br /&gt;</w:t>
        <w:br/>
        <w:t>Він із татарами полинув.&lt;br /&gt;</w:t>
        <w:br/>
        <w:t>У хижих наскоках він знов&lt;br /&gt;</w:t>
        <w:br/>
        <w:t>Шугає, як у бурю птиця,&lt;br /&gt;</w:t>
        <w:br/>
        <w:t>Та ще в душі горить любов,&lt;br /&gt;</w:t>
        <w:br/>
        <w:t>Ще розпач у душі таїться.&lt;br /&gt;</w:t>
        <w:br/>
        <w:t>Не раз, ллючи ворожу кров,&lt;br /&gt;</w:t>
        <w:br/>
        <w:t>Підійме шаблю він — із маху&lt;br /&gt;</w:t>
        <w:br/>
        <w:t>Застигне, ніби кам'яний,&lt;br /&gt;</w:t>
        <w:br/>
        <w:t>Безумно зводить зір німий&lt;br /&gt;</w:t>
        <w:br/>
        <w:t>І полотніє, мов зі страху,&lt;br /&gt;</w:t>
        <w:br/>
        <w:t>І шепче щось, і сліз ріка&lt;br /&gt;</w:t>
        <w:br/>
        <w:t>По виду темному стіка.</w:t>
      </w:r>
    </w:p>
    <w:p>
      <w:r>
        <w:br/>
        <w:t>Гарему ханського палати&lt;br /&gt;</w:t>
        <w:br/>
        <w:t>Не бачать більш його лиця;&lt;br /&gt;</w:t>
        <w:br/>
        <w:t>Там, вічно змушені страждати,&lt;br /&gt;</w:t>
        <w:br/>
        <w:t>Під зимним поглядом скопця&lt;br /&gt;</w:t>
        <w:br/>
        <w:t>Красуні в'януть. Поміж ними&lt;br /&gt;</w:t>
        <w:br/>
        <w:t>Нема грузинки вже. Вона&lt;br /&gt;</w:t>
        <w:br/>
        <w:t>Рабами вкинута німими&lt;br /&gt;</w:t>
        <w:br/>
        <w:t>В пучину вод, і глибина&lt;br /&gt;</w:t>
        <w:br/>
        <w:t>Взяла її, коли княжна&lt;br /&gt;</w:t>
        <w:br/>
        <w:t>Лишила цю юдоль пороку.&lt;br /&gt;</w:t>
        <w:br/>
        <w:t>Хто зна, яка її вина,&lt;br /&gt;</w:t>
        <w:br/>
        <w:t>Та скарано її жорстоко!&lt;br /&gt;</w:t>
        <w:br/>
        <w:t>Спустошивши огнем війни&lt;br /&gt;</w:t>
        <w:br/>
        <w:t>Кавказькі саклі та лани&lt;br /&gt;</w:t>
        <w:br/>
        <w:t>І села мирної Росії,&lt;br /&gt;</w:t>
        <w:br/>
        <w:t>В Тавріду повернувся хан&lt;br /&gt;</w:t>
        <w:br/>
        <w:t>І, в пам'ять бідної Марії,&lt;br /&gt;</w:t>
        <w:br/>
        <w:t>Поставив з мармуру фонтан&lt;br /&gt;</w:t>
        <w:br/>
        <w:t>В палацу закутку глухому.&lt;br /&gt;</w:t>
        <w:br/>
        <w:t>Там хрест отінює святий&lt;br /&gt;</w:t>
        <w:br/>
        <w:t>Магометанський золотий&lt;br /&gt;</w:t>
        <w:br/>
        <w:t>Півмісяць (в символі такому —&lt;br /&gt;</w:t>
        <w:br/>
        <w:t>Нерозуміння дух сліпий).&lt;br /&gt;</w:t>
        <w:br/>
        <w:t>Є напис: нищений роками,&lt;br /&gt;</w:t>
        <w:br/>
        <w:t>Він залишивсь, хоч неясний.&lt;br /&gt;</w:t>
        <w:br/>
        <w:t>За дивними його значками&lt;br /&gt;</w:t>
        <w:br/>
        <w:t>Дзюрчить у мармурі вода;&lt;br /&gt;</w:t>
        <w:br/>
        <w:t>Вона холодними сльозами&lt;br /&gt;</w:t>
        <w:br/>
        <w:t>Немовчно ніч і день спада.&lt;br /&gt;</w:t>
        <w:br/>
        <w:t>Так матері не раз ридали&lt;br /&gt;</w:t>
        <w:br/>
        <w:t>У дні нещадної війни.&lt;br /&gt;</w:t>
        <w:br/>
        <w:t>Стару бувальщину прознали&lt;br /&gt;</w:t>
        <w:br/>
        <w:t>Дівчата тої сторони,&lt;br /&gt;</w:t>
        <w:br/>
        <w:t>І хмурий пам'ятник вони&lt;br /&gt;</w:t>
        <w:br/>
        <w:t>Фонтаном сліз найменували.</w:t>
      </w:r>
    </w:p>
    <w:p>
      <w:r>
        <w:br/>
        <w:t>З гучним розлучений життям,&lt;br /&gt;</w:t>
        <w:br/>
        <w:t>В південнім опинившись краї.&lt;br /&gt;</w:t>
        <w:br/>
        <w:t>Одвідав я в Бахчисараї&lt;br /&gt;</w:t>
        <w:br/>
        <w:t>Палац, повитий забуттям.&lt;br /&gt;</w:t>
        <w:br/>
        <w:t>Серед німотних переходів&lt;br /&gt;</w:t>
        <w:br/>
        <w:t>Бродив я там, де бич народів,&lt;br /&gt;</w:t>
        <w:br/>
        <w:t>Татарин бенкети справляв,&lt;br /&gt;</w:t>
        <w:br/>
        <w:t>Криваві довершивши дії,&lt;br /&gt;</w:t>
        <w:br/>
        <w:t>І в любострасті утопав.&lt;br /&gt;</w:t>
        <w:br/>
        <w:t>Ще й досі пестощами віє&lt;br /&gt;</w:t>
        <w:br/>
        <w:t>В пустих покоях та садах;&lt;br /&gt;</w:t>
        <w:br/>
        <w:t>Там грають води, квітнуть рози,&lt;br /&gt;</w:t>
        <w:br/>
        <w:t>І в'ються виноградні лози,&lt;br /&gt;</w:t>
        <w:br/>
        <w:t>І стіни в злоті й килимах.&lt;br /&gt;</w:t>
        <w:br/>
        <w:t>Я там побачив ветхі грати,-&lt;br /&gt;</w:t>
        <w:br/>
        <w:t>За ними, на своїй весні,&lt;br /&gt;</w:t>
        <w:br/>
        <w:t>Янтарні чотки розбирати&lt;br /&gt;</w:t>
        <w:br/>
        <w:t>Рабині мусили сумні.&lt;br /&gt;</w:t>
        <w:br/>
        <w:t>Я бачив кладовище ханів,&lt;br /&gt;</w:t>
        <w:br/>
        <w:t>Останнє, селище тиранів.&lt;br /&gt;</w:t>
        <w:br/>
        <w:t>Стовпи ці, думалось мені,&lt;br /&gt;</w:t>
        <w:br/>
        <w:t>Під мармуровою чалмою&lt;br /&gt;</w:t>
        <w:br/>
        <w:t>Про долі вироки страшні&lt;br /&gt;</w:t>
        <w:br/>
        <w:t>Вели розмову між собою.&lt;br /&gt;</w:t>
        <w:br/>
        <w:t>Де хани ті? Де той гарем?&lt;br /&gt;</w:t>
        <w:br/>
        <w:t>Куди все зникло, відлетіло?&lt;br /&gt;</w:t>
        <w:br/>
        <w:t>Та іншим марив я лицем,&lt;br /&gt;</w:t>
        <w:br/>
        <w:t>І серце з іншого боліло.&lt;br /&gt;</w:t>
        <w:br/>
        <w:t>Троянди млосно-запашні&lt;br /&gt;</w:t>
        <w:br/>
        <w:t>І водограї срібнопінні&lt;br /&gt;</w:t>
        <w:br/>
        <w:t>Давали забуття мені,&lt;br /&gt;</w:t>
        <w:br/>
        <w:t>Несли солодке оп'яніння,&lt;br /&gt;</w:t>
        <w:br/>
        <w:t>І діва чарівною тінню&lt;br /&gt;</w:t>
        <w:br/>
        <w:t>З'являлась у легкому сні...&lt;br /&gt;</w:t>
        <w:br/>
        <w:t>. . . . . . . . . . . . .</w:t>
      </w:r>
    </w:p>
    <w:p>
      <w:r>
        <w:br/>
        <w:t>Чия ж була то, друзі, тінь?&lt;br /&gt;</w:t>
        <w:br/>
        <w:t>Чиє лице крізь морок чорний&lt;br /&gt;</w:t>
        <w:br/>
        <w:t>З'являлось між німих склепінь&lt;br /&gt;</w:t>
        <w:br/>
        <w:t>Непереможне, непоборне?&lt;br /&gt;</w:t>
        <w:br/>
        <w:t>Марії образ осяйний&lt;br /&gt;</w:t>
        <w:br/>
        <w:t>Я бачив чи палку Зарему&lt;br /&gt;</w:t>
        <w:br/>
        <w:t>В безмежній муці вогняній&lt;br /&gt;</w:t>
        <w:br/>
        <w:t>Серед безлюдного гарему?&lt;br /&gt;</w:t>
        <w:br/>
        <w:t>Таку ж я вроду, ще земну,&lt;br /&gt;</w:t>
        <w:br/>
        <w:t>І милий погляд пам'ятаю —&lt;br /&gt;</w:t>
        <w:br/>
        <w:t>До неї думу я сумну&lt;br /&gt;</w:t>
        <w:br/>
        <w:t>В вигнанні щоразу звертаю.&lt;br /&gt;</w:t>
        <w:br/>
        <w:t>Безумче! годі! перестань,&lt;br /&gt;</w:t>
        <w:br/>
        <w:t>Не оживляй свого страждання,&lt;br /&gt;</w:t>
        <w:br/>
        <w:t>Шаленим поривам кохання&lt;br /&gt;</w:t>
        <w:br/>
        <w:t>Ти заплатив достойну дань.&lt;br /&gt;</w:t>
        <w:br/>
        <w:t>Отямся; чи ще довго в муках&lt;br /&gt;</w:t>
        <w:br/>
        <w:t>Тобі кайдани цілувать&lt;br /&gt;</w:t>
        <w:br/>
        <w:t>І в ліри невстидливих звуках&lt;br /&gt;</w:t>
        <w:br/>
        <w:t>Своє безумство виливать?</w:t>
      </w:r>
    </w:p>
    <w:p>
      <w:r>
        <w:br/>
        <w:t>Прихильник муз, прихильник миру,&lt;br /&gt;</w:t>
        <w:br/>
        <w:t>Забувши й славу, і любов,&lt;br /&gt;</w:t>
        <w:br/>
        <w:t>О, скоро вас побачу знов,&lt;br /&gt;</w:t>
        <w:br/>
        <w:t>Веселі береги Салгіру!&lt;br /&gt;</w:t>
        <w:br/>
        <w:t>Прийду на схил приморських гір,&lt;br /&gt;</w:t>
        <w:br/>
        <w:t>Видіння згадуючи милі,&lt;br /&gt;</w:t>
        <w:br/>
        <w:t>І знов таврійські сині хвилі&lt;br /&gt;</w:t>
        <w:br/>
        <w:t>Мені утішать спраглий зір.&lt;br /&gt;</w:t>
        <w:br/>
        <w:t>Чудовий край, очей відрада!&lt;br /&gt;</w:t>
        <w:br/>
        <w:t>Все там живе: сади, ліси,&lt;br /&gt;</w:t>
        <w:br/>
        <w:t>Янтар і яхонт винограду,&lt;br /&gt;</w:t>
        <w:br/>
        <w:t>Долини, сповнені краси,&lt;br /&gt;</w:t>
        <w:br/>
        <w:t>Де оновитись серце раде;&lt;br /&gt;</w:t>
        <w:br/>
        <w:t>Все кличе мандрівця спочить,&lt;br /&gt;</w:t>
        <w:br/>
        <w:t>Коли між горами стрімкими,&lt;br /&gt;</w:t>
        <w:br/>
        <w:t>Над моря водами дзвінкими&lt;br /&gt;</w:t>
        <w:br/>
        <w:t>Навиклий кінь його біжить,&lt;br /&gt;</w:t>
        <w:br/>
        <w:t>І в серці покій та відвага,&lt;br /&gt;</w:t>
        <w:br/>
        <w:t>І хвиля зелено кипить&lt;br /&gt;</w:t>
        <w:br/>
        <w:t>Навкруг бескетів Аю-Дага...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Бахчисарайський фонтан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