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Байда</w:t>
      </w:r>
    </w:p>
    <w:p>
      <w:r>
        <w:br/>
        <w:t xml:space="preserve"> До великої покари&lt;br /&gt;</w:t>
        <w:br/>
        <w:t>На розпутті при дорозі&lt;br /&gt;</w:t>
        <w:br/>
        <w:t>Судять Байду яничари&lt;br /&gt;</w:t>
        <w:br/>
        <w:t>В Золотім Галатськім Розі.</w:t>
      </w:r>
    </w:p>
    <w:p>
      <w:r>
        <w:br/>
        <w:t>Суд скінчився.— Хлопці, гайда,—&lt;br /&gt;</w:t>
        <w:br/>
        <w:t>Мовив сам Султан турецький: —&lt;br /&gt;</w:t>
        <w:br/>
        <w:t>Люту смерть хай прийме Байда,&lt;br /&gt;</w:t>
        <w:br/>
        <w:t>Князь-отаман Вишневецький.</w:t>
      </w:r>
    </w:p>
    <w:p>
      <w:r>
        <w:br/>
        <w:t>Так скатуйте розбишаку,&lt;br /&gt;</w:t>
        <w:br/>
        <w:t>Щоб почула і забула&lt;br /&gt;</w:t>
        <w:br/>
        <w:t>Україна з переляку&lt;br /&gt;</w:t>
        <w:br/>
        <w:t>І дорогу до Стамбула.</w:t>
      </w:r>
    </w:p>
    <w:p>
      <w:r>
        <w:br/>
        <w:t>Хай почує вся отара&lt;br /&gt;</w:t>
        <w:br/>
        <w:t>Гайдамаків запорізьких,&lt;br /&gt;</w:t>
        <w:br/>
        <w:t>Що чекає й їх та кара&lt;br /&gt;</w:t>
        <w:br/>
        <w:t>На плацах золоторізьких!</w:t>
      </w:r>
    </w:p>
    <w:p>
      <w:r>
        <w:br/>
        <w:t>"Смерть йому!" — кати гукнули.&lt;br /&gt;</w:t>
        <w:br/>
        <w:t>Змовчав Байда перед горем,&lt;br /&gt;</w:t>
        <w:br/>
        <w:t>Тільки іскри промайнули&lt;br /&gt;</w:t>
        <w:br/>
        <w:t>В грізнім погляді суворім...</w:t>
      </w:r>
    </w:p>
    <w:p>
      <w:r>
        <w:br/>
        <w:t>Тут взяли його наскоком&lt;br /&gt;</w:t>
        <w:br/>
        <w:t>Яничари злісні й грізні&lt;br /&gt;</w:t>
        <w:br/>
        <w:t>Й почепили правим боком&lt;br /&gt;</w:t>
        <w:br/>
        <w:t>Та на гак товстий залізний.</w:t>
      </w:r>
    </w:p>
    <w:p>
      <w:r>
        <w:br/>
        <w:t>II</w:t>
      </w:r>
    </w:p>
    <w:p>
      <w:r>
        <w:br/>
        <w:t>— Гей, не гнись, могутня спино,&lt;br /&gt;</w:t>
        <w:br/>
        <w:t>Не зломись, моє ребро! —&lt;br /&gt;</w:t>
        <w:br/>
        <w:t>Ти прощай, прощай, Вкраїно,&lt;br /&gt;</w:t>
        <w:br/>
        <w:t>Ти прощай, старий Дніпро!</w:t>
      </w:r>
    </w:p>
    <w:p>
      <w:r>
        <w:br/>
        <w:t>Хай же турок не вчуває,&lt;br /&gt;</w:t>
        <w:br/>
        <w:t>Як терплю я муки й глум...—&lt;br /&gt;</w:t>
        <w:br/>
        <w:t>І старий козак співає,&lt;br /&gt;</w:t>
        <w:br/>
        <w:t>Розганяє біль і сум,</w:t>
      </w:r>
    </w:p>
    <w:p>
      <w:r>
        <w:br/>
        <w:t>Оддає він Богу дяку,&lt;br /&gt;</w:t>
        <w:br/>
        <w:t>Що досяг цього вінця,&lt;br /&gt;</w:t>
        <w:br/>
        <w:t>Що не знав ніколи ляку&lt;br /&gt;</w:t>
        <w:br/>
        <w:t>За Вкраїну до кінця.</w:t>
      </w:r>
    </w:p>
    <w:p>
      <w:r>
        <w:br/>
        <w:t>До його тут кат нагнувся,&lt;br /&gt;</w:t>
        <w:br/>
        <w:t>Щоб надати більше мук,&lt;br /&gt;</w:t>
        <w:br/>
        <w:t>Байда хутко стріпонувся,&lt;br /&gt;</w:t>
        <w:br/>
        <w:t>І вхопив од турка лук,</w:t>
      </w:r>
    </w:p>
    <w:p>
      <w:r>
        <w:br/>
        <w:t>І тремтячими руками&lt;br /&gt;</w:t>
        <w:br/>
        <w:t>У Султана навдалу&lt;br /&gt;</w:t>
        <w:br/>
        <w:t>Понад злісними катами&lt;br /&gt;</w:t>
        <w:br/>
        <w:t>Він пустив свою стрілу.</w:t>
      </w:r>
    </w:p>
    <w:p>
      <w:r>
        <w:br/>
        <w:t>Та пропав задармо замах,&lt;br /&gt;</w:t>
        <w:br/>
        <w:t>Бо в очах маріла мла&lt;br /&gt;</w:t>
        <w:br/>
        <w:t>І в руках в кривавих плямах&lt;br /&gt;</w:t>
        <w:br/>
        <w:t>Поковзнулася стріла!..</w:t>
      </w:r>
    </w:p>
    <w:p>
      <w:r>
        <w:br/>
        <w:t>Через три дні він скінчився,&lt;br /&gt;</w:t>
        <w:br/>
        <w:t>Як дійшов до серця крюк,&lt;br /&gt;</w:t>
        <w:br/>
        <w:t>Та терплячим залишився&lt;br /&gt;</w:t>
        <w:br/>
        <w:t>Аж до смерті серед мук.</w:t>
      </w:r>
    </w:p>
    <w:p>
      <w:r>
        <w:br/>
        <w:t>А як турки прибирали&lt;br /&gt;</w:t>
        <w:br/>
        <w:t>В яму з крюка мертвяка,&lt;br /&gt;</w:t>
        <w:br/>
        <w:t>В ту сторінку позирали,&lt;br /&gt;</w:t>
        <w:br/>
        <w:t>Що вродила козака.</w:t>
      </w:r>
    </w:p>
    <w:p>
      <w:r>
        <w:br/>
        <w:t>1909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Байда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