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Багаж</w:t>
      </w:r>
    </w:p>
    <w:p>
      <w:r>
        <w:br/>
        <w:t xml:space="preserve"> Переклад українською — Ольга Калина</w:t>
      </w:r>
    </w:p>
    <w:p>
      <w:r>
        <w:br/>
        <w:t>Казка.укр — дитячі книги з малюнками&lt;br /&gt;</w:t>
        <w:br/>
        <w:t>українською мовою онлайн&lt;br /&gt;</w:t>
        <w:br/>
        <w:t>Самуїл Маршак&lt;br /&gt;</w:t>
        <w:br/>
        <w:t>Багаж</w:t>
      </w:r>
    </w:p>
    <w:p>
      <w:r>
        <w:br/>
        <w:t>Малюнки В.Лебедева&lt;br /&gt;</w:t>
        <w:br/>
        <w:t>Переклад українською — Olga Kalina</w:t>
      </w:r>
    </w:p>
    <w:p>
      <w:r>
        <w:br/>
        <w:t>Пані здавала в багаж&lt;br /&gt;</w:t>
        <w:br/>
        <w:t>Валізу, диван, саквояж,&lt;br /&gt;</w:t>
        <w:br/>
        <w:t>Картинку, торбинку, авоську&lt;br /&gt;</w:t>
        <w:br/>
        <w:t>Й маленького песика Моську.</w:t>
      </w:r>
    </w:p>
    <w:p>
      <w:r>
        <w:br/>
        <w:t>Видали пані на станції&lt;br /&gt;</w:t>
        <w:br/>
        <w:t>Чотири зелені квитанції&lt;br /&gt;</w:t>
        <w:br/>
        <w:t>Про те, що узяли в багаж&lt;br /&gt;</w:t>
        <w:br/>
        <w:t>Валізу, диван, саквояж,&lt;br /&gt;</w:t>
        <w:br/>
        <w:t>Картинку, торбинку, авоську&lt;br /&gt;</w:t>
        <w:br/>
        <w:t>Й маленького песика Моську.</w:t>
      </w:r>
    </w:p>
    <w:p>
      <w:r>
        <w:br/>
        <w:t>Речі везуть на перон,&lt;br /&gt;</w:t>
        <w:br/>
        <w:t>Кладуть у відкритий вагон.&lt;br /&gt;</w:t>
        <w:br/>
        <w:t>Готово. Уклали багаж&lt;br /&gt;</w:t>
        <w:br/>
        <w:t>Валізу, диван, саквояж,&lt;br /&gt;</w:t>
        <w:br/>
        <w:t>Картинку, торбинку, авоську&lt;br /&gt;</w:t>
        <w:br/>
        <w:t>Й маленького песика Моську.</w:t>
      </w:r>
    </w:p>
    <w:p>
      <w:r>
        <w:br/>
        <w:t>Та лиш озирнувся візник,&lt;br /&gt;</w:t>
        <w:br/>
        <w:t>Як песик з вагона утік.&lt;br /&gt;</w:t>
        <w:br/>
        <w:t>На станції Дно зрозуміли,&lt;br /&gt;</w:t>
        <w:br/>
        <w:t>Що місце одне загубили.&lt;br /&gt;</w:t>
        <w:br/>
        <w:t>Швиденько рахують багаж:&lt;br /&gt;</w:t>
        <w:br/>
        <w:t>– Валіза, диван, саквояж,&lt;br /&gt;</w:t>
        <w:br/>
        <w:t>Картинка, торбинка, авоська...&lt;br /&gt;</w:t>
        <w:br/>
        <w:t>Немає маленького Моськи!</w:t>
      </w:r>
    </w:p>
    <w:p>
      <w:r>
        <w:br/>
        <w:t>Тут бачать, що біля коліс&lt;br /&gt;</w:t>
        <w:br/>
        <w:t>Собака, з телятко на зріст.&lt;br /&gt;</w:t>
        <w:br/>
        <w:t>Спіймали його – і в багаж,&lt;br /&gt;</w:t>
        <w:br/>
        <w:t>Туди, де лежав саквояж,&lt;br /&gt;</w:t>
        <w:br/>
        <w:t>Картинка, торбинка, авоська,&lt;br /&gt;</w:t>
        <w:br/>
        <w:t>Де мав би знаходитись Моська.</w:t>
      </w:r>
    </w:p>
    <w:p>
      <w:r>
        <w:br/>
        <w:t>Приїхали в місто Житомир.&lt;br /&gt;</w:t>
        <w:br/>
        <w:t>Носій, дев'ятнадцятий номер,&lt;br /&gt;</w:t>
        <w:br/>
        <w:t>Візком перевозить багаж:&lt;br /&gt;</w:t>
        <w:br/>
        <w:t>Валізу, диван, саквояж,&lt;br /&gt;</w:t>
        <w:br/>
        <w:t>Картинку, торбинку, авоську.&lt;br /&gt;</w:t>
        <w:br/>
        <w:t>А ззаду ведуть нашу Моську.</w:t>
      </w:r>
    </w:p>
    <w:p>
      <w:r>
        <w:br/>
        <w:t>Собака тут як загарчить!&lt;br /&gt;</w:t>
        <w:br/>
        <w:t>А пані-то як закричить:&lt;br /&gt;</w:t>
        <w:br/>
        <w:t>Розбійники! Таті! Злодюги!&lt;br /&gt;</w:t>
        <w:br/>
        <w:t>Порода не та в собацюги!&lt;br /&gt;</w:t>
        <w:br/>
        <w:t>Жбурнула вона саквояж,&lt;br /&gt;</w:t>
        <w:br/>
        <w:t>Ногою штовхнула багаж:&lt;br /&gt;</w:t>
        <w:br/>
        <w:t>Картинку, торбинку, авоську.&lt;br /&gt;</w:t>
        <w:br/>
        <w:t>– Віддайте мені мого Моську!</w:t>
      </w:r>
    </w:p>
    <w:p>
      <w:r>
        <w:br/>
        <w:t>Стривайте, мамашо, на станції,&lt;br /&gt;</w:t>
        <w:br/>
        <w:t>Багажної згідно квитанції,&lt;br /&gt;</w:t>
        <w:br/>
        <w:t>Від Вас ми узяли багаж:&lt;br /&gt;</w:t>
        <w:br/>
        <w:t>Валізу, диван, саквояж,&lt;br /&gt;</w:t>
        <w:br/>
        <w:t>Картинку, торбинку, авоську&lt;br /&gt;</w:t>
        <w:br/>
        <w:t>Й маленького песика Моську.</w:t>
      </w:r>
    </w:p>
    <w:p>
      <w:r>
        <w:br/>
        <w:t>Та потягу довго іти,&lt;br /&gt;</w:t>
        <w:br/>
        <w:t>Собака Ваш міг підрости!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Багаж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