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журливих пісень ми співали...</w:t>
      </w:r>
    </w:p>
    <w:p>
      <w:r>
        <w:br/>
        <w:t xml:space="preserve"> * * *</w:t>
      </w:r>
    </w:p>
    <w:p>
      <w:r>
        <w:br/>
        <w:t>Багато журливих пісень ми співали,&lt;br /&gt;</w:t>
        <w:br/>
        <w:t>Бо змалку ті пісні над нами лунали...&lt;br /&gt;</w:t>
        <w:br/>
        <w:t>Не пісні — то стогін усюди ходив&lt;br /&gt;</w:t>
        <w:br/>
        <w:t>І полум'ям душу пекельним палив.</w:t>
      </w:r>
    </w:p>
    <w:p>
      <w:r>
        <w:br/>
        <w:t>Багато пекучих ми сліз проливали,&lt;br /&gt;</w:t>
        <w:br/>
        <w:t>Отрутою в серце вони западали...&lt;br /&gt;</w:t>
        <w:br/>
        <w:t>Не сльози — то камінь на серці осів&lt;br /&gt;</w:t>
        <w:br/>
        <w:t>І, біднеє, тяжко, могутньо давив.</w:t>
      </w:r>
    </w:p>
    <w:p>
      <w:r>
        <w:br/>
        <w:t>Багато і щиро ми всі працювали:&lt;br /&gt;</w:t>
        <w:br/>
        <w:t>На руки, на ноги кайдани кували...&lt;br /&gt;</w:t>
        <w:br/>
        <w:t>Невже ж ти, о Боже, уваги не звів&lt;br /&gt;</w:t>
        <w:br/>
        <w:t>На працю, на сльози, на сумний наш спів?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журливих пісень ми співали...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