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Бабуся і внучка</w:t>
      </w:r>
    </w:p>
    <w:p>
      <w:r>
        <w:br/>
        <w:t xml:space="preserve"> Бабуся старесенька —&lt;br /&gt;</w:t>
        <w:br/>
        <w:t>Пенсіонерка.&lt;br /&gt;</w:t>
        <w:br/>
        <w:t>А внучка Наташа — уже піонерка.&lt;br /&gt;</w:t>
        <w:br/>
        <w:t>Навчається добре бабусина внучка.&lt;br /&gt;</w:t>
        <w:br/>
        <w:t>Погано лиш те, що росте — білоручка&lt;br /&gt;</w:t>
        <w:br/>
        <w:t>На зборах загону сказала вожата:&lt;br /&gt;</w:t>
        <w:br/>
        <w:t>—Давайте-но квітів наробим до свята! —&lt;br /&gt;</w:t>
        <w:br/>
        <w:t>Наташа приходить додому з загону&lt;br /&gt;</w:t>
        <w:br/>
        <w:t>І просить ласкаво бабусю Мотрону:&lt;br /&gt;</w:t>
        <w:br/>
        <w:t>— Зробіть!.. Я на свято в вінок приберуся!.. —&lt;br /&gt;</w:t>
        <w:br/>
        <w:t>Два дні те вбрання готувала бабуся.&lt;br /&gt;</w:t>
        <w:br/>
        <w:t>Наташа стрибала, раділа від того:&lt;br /&gt;</w:t>
        <w:br/>
        <w:t>— Не буде ні в кого віночка такого! —&lt;br /&gt;</w:t>
        <w:br/>
        <w:t>Приміряла ще раз і стала казати:&lt;br /&gt;</w:t>
        <w:br/>
        <w:t>— Уже й занесіть ви — я ж можу зім'яти! —&lt;br /&gt;</w:t>
        <w:br/>
        <w:t>Мандрує до школи бабуся за внучку,&lt;br /&gt;</w:t>
        <w:br/>
        <w:t>Несе той віночок — квітчасту каблучку.&lt;br /&gt;</w:t>
        <w:br/>
        <w:t>Аж ось і вона, піонерська кімната.&lt;br /&gt;</w:t>
        <w:br/>
        <w:t>Стрічає бабусю весела вожата:&lt;br /&gt;</w:t>
        <w:br/>
        <w:t>— Спасибі!&lt;br /&gt;</w:t>
        <w:br/>
        <w:t>Для кого ж ця старанність ваша?&lt;br /&gt;</w:t>
        <w:br/>
        <w:t>— Та тут же у вас&lt;br /&gt;</w:t>
        <w:br/>
        <w:t>Моя внучка Наташа!..—&lt;br /&gt;</w:t>
        <w:br/>
        <w:t>Спочатку замислилась трохи вожата:&lt;br /&gt;</w:t>
        <w:br/>
        <w:t>"Кому ж записать цю роботу до свята?"&lt;br /&gt;</w:t>
        <w:br/>
        <w:t>Взяла й записала в журналі загону&lt;br /&gt;</w:t>
        <w:br/>
        <w:t>Не внучку Наташу —&lt;br /&gt;</w:t>
        <w:br/>
        <w:t>Бабусю Мотрону!&lt;br /&gt;</w:t>
        <w:br/>
        <w:t>А потім загін виніс дружну ухвалу —&lt;br /&gt;</w:t>
        <w:br/>
        <w:t>Збирати і зносить уламки металу:&lt;br /&gt;</w:t>
        <w:br/>
        <w:t>— Поможем державі виконувать плани.&lt;br /&gt;</w:t>
        <w:br/>
        <w:t>Хто більше збере — тих на Дошку пошани! —&lt;br /&gt;</w:t>
        <w:br/>
        <w:t>Наташа приходить додому із школи&lt;br /&gt;</w:t>
        <w:br/>
        <w:t>І просить стареньку, аж смиче за поли:&lt;br /&gt;</w:t>
        <w:br/>
        <w:t>— Не лайтесь, бабусю, що я вас морочу,&lt;br /&gt;</w:t>
        <w:br/>
        <w:t>Зберіть!.. Бо на Дошку пошани я хочу! —&lt;br /&gt;</w:t>
        <w:br/>
        <w:t>Ну, як не підтримати&lt;br /&gt;</w:t>
        <w:br/>
        <w:t>Внучку єдину?&lt;br /&gt;</w:t>
        <w:br/>
        <w:t>Збирає бабуся метал у торбину.&lt;br /&gt;</w:t>
        <w:br/>
        <w:t>В дворі, по канавах — шукає повсюду.&lt;br /&gt;</w:t>
        <w:br/>
        <w:t>Наташа радіє:&lt;br /&gt;</w:t>
        <w:br/>
        <w:t>"Я першою буду!"&lt;br /&gt;</w:t>
        <w:br/>
        <w:t>На п'ять кілограмів зібралася ноша:&lt;br /&gt;</w:t>
        <w:br/>
        <w:t>— Уже й занесіть ви, бабусю хороша! —&lt;br /&gt;</w:t>
        <w:br/>
        <w:t>...Ось знову вона, піонерська кімната.&lt;br /&gt;</w:t>
        <w:br/>
        <w:t>Несуть залізяччя дівчатка, хлоп'ята...&lt;br /&gt;</w:t>
        <w:br/>
        <w:t>Зустріла вожата бабусю привітно,&lt;br /&gt;</w:t>
        <w:br/>
        <w:t>Та тільки чомусь схвилювалась помітно:&lt;br /&gt;</w:t>
        <w:br/>
        <w:t>— Навіщо роботу виконувать нашу?&lt;br /&gt;</w:t>
        <w:br/>
        <w:t>— Та це ж я за неї,&lt;br /&gt;</w:t>
        <w:br/>
        <w:t>За внучку Наташу!..—&lt;br /&gt;</w:t>
        <w:br/>
        <w:t>У список найкращих по збору металу&lt;br /&gt;</w:t>
        <w:br/>
        <w:t>Вожата бабусю&lt;br /&gt;</w:t>
        <w:br/>
        <w:t>Внесла до журналу.&lt;br /&gt;</w:t>
        <w:br/>
        <w:t>А ще через тиждень Наташа із школи&lt;br /&gt;</w:t>
        <w:br/>
        <w:t>Прибігла додому з плачем, як ніколи.&lt;br /&gt;</w:t>
        <w:br/>
        <w:t>Питає в сльозах, аж марніє і в'яне,&lt;br /&gt;</w:t>
        <w:br/>
        <w:t>Чому це... бабуся на Дошці пошани?&lt;br /&gt;</w:t>
        <w:br/>
        <w:t>Чому не вона?..&lt;br /&gt;</w:t>
        <w:br/>
        <w:t>Це бабусю Мотрону&lt;br /&gt;</w:t>
        <w:br/>
        <w:t>Примусило йти того ж дня до загону.&lt;br /&gt;</w:t>
        <w:br/>
        <w:t>Шанують її — в тім і радість і горе!&lt;br /&gt;</w:t>
        <w:br/>
        <w:t>Приходить до школи,&lt;br /&gt;</w:t>
        <w:br/>
        <w:t>Прямує на збори:&lt;br /&gt;</w:t>
        <w:br/>
        <w:t>— Та як же це так? І для чого ці штучки&lt;br /&gt;</w:t>
        <w:br/>
        <w:t>Чому ви й за що не шануєте внучки? —&lt;br /&gt;</w:t>
        <w:br/>
        <w:t>Скінчила і сіла,&lt;br /&gt;</w:t>
        <w:br/>
        <w:t>Сердита й завзята...&lt;br /&gt;</w:t>
        <w:br/>
        <w:t>Вклонилася їй і сказала вожата:&lt;br /&gt;</w:t>
        <w:br/>
        <w:t>— Спасибі, бабусю, за все, що зробили.&lt;br /&gt;</w:t>
        <w:br/>
        <w:t>Та просимо вас, бережіть свої сили.&lt;br /&gt;</w:t>
        <w:br/>
        <w:t>Роботу сама хай виконує внучка,&lt;br /&gt;</w:t>
        <w:br/>
        <w:t>Не панькайте так, бо зросте білоручка.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Бабуся і внучка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