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Баба Ониська і четверо її чоловіків</w:t>
      </w:r>
    </w:p>
    <w:p>
      <w:r>
        <w:br/>
        <w:t xml:space="preserve"> &lt;p&gt;Є на одному з сільських кладовищ, що не перетворилися на уособлення людської гордині, де пам'ятник вивершується над пам'ятником, де камінь душить камінь, де на кожному кроці так і кричить пиховите: "Я!.. Я!.. Я!.."</w:t>
      </w:r>
    </w:p>
    <w:p>
      <w:r>
        <w:br/>
        <w:t>Є на одному з сільських кладовищ, по-домашньому привітному й затишному, де спочивають і очі, й душа, де влягаються пристрасті, що терзають людину впродовж її життя окаянного... Є на кладовищі оцьому, де навіть вітер-розбійник, налетівши із степу, втихомирено крила складає, а птахи співають упівголоса... Дак на кладовищі оцьому є чотири могили, одна старша другої, але всі доглянуті так, наче в них лежать щойно поховані: і травичка акуратно прополена, й свіжі квіти насаджені, й пісочком доріжки посипані, й рушниками біленькими хрести всі пов'язані... Вони, оті чотири могили, так рядочком і горбляться, розмовляючи між собою тихо та мирно, а позаду приліпилися ще дві могилки. Ці зовсім манюсінькі, наче діти їх насипали, граючись, діти там і лежать, що в один день народилися, в один і загинули, і двох рочків не проживши на світі.</w:t>
      </w:r>
    </w:p>
    <w:p>
      <w:r>
        <w:br/>
        <w:t>Попереду ж — ще одне місце. Чекає на бабу Ониську, яка й ляже там, упокоївшись...</w:t>
      </w:r>
    </w:p>
    <w:p>
      <w:r>
        <w:br/>
        <w:t>І тоді вони всі ключем журавлиним злинуть до неба та й полетять — полетять до Господа-Бога, який у свій час їх і покликав з цього світу юдолі та сліз.</w:t>
      </w:r>
    </w:p>
    <w:p>
      <w:r>
        <w:br/>
        <w:t>Але їм, могилам отим, треба набратись терпіння: баба Ониська ще мотається світом, бо не виробила всіх трудоднів, ще з колиски присуджених нещадною владою, хоч тими трудоднями пустопорожніми наче вже і не пахло, але робота є роботою, клопоти-клопотами: обсідають щоденно з раннього ранку до пізнього вечора.</w:t>
      </w:r>
    </w:p>
    <w:p>
      <w:r>
        <w:br/>
        <w:t>— Вмирать — день терять, — каже баба Ониська.</w:t>
      </w:r>
    </w:p>
    <w:p>
      <w:r>
        <w:br/>
        <w:t>— І померти не дадуть, — каже баба Ониська.</w:t>
      </w:r>
    </w:p>
    <w:p>
      <w:r>
        <w:br/>
        <w:t>Так що чоловіки її, а заодно й дітки хай ще пождуть-почекають, доки баба Ониська до останньої краплиночки виробиться і тоді лиш складе руки на грудях усохлих і тихенько, щоб не завдавать клопоту іншим, віддасть Богові душу.</w:t>
      </w:r>
    </w:p>
    <w:p>
      <w:r>
        <w:br/>
        <w:t>Тож доки баба Ониська ще мотається світом, я покваплюся розповісти про її чоловіків, бо хто ж мені, окрім неї, розкаже: які вони були, як з Ониською жили-поживали...</w:t>
      </w:r>
    </w:p>
    <w:p>
      <w:r>
        <w:br/>
        <w:t>ПЕТРО</w:t>
      </w:r>
    </w:p>
    <w:p>
      <w:r>
        <w:br/>
        <w:t>Чи думала вона, чи гадала отак рано заміж вискакувати?</w:t>
      </w:r>
    </w:p>
    <w:p>
      <w:r>
        <w:br/>
        <w:t>Та й хто сказав: "Рано"?</w:t>
      </w:r>
    </w:p>
    <w:p>
      <w:r>
        <w:br/>
        <w:t>Хто це сказав, коли дівка — як грім, дівка — як вихор — чи на городі, чи в полі? Коли не вона од роботи, а робота од неї піт утирає? Коли її ще в колисці не так рідна мати, як та ж робота гойдала? Коли робота, ледь переступивши поріг, замертво падала в ліжко, а вона бігла на вулицю та й витанцьовувала до самого ранку? Коли в неї аж жижки трусилися: "Заміж!"</w:t>
      </w:r>
    </w:p>
    <w:p>
      <w:r>
        <w:br/>
        <w:t>Так хто сказав: "Рано"?</w:t>
      </w:r>
    </w:p>
    <w:p>
      <w:r>
        <w:br/>
        <w:t>А Петро? Петро про що думав? Її одноліток. Який іще й першої пари штанів не зносив. Парубоцьких вусиків не завів. Ще й голос ламавсь, як у півника...</w:t>
      </w:r>
    </w:p>
    <w:p>
      <w:r>
        <w:br/>
        <w:t>Петро про що думав?</w:t>
      </w:r>
    </w:p>
    <w:p>
      <w:r>
        <w:br/>
        <w:t>А про те ж, що й Ониська!</w:t>
      </w:r>
    </w:p>
    <w:p>
      <w:r>
        <w:br/>
        <w:t>І хоч "женили" обох легкі на розправу батьки: її черезсідельником, його вишневим пужалном, що його на свою біду Петро й вирізав, — все одно в один голос про весілля співали. Та покваптесь, бо в отій книзі, що в сільраді лежить, от-от і місця для них не залишиться!</w:t>
      </w:r>
    </w:p>
    <w:p>
      <w:r>
        <w:br/>
        <w:t>Плюнули батьки та придурків і поженили. Ще й (багатенькі були) звели їм хатину. І поля нарізали, і корову, і пару волів: хазяйнуйте, коли вам так припекло!</w:t>
      </w:r>
    </w:p>
    <w:p>
      <w:r>
        <w:br/>
        <w:t>А вони й нахазяйнуватись не встигли — колективізація.</w:t>
      </w:r>
    </w:p>
    <w:p>
      <w:r>
        <w:br/>
        <w:t>Оте "гуртове — чортове", що й у сні найлихішому не могло їм наснитися. Коли все із дворів червона мітла вимітала, — хіба що котів та собак усуспільнить лишилося.</w:t>
      </w:r>
    </w:p>
    <w:p>
      <w:r>
        <w:br/>
        <w:t>Батьків, які найбільш опиралися, розкуркулили та до Сибіру і потарабанили. А їх, молодих, пожаліли. Хазяйнуйте в колгоспі, трудодні заробляйте!</w:t>
      </w:r>
    </w:p>
    <w:p>
      <w:r>
        <w:br/>
        <w:t>Трудодень, трудодень,</w:t>
      </w:r>
    </w:p>
    <w:p>
      <w:r>
        <w:br/>
        <w:t>Дай, владо, хліба хоч на день!</w:t>
      </w:r>
    </w:p>
    <w:p>
      <w:r>
        <w:br/>
        <w:t>А тут тридцять другий... А тут тридцять третій...</w:t>
      </w:r>
    </w:p>
    <w:p>
      <w:r>
        <w:br/>
        <w:t>Краще й не згадувати.</w:t>
      </w:r>
    </w:p>
    <w:p>
      <w:r>
        <w:br/>
        <w:t>Та як не згадаєш, коли осьо, на кладовищі під боком, могили ячать?</w:t>
      </w:r>
    </w:p>
    <w:p>
      <w:r>
        <w:br/>
        <w:t>Петро перший не витримав. Петро першим ліг до могили. Опух од голоду — в домовину не влазив. Так мертвою водою перед смерил налилося обличчя, що й очей не знайти. Ворушив вустами набряклими, як дитина хліба просив. Хоч крихітку. Затис би в губах та з присмаком хліба на той світ і пішов би...</w:t>
      </w:r>
    </w:p>
    <w:p>
      <w:r>
        <w:br/>
        <w:t>Довго лежав під ледь приплесканим горбиком. Без хреста. Лісу і іе вистачило б — хрести над усіма могилами ставити!</w:t>
      </w:r>
    </w:p>
    <w:p>
      <w:r>
        <w:br/>
        <w:t>Ну, а діти?.. Двійко дітей, хлопчик та дівчинка, які в один час і народилися, ненадовго й пережили свого молоденького тата. Не померли своєю, голодною, смертю — сусідка із'їла. Заманила до хати та й порізала.</w:t>
      </w:r>
    </w:p>
    <w:p>
      <w:r>
        <w:br/>
        <w:t>Ониська лиш кісточки позбирала обгризені. Коли сусідку забрала міліція. Реберце до реберця, гомілочку до гомілочки: це — Ганнусина, це — Василькова... Ні, це — Василькова...</w:t>
      </w:r>
    </w:p>
    <w:p>
      <w:r>
        <w:br/>
        <w:t>Глянути збоку: збожеволіла жіночка. Кісточками дітей своїх грається. З гробика в гробик перекладає.</w:t>
      </w:r>
    </w:p>
    <w:p>
      <w:r>
        <w:br/>
        <w:t>Ледь одірвали Ониську од гробиків.</w:t>
      </w:r>
    </w:p>
    <w:p>
      <w:r>
        <w:br/>
        <w:t>"Бог розбереться, дитино... Бог порахує..."</w:t>
      </w:r>
    </w:p>
    <w:p>
      <w:r>
        <w:br/>
        <w:t>У той рік тридцять третій люди, які од голоду пухли, прикипали серцями до Бога. До єдиної втіхи, що лишилась на цьому світі страшному. Надії останньої.</w:t>
      </w:r>
    </w:p>
    <w:p>
      <w:r>
        <w:br/>
        <w:t>Сповзалися до обезглавлених храмів і там помирали. Землю трупом вкривали. Щоранку звозили гарбами до братських могил, до ям онімілих, а вони наповзали та й наповзали: мов з усього світу сповзалися.</w:t>
      </w:r>
    </w:p>
    <w:p>
      <w:r>
        <w:br/>
        <w:t>Ониська теж отак поповзла б, коли б настала її година остання. Онисьці теж не лишилося на цьому світі нічого, окрім гарячої віри у Бога. У те, що на тім світі вона припаде до Петра, пригорне до серця Василька та Ганнусю.</w:t>
      </w:r>
    </w:p>
    <w:p>
      <w:r>
        <w:br/>
        <w:t>Ониську тільки віра у Бога на цім світі й тримала.</w:t>
      </w:r>
    </w:p>
    <w:p>
      <w:r>
        <w:br/>
        <w:t>МИКОЛА</w:t>
      </w:r>
    </w:p>
    <w:p>
      <w:r>
        <w:br/>
        <w:t>З другим своїм чоловіком, Миколою, Ониська не прожила і півроку. Люди про нього казали, що він не при своєму, чи наврочений, чи з-за вутла дурним мішком прибитий.</w:t>
      </w:r>
    </w:p>
    <w:p>
      <w:r>
        <w:br/>
        <w:t>Усе правди дошуковувався. Усе ставив під сумнів.</w:t>
      </w:r>
    </w:p>
    <w:p>
      <w:r>
        <w:br/>
        <w:t>Ще в п'ятому класі учителька, яка викладала історію, розповіла, як тяжко людям жилось за кріпаччини.</w:t>
      </w:r>
    </w:p>
    <w:p>
      <w:r>
        <w:br/>
        <w:t>— Ви навіть уявити не можете, як бідували ваші пращури, — патетично вигукувала.— 3 п'яти нажатих снопів чотири оддавали панові, а один лишали собі.</w:t>
      </w:r>
    </w:p>
    <w:p>
      <w:r>
        <w:br/>
        <w:t>Микола і тут вирішив перевірити, як саме бідували люди за панщини. Уже вдома сів до столу та й став рахувати.</w:t>
      </w:r>
    </w:p>
    <w:p>
      <w:r>
        <w:br/>
        <w:t>Отже, сніп. Скільки зерна з снопа намолочують?</w:t>
      </w:r>
    </w:p>
    <w:p>
      <w:r>
        <w:br/>
        <w:t>Та не менш кілограма.</w:t>
      </w:r>
    </w:p>
    <w:p>
      <w:r>
        <w:br/>
        <w:t>— Мамо, а скільки в день снопів нажинали?</w:t>
      </w:r>
    </w:p>
    <w:p>
      <w:r>
        <w:br/>
        <w:t>— За день?.. Та якщо попотіти, то й п'ять кіп.</w:t>
      </w:r>
    </w:p>
    <w:p>
      <w:r>
        <w:br/>
        <w:t>— А в копі скільки снопів?</w:t>
      </w:r>
    </w:p>
    <w:p>
      <w:r>
        <w:br/>
        <w:t>— У копі?.. Дай Бог пам'яті... Снопів, мабуть, сорок...</w:t>
      </w:r>
    </w:p>
    <w:p>
      <w:r>
        <w:br/>
        <w:t>Отже, сорок на п'ять, то й виходить двісті снопів. Поділити на п'ять: сорок кілограмів зерна.</w:t>
      </w:r>
    </w:p>
    <w:p>
      <w:r>
        <w:br/>
        <w:t>— А скільки вам на трудодень цього року дали?</w:t>
      </w:r>
    </w:p>
    <w:p>
      <w:r>
        <w:br/>
        <w:t>— По півкіло, дай Бог пам'яті.</w:t>
      </w:r>
    </w:p>
    <w:p>
      <w:r>
        <w:br/>
        <w:t>— А на панщині по сорок кілограмів на трудодень випадало!</w:t>
      </w:r>
    </w:p>
    <w:p>
      <w:r>
        <w:br/>
        <w:t>— Е-е, синку, не дожить нам до панщини, — зажурилася мати.</w:t>
      </w:r>
    </w:p>
    <w:p>
      <w:r>
        <w:br/>
        <w:t>Ішов до школи Микола — діливсь новиною із стрічними:</w:t>
      </w:r>
    </w:p>
    <w:p>
      <w:r>
        <w:br/>
        <w:t>— А ви знаєте, скільки заробляли люди хліба за панщини? По два з половиною пуди!</w:t>
      </w:r>
    </w:p>
    <w:p>
      <w:r>
        <w:br/>
        <w:t>— Ну-у... А де це ти вичитав?</w:t>
      </w:r>
    </w:p>
    <w:p>
      <w:r>
        <w:br/>
        <w:t>— Учителька сказала.</w:t>
      </w:r>
    </w:p>
    <w:p>
      <w:r>
        <w:br/>
        <w:t>Показав і учительці.</w:t>
      </w:r>
    </w:p>
    <w:p>
      <w:r>
        <w:br/>
        <w:t>Учительку, розказують, відливали водою. А Миколу довго дражнили "п'ятим снопом".</w:t>
      </w:r>
    </w:p>
    <w:p>
      <w:r>
        <w:br/>
        <w:t>Ну, а далі — гірше. І те не так, і те не по правді. Все боліло, все душу пекло. Став писати листи. Та не будь-кому — Сталінові. "От приїдьте до нас та розберіться, хто нами керує. Бандит на бандитові, злодій на злодієві. Останню шкіру здирають з колгоспника".</w:t>
      </w:r>
    </w:p>
    <w:p>
      <w:r>
        <w:br/>
        <w:t>Сталін читав не читав, усі листи назад відфутболював. Тим же бандитам-злодюгам. Що давно на Миколу зуби гострили. "Правду шукаєш? Ми тобі покажемо правду!"</w:t>
      </w:r>
    </w:p>
    <w:p>
      <w:r>
        <w:br/>
        <w:t>У тридцять сьомому, коли судили троцькістів-бухарінців та шкідників-диверсантів, пов'язали й Миколу.</w:t>
      </w:r>
    </w:p>
    <w:p>
      <w:r>
        <w:br/>
        <w:t>У колгоспі стодола серед ночі згоріла: все зерно в попіл пішло. Набігло з району: шукати диверсанта-троцькіста,— і все начальство сільське, усе до одного дружно ткнуло пальцем у Миколу.</w:t>
      </w:r>
    </w:p>
    <w:p>
      <w:r>
        <w:br/>
        <w:t>І судили Миколу, і присудили до смертної кари.</w:t>
      </w:r>
    </w:p>
    <w:p>
      <w:r>
        <w:br/>
        <w:t>Аж в область Ониська достукувалась: тіло забрати та поховати по-християнському. Не віддали:</w:t>
      </w:r>
    </w:p>
    <w:p>
      <w:r>
        <w:br/>
        <w:t>— Єму і в нас хорошо лежать.</w:t>
      </w:r>
    </w:p>
    <w:p>
      <w:r>
        <w:br/>
        <w:t>І насипала Ониська поряд з могилою Петра ще один горбик. Поставила хрест, написала на ньому, що лежить тут убієнний раб божий Микола, мир праху його...</w:t>
      </w:r>
    </w:p>
    <w:p>
      <w:r>
        <w:br/>
        <w:t>— Вам хоч сказали, за що його розстріляли? — запитав я бабу Ониську, коли вона вперше привела мене на кладовище.</w:t>
      </w:r>
    </w:p>
    <w:p>
      <w:r>
        <w:br/>
        <w:t>— Сказали, як не сказати... Що був таксістом...</w:t>
      </w:r>
    </w:p>
    <w:p>
      <w:r>
        <w:br/>
        <w:t>— Таксістом?</w:t>
      </w:r>
    </w:p>
    <w:p>
      <w:r>
        <w:br/>
        <w:t>— Таксістом, таксістом...</w:t>
      </w:r>
    </w:p>
    <w:p>
      <w:r>
        <w:br/>
        <w:t>Господи, аж тепер я утямив, чому бабу Ониську прозвали "таксісткою".</w:t>
      </w:r>
    </w:p>
    <w:p>
      <w:r>
        <w:br/>
        <w:t>ВАСИЛЬ</w:t>
      </w:r>
    </w:p>
    <w:p>
      <w:r>
        <w:br/>
        <w:t>Цей був найвеселіший. Завжди усміхався, щоб там не скоїлось.</w:t>
      </w:r>
    </w:p>
    <w:p>
      <w:r>
        <w:br/>
        <w:t>— Та не журися, жінко, бо й очі виплачеш!</w:t>
      </w:r>
    </w:p>
    <w:p>
      <w:r>
        <w:br/>
        <w:t>Або:</w:t>
      </w:r>
    </w:p>
    <w:p>
      <w:r>
        <w:br/>
        <w:t>— Хіба не горе!.. Не бачила ти смаленого вовка!..</w:t>
      </w:r>
    </w:p>
    <w:p>
      <w:r>
        <w:br/>
        <w:t>Легко жилося Онисьці з веселим оцим чоловіком. Будь-яку сварку в жарт переводив.</w:t>
      </w:r>
    </w:p>
    <w:p>
      <w:r>
        <w:br/>
        <w:t>І з цим, наче наврочило, не прожила і півроку. І дитинки не встигла завести.</w:t>
      </w:r>
    </w:p>
    <w:p>
      <w:r>
        <w:br/>
        <w:t>У сороковому забрали до армії. Бо вже тоді запахло війною. З німцем, а з ким же іще.</w:t>
      </w:r>
    </w:p>
    <w:p>
      <w:r>
        <w:br/>
        <w:t>Василь, веселенький, п'яненький, пішов, витанцьовуючи:</w:t>
      </w:r>
    </w:p>
    <w:p>
      <w:r>
        <w:br/>
        <w:t>— Як полізуть — за тиждень упораємось.</w:t>
      </w:r>
    </w:p>
    <w:p>
      <w:r>
        <w:br/>
        <w:t>Ще й співав:</w:t>
      </w:r>
    </w:p>
    <w:p>
      <w:r>
        <w:br/>
        <w:t>З ма-галой кров'ю вє-гілікім уда-аром!..</w:t>
      </w:r>
    </w:p>
    <w:p>
      <w:r>
        <w:br/>
        <w:t>Невдовзі й листа прислав. Трикутничок, ще і без марки. Що в армії не житуха — малина. Годують безплатно тричі на день, ще й серед дня спати вкладають. Командири навшпиньках ходять, сон стережуть. Одна тільки біда, що жінки під боком немає. "Та осьо повернуся, то надолужимо..."</w:t>
      </w:r>
    </w:p>
    <w:p>
      <w:r>
        <w:br/>
        <w:t>"А німець так мене налякався, що й воювати роздумав..."</w:t>
      </w:r>
    </w:p>
    <w:p>
      <w:r>
        <w:br/>
        <w:t>То не журися, Онисько.</w:t>
      </w:r>
    </w:p>
    <w:p>
      <w:r>
        <w:br/>
        <w:t>А як не журитись... Як не журитись Онисьці, коли город досі не зораний. Коли голова сказав почекати, поки на колгоспному полі упораються. Доведеться брати лопату та самій город той і скопувати.</w:t>
      </w:r>
    </w:p>
    <w:p>
      <w:r>
        <w:br/>
        <w:t>Озвавсь знову трикутничком:</w:t>
      </w:r>
    </w:p>
    <w:p>
      <w:r>
        <w:br/>
        <w:t>"Копай, жінко, копай. Тільки не на всю лопату, а на півштика. Бо я по всьому городу зброю позакопував. Пулімйоти й гвинтівки. Та ще й гранат два ящики... То як, бува, викопаєш — обратно закопуй. У хазяйстві воно все знадобиться..."</w:t>
      </w:r>
    </w:p>
    <w:p>
      <w:r>
        <w:br/>
        <w:t>В Ониськи і руки трусилися, коли лопату на півштика заганяла...</w:t>
      </w:r>
    </w:p>
    <w:p>
      <w:r>
        <w:br/>
        <w:t>Недовго й копала. Налетіло міліції, як тої галечі, та всі до одного з лопатами. Перекопали город — до вечора й упорались.</w:t>
      </w:r>
    </w:p>
    <w:p>
      <w:r>
        <w:br/>
        <w:t>Забралися, матюкаючись...</w:t>
      </w:r>
    </w:p>
    <w:p>
      <w:r>
        <w:br/>
        <w:t>— Та я ж вас хоч пиріжечками вгощу! — кричала вслід їм Ониська.</w:t>
      </w:r>
    </w:p>
    <w:p>
      <w:r>
        <w:br/>
        <w:t>— В задницю собі їх позапихай!</w:t>
      </w:r>
    </w:p>
    <w:p>
      <w:r>
        <w:br/>
        <w:t>Ото, які люті...</w:t>
      </w:r>
    </w:p>
    <w:p>
      <w:r>
        <w:br/>
        <w:t>А другого дня — ще один лист Василів:</w:t>
      </w:r>
    </w:p>
    <w:p>
      <w:r>
        <w:br/>
        <w:t>"Скопали... А тепер, жінко, сади й не журися..."</w:t>
      </w:r>
    </w:p>
    <w:p>
      <w:r>
        <w:br/>
        <w:t>Хоч Василь і писав, що німець роздумав починати з нами війну... Особливо ж як дізнався, що його, Василя, забрали до армії... Таки діждались війни. І від чоловіка — жодної вісточки. Виглядала листоношу — ночей не спала.</w:t>
      </w:r>
    </w:p>
    <w:p>
      <w:r>
        <w:br/>
        <w:t>— Немає, тітко... Немає...</w:t>
      </w:r>
    </w:p>
    <w:p>
      <w:r>
        <w:br/>
        <w:t>А він же аж на границі, в нього ж перша куля летіла!</w:t>
      </w:r>
    </w:p>
    <w:p>
      <w:r>
        <w:br/>
        <w:t>— Та подивися пильніше, мо', де засунувся!</w:t>
      </w:r>
    </w:p>
    <w:p>
      <w:r>
        <w:br/>
        <w:t>— Та кажу ж, що немає!..</w:t>
      </w:r>
    </w:p>
    <w:p>
      <w:r>
        <w:br/>
        <w:t>Врешті діждалася. Чужою рукою написаний. Не горюй, жінко, бо твій чоловік загинув смертю хоробрих!..</w:t>
      </w:r>
    </w:p>
    <w:p>
      <w:r>
        <w:br/>
        <w:t>І виплескала ще один горбик Ониська. І на хресті теж написала: "Раб убієнний".</w:t>
      </w:r>
    </w:p>
    <w:p>
      <w:r>
        <w:br/>
        <w:t>ПАВЛО</w:t>
      </w:r>
    </w:p>
    <w:p>
      <w:r>
        <w:br/>
        <w:t>Вже про заміжжя й не думала.</w:t>
      </w:r>
    </w:p>
    <w:p>
      <w:r>
        <w:br/>
        <w:t>Та й яке там заміжжя, коли викосило всіх чоловіків! Лишилися тільки підлітки та ветхі діди.</w:t>
      </w:r>
    </w:p>
    <w:p>
      <w:r>
        <w:br/>
        <w:t>Особливо коли прийшли визволителі.</w:t>
      </w:r>
    </w:p>
    <w:p>
      <w:r>
        <w:br/>
        <w:t>— Нємцев ждалі?.. Хлєбом-солью встрєчалі?..</w:t>
      </w:r>
    </w:p>
    <w:p>
      <w:r>
        <w:br/>
        <w:t>Та усіх, всіх до одного, на фронт.</w:t>
      </w:r>
    </w:p>
    <w:p>
      <w:r>
        <w:br/>
        <w:t>І, безоружних, — в атаку. "Іскупать віну кров'ю".</w:t>
      </w:r>
    </w:p>
    <w:p>
      <w:r>
        <w:br/>
        <w:t>— А што іх жалєть!..</w:t>
      </w:r>
    </w:p>
    <w:p>
      <w:r>
        <w:br/>
        <w:t>Жоден, вважай, не вцілів. Всі одразу ж стали "героями".</w:t>
      </w:r>
    </w:p>
    <w:p>
      <w:r>
        <w:br/>
        <w:t>Засипали село похоронки — листям осіннім.</w:t>
      </w:r>
    </w:p>
    <w:p>
      <w:r>
        <w:br/>
        <w:t>То яке там заміжжя Онисьці!</w:t>
      </w:r>
    </w:p>
    <w:p>
      <w:r>
        <w:br/>
        <w:t>Он дівчат незаміжніх — хоч греблю гати.</w:t>
      </w:r>
    </w:p>
    <w:p>
      <w:r>
        <w:br/>
        <w:t>Як, бувало, мужик якийсь приб'ється до хутора, то й двох кроків не ступить. Спутають і одразу ж до ліжка. Не придивлятимуться навіть, який він із себе. Здоровий чи покалічений.</w:t>
      </w:r>
    </w:p>
    <w:p>
      <w:r>
        <w:br/>
        <w:t>А от же перепало й Онисьці: мужик майже цілий попався. Тільки й того, що рука одпанахана та вибите око.</w:t>
      </w:r>
    </w:p>
    <w:p>
      <w:r>
        <w:br/>
        <w:t>Та він і тим, що лишилося, бачив краще, ніж дехто двома. Все помітить, все визирить. Особливо оте, що і в горі розраїть, і сум прибере.</w:t>
      </w:r>
    </w:p>
    <w:p>
      <w:r>
        <w:br/>
        <w:t>— Тобі й одного ока забагато! — лаялась Ониська, пляшку спорожнілу знаходячи.</w:t>
      </w:r>
    </w:p>
    <w:p>
      <w:r>
        <w:br/>
        <w:t>А він і не одгавкнеться. Вже веселий, вже під мухою, пригортав до себе Ониську. Як вона не одбрикувалась.</w:t>
      </w:r>
    </w:p>
    <w:p>
      <w:r>
        <w:br/>
        <w:t>— Та моя ж дорогесенька!.. Моя золотесенька!.. Хочеш, я тобі "Як баба решетом воду носить" станцюю?</w:t>
      </w:r>
    </w:p>
    <w:p>
      <w:r>
        <w:br/>
        <w:t>Розкарячить ноги та й піде навприсядки. Мертвий, не те що Ониська, сміятиметься.</w:t>
      </w:r>
    </w:p>
    <w:p>
      <w:r>
        <w:br/>
        <w:t>Танцював — цирку не треба.</w:t>
      </w:r>
    </w:p>
    <w:p>
      <w:r>
        <w:br/>
        <w:t>Особливо оте "Як баба решетом воду носить".</w:t>
      </w:r>
    </w:p>
    <w:p>
      <w:r>
        <w:br/>
        <w:t>Або "Дойдьом до Берліна". Як солдат перевзувається, готуючись до Берліна дотопати.</w:t>
      </w:r>
    </w:p>
    <w:p>
      <w:r>
        <w:br/>
        <w:t>Такі плакати під кінець війни майже в кожній сільраді висіли.</w:t>
      </w:r>
    </w:p>
    <w:p>
      <w:r>
        <w:br/>
        <w:t>Сидить хвацький солдат, перевзува чоботи хромові (не інакше генерала роззув). А під низом написано: "Дойдьом до Берліна!"</w:t>
      </w:r>
    </w:p>
    <w:p>
      <w:r>
        <w:br/>
        <w:t>То Павло й вигуцикував гузном, аж курява йшла.</w:t>
      </w:r>
    </w:p>
    <w:p>
      <w:r>
        <w:br/>
        <w:t>Дотанцювався. Згорів од горілки.</w:t>
      </w:r>
    </w:p>
    <w:p>
      <w:r>
        <w:br/>
        <w:t>Поховала й цього. Одтужила, одплакала та й зав'язала з заміжжям.</w:t>
      </w:r>
    </w:p>
    <w:p>
      <w:r>
        <w:br/>
        <w:t>ОНИСЬКА</w:t>
      </w:r>
    </w:p>
    <w:p>
      <w:r>
        <w:br/>
        <w:t>А тепер уже й про бабу Ониську.</w:t>
      </w:r>
    </w:p>
    <w:p>
      <w:r>
        <w:br/>
        <w:t>Скільки сіл обходив, а не бачив такого двору доглянутого. Кожна квітонька обцілована, кожна травинка пригладжена. Курей-гусей повно, а ніщо не потоптано.</w:t>
      </w:r>
    </w:p>
    <w:p>
      <w:r>
        <w:br/>
        <w:t>— Та чи ви їх, бабо, оддавали до війська, що вони в ногу ходять — у шкоду не звернуть?</w:t>
      </w:r>
    </w:p>
    <w:p>
      <w:r>
        <w:br/>
        <w:t>— А віддавала,— сміється баба Ониська ротом беззубим.— Вони в мене муштровані.</w:t>
      </w:r>
    </w:p>
    <w:p>
      <w:r>
        <w:br/>
        <w:t>Ну й хата. Наче щодня її баба оновлює. Сяє білими стінами. Віконцями підморгує весело. А город — не знайти й бур'янини! І голова майже щодня бабу провідує:</w:t>
      </w:r>
    </w:p>
    <w:p>
      <w:r>
        <w:br/>
        <w:t>— Поможіть, буряки постікають!</w:t>
      </w:r>
    </w:p>
    <w:p>
      <w:r>
        <w:br/>
        <w:t>Адже в баби Ониськи й сапа найгостріша. Од неї й ланкові одхрещуються: заганяє до смерті. За нею вполоти — хіба що біжка.</w:t>
      </w:r>
    </w:p>
    <w:p>
      <w:r>
        <w:br/>
        <w:t>А фартушки! Вся жінота носить фартушки, пошиті бабою Ониською. Бо куди тим крамничним!..</w:t>
      </w:r>
    </w:p>
    <w:p>
      <w:r>
        <w:br/>
        <w:t>Баба Ониська теж помре у свій час. Помре лише тоді, коли до останньої крихітки роботу всю виробить.</w:t>
      </w:r>
    </w:p>
    <w:p>
      <w:r>
        <w:br/>
        <w:t>Складе руки на грудях та й тихенько спочине.</w:t>
      </w:r>
    </w:p>
    <w:p>
      <w:r>
        <w:br/>
        <w:t>Щоб людей не тривожити.</w:t>
      </w:r>
    </w:p>
    <w:p>
      <w:r>
        <w:br/>
        <w:t>І летітиме баба Ониська попереду ключа журавлиного, до Господа Бога летітиме. Який прийме, утішить, зігріє — воздасть за всі роки прожиті.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Баба Ониська і четверо її чоловіків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