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Ave Maria</w:t>
      </w:r>
    </w:p>
    <w:p>
      <w:r>
        <w:br/>
        <w:t xml:space="preserve"> &lt;blockquote class="cita" style='text-align:left'&gt;БАГРЯНИЙ ІВАН&lt;br /&gt;</w:t>
        <w:br/>
        <w:t>AVE MARIA (1927)&lt;/blockquote&gt;</w:t>
      </w:r>
    </w:p>
    <w:p>
      <w:r>
        <w:br/>
        <w:t>&lt;blockquote&gt;&lt;br /&gt;</w:t>
        <w:br/>
        <w:t>Всім бунтарям і протестантам,&lt;br /&gt;</w:t>
        <w:br/>
        <w:t>Всім, хто родився рабом — і не хоче бути ним,&lt;br /&gt;</w:t>
        <w:br/>
        <w:t>Всім скривдженим, і зборканим, і своїй бідній матері&lt;br /&gt;</w:t>
        <w:br/>
        <w:t>Крик свого серця присвячую.&lt;br /&gt;</w:t>
        <w:br/>
        <w:t>Автор&lt;/blockquote&gt;</w:t>
      </w:r>
    </w:p>
    <w:p>
      <w:r>
        <w:br/>
        <w:t>ДРУЖЕ МІЙ ЛЮБИЙ!</w:t>
      </w:r>
    </w:p>
    <w:p>
      <w:r>
        <w:br/>
        <w:t>Прошу — не називай мене поетом, бо це мене жорстоко ображає.</w:t>
      </w:r>
    </w:p>
    <w:p>
      <w:r>
        <w:br/>
        <w:t>Не іменуй мене поетом, друже мій, бо поети нині — це категорія злочинців, до якої я не належав і не хочу належати. Не іменуй мене поетом. Бо слово п о е т скорочено стало визначати — хамелеон, проститутка, спекулянт, авантурник, ледар…</w:t>
      </w:r>
    </w:p>
    <w:p>
      <w:r>
        <w:br/>
        <w:t>Не іменуй же мене поетом, друже мій. Я хочу бути тільки людиною, яких так мало на світі, я хочу бути тільки нею. І сьогодні я цього найбільше хочу.</w:t>
      </w:r>
    </w:p>
    <w:p>
      <w:r>
        <w:br/>
        <w:t>Ударившись об мур вифарбленої в красивий колір підлости і відскочивши від нього, я покотився в протилежний бік. І тепер уже не знадить він мене і не вдарюся я об нього, бо це дуже боляче.</w:t>
      </w:r>
    </w:p>
    <w:p>
      <w:r>
        <w:br/>
        <w:t>Проте я не шкодую — так мусіло бути. Це наука.</w:t>
      </w:r>
    </w:p>
    <w:p>
      <w:r>
        <w:br/>
        <w:t>Не іменуй же мене поетом, друже мій. Прийми цей твір, як приймав ти його колись — три роки тому, — за одверту сповідь одвертої людини. Тоді він тобі припав до серця. Але тоді ти чув його тільки з уст моїх, сьогодні ж з нього я починаю свій похід по новій дорозі, обсипаній камінням.</w:t>
      </w:r>
    </w:p>
    <w:p>
      <w:r>
        <w:br/>
        <w:t>Я на це остаточно зважився внаслідок об’єктивних і суб’єктивних причин, і якщо зломлю собі шию, то не буду дуже шкодувати. Мокрий води не боїться.</w:t>
      </w:r>
    </w:p>
    <w:p>
      <w:r>
        <w:br/>
        <w:t>Ти збентежений! Так-так, це ж виходить за рямці твого розуміння. Не турбуйся, це ж просто.</w:t>
      </w:r>
    </w:p>
    <w:p>
      <w:r>
        <w:br/>
        <w:t>Ти кажеш: "Обминай те каміння, будь гнучким, будь липким, улесливим, запобігливим і, головне, будь покірним, — і ти будеш щасливий". Це кажеш ти, що маєш титул редактора, затишну кімнату і щороку по двічі їздиш на курорт. Гаразд.</w:t>
      </w:r>
    </w:p>
    <w:p>
      <w:r>
        <w:br/>
        <w:t>Ну, а я кажу: "Ходи тільки по лінії найбільшого опору — і ти пізнаєш світ". Ти пізнаєш його на власній шкурі. А пізнавши світ, ти пізнаєш себе і не понесеш ніколи душу свою на базар, бо вона буде цінніша за Всесвіт і не буде того, хто б її зміг купити.</w:t>
      </w:r>
    </w:p>
    <w:p>
      <w:r>
        <w:br/>
        <w:t>Бачиш, — це майже те ж саме.</w:t>
      </w:r>
    </w:p>
    <w:p>
      <w:r>
        <w:br/>
        <w:t>Що? Хтось там каже, що це "куца філософія". Не винен же я, друже мій, що в нього розум завдовжки лише від редакторського портфеля та до свого ліжка.</w:t>
      </w:r>
    </w:p>
    <w:p>
      <w:r>
        <w:br/>
        <w:t>Пробував ходити по-твойому і як ходять інші, і не зумів. Це гидко. Це більше, ніж гидко. А ще гидко, що такі та шукають сучка в оці твоєму.</w:t>
      </w:r>
    </w:p>
    <w:p>
      <w:r>
        <w:br/>
        <w:t>О, скільки чванства,&lt;br /&gt;</w:t>
        <w:br/>
        <w:t>скільки бруду,&lt;br /&gt;</w:t>
        <w:br/>
        <w:t>скільки фальші… лицемір’я… шкурництва.&lt;br /&gt;</w:t>
        <w:br/>
        <w:t>Гей, не іменуй же мене поетом, друже мій!</w:t>
      </w:r>
    </w:p>
    <w:p>
      <w:r>
        <w:br/>
        <w:t>Прийми цю річ і знай, що лежало моє сумління в вашому портфелі, та не лежатиме вже там ніколи-ніколи, як і не замовкну я ніколи, доки ходжу на цій планеті.</w:t>
      </w:r>
    </w:p>
    <w:p>
      <w:r>
        <w:br/>
        <w:t>1929 р., Київ</w:t>
      </w:r>
    </w:p>
    <w:p>
      <w:r>
        <w:br/>
        <w:t>. . . . . . . . . . . . . . . . . . . . . . .&lt;br /&gt;</w:t>
        <w:br/>
        <w:t>Какие ужасы кипят в моем&lt;br /&gt;</w:t>
        <w:br/>
        <w:t>огне&lt;br /&gt;</w:t>
        <w:br/>
        <w:t>Для этих псов, что лижут&lt;br /&gt;</w:t>
        <w:br/>
        <w:t>пыл мой ярый, —&lt;br /&gt;</w:t>
        <w:br/>
        <w:t>Какие им пожары сквозь&lt;br /&gt;</w:t>
        <w:br/>
        <w:t>удары&lt;br /&gt;</w:t>
        <w:br/>
        <w:t>Метаються, чтоб смерть&lt;br /&gt;</w:t>
        <w:br/>
        <w:t>искать во мне.&lt;br /&gt;</w:t>
        <w:br/>
        <w:t>О женщина, вся в черном!..&lt;br /&gt;</w:t>
        <w:br/>
        <w:t>. . . . . . . . . . . . . . . . . . . . . . .&lt;br /&gt;</w:t>
        <w:br/>
        <w:t>Э. Верхарн</w:t>
      </w:r>
    </w:p>
    <w:p>
      <w:r>
        <w:br/>
        <w:t>ПРОЛОГ&lt;br /&gt;</w:t>
        <w:br/>
        <w:t>. . . . . . . . . . . . . . . . . . . . . . .&lt;br /&gt;</w:t>
        <w:br/>
        <w:t>І вся людськість хіба не єсть&lt;br /&gt;</w:t>
        <w:br/>
        <w:t>інфузорії&lt;br /&gt;</w:t>
        <w:br/>
        <w:t>(пожирай, пожирай себе в&lt;br /&gt;</w:t>
        <w:br/>
        <w:t>краплі води)?&lt;br /&gt;</w:t>
        <w:br/>
        <w:t>П. Тичина&lt;br /&gt;</w:t>
        <w:br/>
        <w:t>("В космічному оркестрі")</w:t>
      </w:r>
    </w:p>
    <w:p>
      <w:r>
        <w:br/>
        <w:t>ПЕРЕСМАГЛИ, порепались губи,&lt;br /&gt;</w:t>
        <w:br/>
        <w:t>Цілував лише вітер та час…&lt;br /&gt;</w:t>
        <w:br/>
        <w:t>Я такий необтесаний, грубий,&lt;br /&gt;</w:t>
        <w:br/>
        <w:t>І мій біль не за вас, не про вас.</w:t>
      </w:r>
    </w:p>
    <w:p>
      <w:r>
        <w:br/>
        <w:t>Не про вас, що спокійні і певні…&lt;br /&gt;</w:t>
        <w:br/>
        <w:t>Не про вас, в кого сила — закон,&lt;br /&gt;</w:t>
        <w:br/>
        <w:t>Що прийшли і, мов велетні древні,&lt;br /&gt;</w:t>
        <w:br/>
        <w:t>Штурмом злота взяли рубікон,</w:t>
      </w:r>
    </w:p>
    <w:p>
      <w:r>
        <w:br/>
        <w:t>Узяли і усілись на троні&lt;br /&gt;</w:t>
        <w:br/>
        <w:t>(Щоб судить непокірних братів):&lt;br /&gt;</w:t>
        <w:br/>
        <w:t>"О віки! Наші скарби мільйонні!&lt;br /&gt;</w:t>
        <w:br/>
        <w:t>Наші ви!!!&lt;br /&gt;</w:t>
        <w:br/>
        <w:t>До незнаних часів!" —</w:t>
      </w:r>
    </w:p>
    <w:p>
      <w:r>
        <w:br/>
        <w:t>Не за їх, що з крицевих Нью-Йорків&lt;br /&gt;</w:t>
        <w:br/>
        <w:t>Заґнуздали, мов спрут, бігуни…&lt;br /&gt;</w:t>
        <w:br/>
        <w:t>Нарядили любов у опорки,&lt;br /&gt;</w:t>
        <w:br/>
        <w:t>А культуру — у панцир війни.</w:t>
      </w:r>
    </w:p>
    <w:p>
      <w:r>
        <w:br/>
        <w:t>Або тих он шляхетних, що мітять&lt;br /&gt;</w:t>
        <w:br/>
        <w:t>На героїв казковий шолом,&lt;br /&gt;</w:t>
        <w:br/>
        <w:t>Золотаві вінки Афродіти,&lt;br /&gt;</w:t>
        <w:br/>
        <w:t>А сестрі…&lt;br /&gt;</w:t>
        <w:br/>
        <w:t>Дні печаллю розбиті&lt;br /&gt;</w:t>
        <w:br/>
        <w:t>І ганебне тавро на чоло.</w:t>
      </w:r>
    </w:p>
    <w:p>
      <w:r>
        <w:br/>
        <w:t>Такі чисті, культурні і чисті:&lt;br /&gt;</w:t>
        <w:br/>
        <w:t>Непокірних пускають в "расход"&lt;br /&gt;</w:t>
        <w:br/>
        <w:t>І на брата, на братові діти&lt;br /&gt;</w:t>
        <w:br/>
        <w:t>Шлють наклепи й десятки угод&lt;br /&gt;</w:t>
        <w:br/>
        <w:t>Запродажних,&lt;br /&gt;</w:t>
        <w:br/>
        <w:t>за мілку монету,&lt;br /&gt;</w:t>
        <w:br/>
        <w:t>За блискучі дзвінкі копійки…</w:t>
      </w:r>
    </w:p>
    <w:p>
      <w:r>
        <w:br/>
        <w:t>Не про Вас я. О, що Вам поети?&lt;br /&gt;</w:t>
        <w:br/>
        <w:t>Такі мудрі, гуманні такі.</w:t>
      </w:r>
    </w:p>
    <w:p>
      <w:r>
        <w:br/>
        <w:t>Я всього лиш, всього про Марію,&lt;br /&gt;</w:t>
        <w:br/>
        <w:t>Я про тих, кого час заґнуздав,&lt;br /&gt;</w:t>
        <w:br/>
        <w:t>Димом смирни в леґендах овіяв&lt;br /&gt;</w:t>
        <w:br/>
        <w:t>І пожер Ваш голодний удав.</w:t>
      </w:r>
    </w:p>
    <w:p>
      <w:r>
        <w:br/>
        <w:t>О Ви, люди — брати по плянеті,&lt;br /&gt;</w:t>
        <w:br/>
        <w:t>О в’язниць і законів творці!&lt;br /&gt;</w:t>
        <w:br/>
        <w:t>Ідеал Ваш — новенькі штиблети&lt;br /&gt;</w:t>
        <w:br/>
        <w:t>І портфель в "худосочній" руці.</w:t>
      </w:r>
    </w:p>
    <w:p>
      <w:r>
        <w:br/>
        <w:t>Ви боги. Ви Владарі. Ви…&lt;br /&gt;</w:t>
        <w:br/>
        <w:t>Кретини!&lt;br /&gt;</w:t>
        <w:br/>
        <w:t>Хто сказав там, що радість — закон?!&lt;br /&gt;</w:t>
        <w:br/>
        <w:t>Мабуть, той, що єдину дитину&lt;br /&gt;</w:t>
        <w:br/>
        <w:t>Зґвалтував&lt;br /&gt;</w:t>
        <w:br/>
        <w:t>для рублів,&lt;br /&gt;</w:t>
        <w:br/>
        <w:t>для корон.&lt;br /&gt;</w:t>
        <w:br/>
        <w:t>А після у костьолі, у клюбі&lt;br /&gt;</w:t>
        <w:br/>
        <w:t>Розпинався за брата свого,&lt;br /&gt;</w:t>
        <w:br/>
        <w:t>Смертним боєм ламав свої груди:&lt;br /&gt;</w:t>
        <w:br/>
        <w:t>"Я за нього в петлю і в огонь!!"</w:t>
      </w:r>
    </w:p>
    <w:p>
      <w:r>
        <w:br/>
        <w:t>Так, я знаю, — я виріс між вами,&lt;br /&gt;</w:t>
        <w:br/>
        <w:t>Так, я знаю, — бодай би не знать:&lt;br /&gt;</w:t>
        <w:br/>
        <w:t>Ви за підлість ув’єте вінками,&lt;br /&gt;</w:t>
        <w:br/>
        <w:t>За любов — ведете умірать.</w:t>
      </w:r>
    </w:p>
    <w:p>
      <w:r>
        <w:br/>
        <w:t>Як пройдете за браму, в майбутнє?&lt;br /&gt;</w:t>
        <w:br/>
        <w:t>Хто-бо там поручиться за вас?&lt;br /&gt;</w:t>
        <w:br/>
        <w:t>Ви ж смієтесь, смієтесь на кутні,&lt;br /&gt;</w:t>
        <w:br/>
        <w:t>Що проглинете радісний час.</w:t>
      </w:r>
    </w:p>
    <w:p>
      <w:r>
        <w:br/>
        <w:t>Розікрадете радості в брата,&lt;br /&gt;</w:t>
        <w:br/>
        <w:t>Обміняєте щирість на кров…&lt;br /&gt;</w:t>
        <w:br/>
        <w:t>Знов безсовісний буде багатим&lt;br /&gt;</w:t>
        <w:br/>
        <w:t>І в загоні, в повіях любов.</w:t>
      </w:r>
    </w:p>
    <w:p>
      <w:r>
        <w:br/>
        <w:t>Там&lt;br /&gt;</w:t>
        <w:br/>
        <w:t>піднімете серце мотором,&lt;br /&gt;</w:t>
        <w:br/>
        <w:t>Зведете діафрагми очей;&lt;br /&gt;</w:t>
        <w:br/>
        <w:t>Рабський мозок, невільний учора,&lt;br /&gt;</w:t>
        <w:br/>
        <w:t>По шаблону дротів потече.</w:t>
      </w:r>
    </w:p>
    <w:p>
      <w:r>
        <w:br/>
        <w:t>Ні, не встанем, не встанем з могили&lt;br /&gt;</w:t>
        <w:br/>
        <w:t>Привітать Вас, "васали нові"!&lt;br /&gt;</w:t>
        <w:br/>
        <w:t>Не для того літа розгубили&lt;br /&gt;</w:t>
        <w:br/>
        <w:t>І любов потопили в крові.</w:t>
      </w:r>
    </w:p>
    <w:p>
      <w:r>
        <w:br/>
        <w:t>Ось прийшли і пройшли покоління…&lt;br /&gt;</w:t>
        <w:br/>
        <w:t>На кістках животієте Ви, —&lt;br /&gt;</w:t>
        <w:br/>
        <w:t>Такі ж сірі і жадні створіння,&lt;br /&gt;</w:t>
        <w:br/>
        <w:t>Як в вихрастій моїй голові.</w:t>
      </w:r>
    </w:p>
    <w:p>
      <w:r>
        <w:br/>
        <w:t>Так ідіть же в прийдешнє, незнане, —&lt;br /&gt;</w:t>
        <w:br/>
        <w:t>Свої скарби і досвід несіть,&lt;br /&gt;</w:t>
        <w:br/>
        <w:t>І "незнане" —&lt;br /&gt;</w:t>
        <w:br/>
        <w:t>обернете в "знане",&lt;br /&gt;</w:t>
        <w:br/>
        <w:t>На шаги почеканете мить.</w:t>
      </w:r>
    </w:p>
    <w:p>
      <w:r>
        <w:br/>
        <w:t>А як пройдете браму в майбутнє,&lt;br /&gt;</w:t>
        <w:br/>
        <w:t>Не кажіть, що у вас були Ми.&lt;br /&gt;</w:t>
        <w:br/>
        <w:t>То було, просто так…&lt;br /&gt;</w:t>
        <w:br/>
        <w:t>на розпутті,&lt;br /&gt;</w:t>
        <w:br/>
        <w:t>Серед вічної вічно зими…</w:t>
      </w:r>
    </w:p>
    <w:p>
      <w:r>
        <w:br/>
        <w:t>Я всього лиш, всього про Марію, —&lt;br /&gt;</w:t>
        <w:br/>
        <w:t>Я про тих, кого час загнуздав,&lt;br /&gt;</w:t>
        <w:br/>
        <w:t>Димом смирни в леґендах овіяв&lt;br /&gt;</w:t>
        <w:br/>
        <w:t>Й задушив&lt;br /&gt;</w:t>
        <w:br/>
        <w:t>Ваш голодний удав.</w:t>
      </w:r>
    </w:p>
    <w:p>
      <w:r>
        <w:br/>
        <w:t>ІНТРОДУКЦІЯ</w:t>
      </w:r>
    </w:p>
    <w:p>
      <w:r>
        <w:br/>
        <w:t>СТУКАЄ ВІТЕР до мене в вікно,&lt;br /&gt;</w:t>
        <w:br/>
        <w:t>Наче повія, забута давно…&lt;br /&gt;</w:t>
        <w:br/>
        <w:t>Ну, і куди я із болем моїм?&lt;br /&gt;</w:t>
        <w:br/>
        <w:t>Кому? Ну, кому розповім?</w:t>
      </w:r>
    </w:p>
    <w:p>
      <w:r>
        <w:br/>
        <w:t>Стука… Ввіходить… Стає у кутку —</w:t>
      </w:r>
    </w:p>
    <w:p>
      <w:r>
        <w:br/>
        <w:t>Чорна у чорнім колючім вінку;&lt;br /&gt;</w:t>
        <w:br/>
        <w:t>Слова не мовить, руки не зведе…&lt;br /&gt;</w:t>
        <w:br/>
        <w:t>І ніде я не дінусь, ніколи, ніде.</w:t>
      </w:r>
    </w:p>
    <w:p>
      <w:r>
        <w:br/>
        <w:t>Цей образ ще змалку, ще там — в давнині,&lt;br /&gt;</w:t>
        <w:br/>
        <w:t>Дійсність жорстока пришила мені&lt;br /&gt;</w:t>
        <w:br/>
        <w:t>І за людей,&lt;br /&gt;</w:t>
        <w:br/>
        <w:t>за їх правий закон&lt;br /&gt;</w:t>
        <w:br/>
        <w:t>Тяжить, як камінь,&lt;br /&gt;</w:t>
        <w:br/>
        <w:t>довічний прокльон.</w:t>
      </w:r>
    </w:p>
    <w:p>
      <w:r>
        <w:br/>
        <w:t>Тінню ввіходить, стає у кутку —&lt;br /&gt;</w:t>
        <w:br/>
        <w:t>Чорна, в смішнім кропив’янім вінку…&lt;br /&gt;</w:t>
        <w:br/>
        <w:t>Стукає вітер і плаче в вікні —&lt;br /&gt;</w:t>
        <w:br/>
        <w:t>Тягне і сотає повість мені:</w:t>
      </w:r>
    </w:p>
    <w:p>
      <w:r>
        <w:br/>
        <w:t>. . . . . . . . . . . . . . . . . . . . . .&lt;br /&gt;</w:t>
        <w:br/>
        <w:t>По рудих полях,&lt;br /&gt;</w:t>
        <w:br/>
        <w:t>На сухій землі&lt;br /&gt;</w:t>
        <w:br/>
        <w:t>Павутиння, як дим,&lt;br /&gt;</w:t>
        <w:br/>
        <w:t>Поснувалось&lt;br /&gt;</w:t>
        <w:br/>
        <w:t>І скорбить земля…&lt;br /&gt;</w:t>
        <w:br/>
        <w:t>Летять журавлі —&lt;br /&gt;</w:t>
        <w:br/>
        <w:t>З нелюбої родини&lt;br /&gt;</w:t>
        <w:br/>
        <w:t>Зірвались.&lt;br /&gt;</w:t>
        <w:br/>
        <w:t>Гей летять туди,&lt;br /&gt;</w:t>
        <w:br/>
        <w:t>Де немає сліз,&lt;br /&gt;</w:t>
        <w:br/>
        <w:t>І курличуть — прощаються&lt;br /&gt;</w:t>
        <w:br/>
        <w:t>З полем…&lt;br /&gt;</w:t>
        <w:br/>
        <w:t>Залишився сум,&lt;br /&gt;</w:t>
        <w:br/>
        <w:t>В павутиння ввивсь, —&lt;br /&gt;</w:t>
        <w:br/>
        <w:t>Сірі стерні квітчаються&lt;br /&gt;</w:t>
        <w:br/>
        <w:t>Болем.</w:t>
      </w:r>
    </w:p>
    <w:p>
      <w:r>
        <w:br/>
        <w:t>Стереже верба&lt;br /&gt;</w:t>
        <w:br/>
        <w:t>(Ах, оця верба!&lt;br /&gt;</w:t>
        <w:br/>
        <w:t>Вартовий на шляху&lt;br /&gt;</w:t>
        <w:br/>
        <w:t>Замогильнім), —&lt;br /&gt;</w:t>
        <w:br/>
        <w:t>Виглядає дні,&lt;br /&gt;</w:t>
        <w:br/>
        <w:t>Проважає дні,&lt;br /&gt;</w:t>
        <w:br/>
        <w:t>Пропускає ключі&lt;br /&gt;</w:t>
        <w:br/>
        <w:t>Журавлині:</w:t>
      </w:r>
    </w:p>
    <w:p>
      <w:r>
        <w:br/>
        <w:t>"Ну куди мчите?&lt;br /&gt;</w:t>
        <w:br/>
        <w:t>Куди втечете?&lt;br /&gt;</w:t>
        <w:br/>
        <w:t>Та візьміть і мене&lt;br /&gt;</w:t>
        <w:br/>
        <w:t>До зграї…"</w:t>
      </w:r>
    </w:p>
    <w:p>
      <w:r>
        <w:br/>
        <w:t>Але де ж той крин&lt;br /&gt;</w:t>
        <w:br/>
        <w:t>Золотий цвіте?..&lt;br /&gt;</w:t>
        <w:br/>
        <w:t>Ой, немає його,&lt;br /&gt;</w:t>
        <w:br/>
        <w:t>Немає…&lt;br /&gt;</w:t>
        <w:br/>
        <w:t>. . . . . . . . . . . . .</w:t>
      </w:r>
    </w:p>
    <w:p>
      <w:r>
        <w:br/>
        <w:t>ДЕСЬ її — Марія&lt;br /&gt;</w:t>
        <w:br/>
        <w:t>Голубова — звали.&lt;br /&gt;</w:t>
        <w:br/>
        <w:t>Ти прости, читачу,&lt;br /&gt;</w:t>
        <w:br/>
        <w:t>прізвище просте,&lt;br /&gt;</w:t>
        <w:br/>
        <w:t>В давнині зап’яте&lt;br /&gt;</w:t>
        <w:br/>
        <w:t>чорним запиналом,&lt;br /&gt;</w:t>
        <w:br/>
        <w:t>Для людей мізерне,&lt;br /&gt;</w:t>
        <w:br/>
        <w:t>сіре і пусте.&lt;br /&gt;</w:t>
        <w:br/>
        <w:t>Так. Пусте. В болоті&lt;br /&gt;</w:t>
        <w:br/>
        <w:t>спалене — прожите…&lt;br /&gt;</w:t>
        <w:br/>
        <w:t>Десь давно байдуже&lt;br /&gt;</w:t>
        <w:br/>
        <w:t>зтерла давнина.&lt;br /&gt;</w:t>
        <w:br/>
        <w:t>Так зітре — замаже&lt;br /&gt;</w:t>
        <w:br/>
        <w:t>порохом накриті&lt;br /&gt;</w:t>
        <w:br/>
        <w:t>Сірі та нікчемні&lt;br /&gt;</w:t>
        <w:br/>
        <w:t>й наші імена.</w:t>
      </w:r>
    </w:p>
    <w:p>
      <w:r>
        <w:br/>
        <w:t>КОЛИ минулий вік —&lt;br /&gt;</w:t>
        <w:br/>
        <w:t>Носій старої слави —&lt;br /&gt;</w:t>
        <w:br/>
        <w:t>Оджив своє й коли&lt;br /&gt;</w:t>
        <w:br/>
        <w:t>Настав двадцятий вік,&lt;br /&gt;</w:t>
        <w:br/>
        <w:t>І в нових днях старі&lt;br /&gt;</w:t>
        <w:br/>
        <w:t>Корони і булaви&lt;br /&gt;</w:t>
        <w:br/>
        <w:t>Та звичаї землі&lt;br /&gt;</w:t>
        <w:br/>
        <w:t>Стрів Дев’тсотий рік, —</w:t>
      </w:r>
    </w:p>
    <w:p>
      <w:r>
        <w:br/>
        <w:t>Ось тут на зломі літ&lt;br /&gt;</w:t>
        <w:br/>
        <w:t>Стрічаєм "героїню",&lt;br /&gt;</w:t>
        <w:br/>
        <w:t>Оточену вінком&lt;br /&gt;</w:t>
        <w:br/>
        <w:t>Таких же героїнь;&lt;br /&gt;</w:t>
        <w:br/>
        <w:t>Де клином збігся світ,&lt;br /&gt;</w:t>
        <w:br/>
        <w:t>В Росії, здавна вільній,&lt;br /&gt;</w:t>
        <w:br/>
        <w:t>На фабриці трико&lt;br /&gt;</w:t>
        <w:br/>
        <w:t>Стрічаємо її.</w:t>
      </w:r>
    </w:p>
    <w:p>
      <w:r>
        <w:br/>
        <w:t>ЧАСТИНА ПЕРША</w:t>
      </w:r>
    </w:p>
    <w:p>
      <w:r>
        <w:br/>
        <w:t>І</w:t>
      </w:r>
    </w:p>
    <w:p>
      <w:r>
        <w:br/>
        <w:t>СХИЛИЛАСЬ на варстат —&lt;br /&gt;</w:t>
        <w:br/>
        <w:t>Печаллю сходять очі…&lt;br /&gt;</w:t>
        <w:br/>
        <w:t>Щось руки — про своє,&lt;br /&gt;</w:t>
        <w:br/>
        <w:t>А очі — про своє.&lt;br /&gt;</w:t>
        <w:br/>
        <w:t>Золочений дукат&lt;br /&gt;</w:t>
        <w:br/>
        <w:t>Стрибнути в шибку хоче&lt;br /&gt;</w:t>
        <w:br/>
        <w:t>І золото своє на пелені снує.</w:t>
      </w:r>
    </w:p>
    <w:p>
      <w:r>
        <w:br/>
        <w:t>На фабриці дівча&lt;br /&gt;</w:t>
        <w:br/>
        <w:t>Марією прозвали,&lt;br /&gt;</w:t>
        <w:br/>
        <w:t>І табельщик рудий,&lt;br /&gt;</w:t>
        <w:br/>
        <w:t>Проходячи, морга, —&lt;br /&gt;</w:t>
        <w:br/>
        <w:t>Бо то ж снага в очах&lt;br /&gt;</w:t>
        <w:br/>
        <w:t>І губи, як коралі,&lt;br /&gt;</w:t>
        <w:br/>
        <w:t>То ж волос вороний,&lt;br /&gt;</w:t>
        <w:br/>
        <w:t>То ж брови, як агат…</w:t>
      </w:r>
    </w:p>
    <w:p>
      <w:r>
        <w:br/>
        <w:t>ЗАПИСУЮЧИ дні&lt;br /&gt;</w:t>
        <w:br/>
        <w:t>У табелі марудні,&lt;br /&gt;</w:t>
        <w:br/>
        <w:t>Спиняється ось тут,&lt;br /&gt;</w:t>
        <w:br/>
        <w:t>Де — Голубова М.&lt;br /&gt;</w:t>
        <w:br/>
        <w:t>Спиняється нудний,&lt;br /&gt;</w:t>
        <w:br/>
        <w:t>Рябий, як сірі будні, —&lt;br /&gt;</w:t>
        <w:br/>
        <w:t>Десь голову пусту&lt;br /&gt;</w:t>
        <w:br/>
        <w:t>Почеше олівцем.&lt;br /&gt;</w:t>
        <w:br/>
        <w:t>А "Манька" — скніє день,&lt;br /&gt;</w:t>
        <w:br/>
        <w:t>А потім як заллється:&lt;br /&gt;</w:t>
        <w:br/>
        <w:t>В печаль навмисне сміх,&lt;br /&gt;</w:t>
        <w:br/>
        <w:t>Мов стрічку, запліта.&lt;br /&gt;</w:t>
        <w:br/>
        <w:t>У шумі веретен&lt;br /&gt;</w:t>
        <w:br/>
        <w:t>Бадьориться.&lt;br /&gt;</w:t>
        <w:br/>
        <w:t>Здається,&lt;br /&gt;</w:t>
        <w:br/>
        <w:t>Що хоче втрати днів&lt;br /&gt;</w:t>
        <w:br/>
        <w:t>Одразу наверстать.</w:t>
      </w:r>
    </w:p>
    <w:p>
      <w:r>
        <w:br/>
        <w:t>РОДИЛАСЯ в степах…&lt;br /&gt;</w:t>
        <w:br/>
        <w:t>Там хутірець далекий&lt;br /&gt;</w:t>
        <w:br/>
        <w:t>У злиднях потонув,&lt;br /&gt;</w:t>
        <w:br/>
        <w:t>Під тином задрімав.&lt;br /&gt;</w:t>
        <w:br/>
        <w:t>У полі на снопах&lt;br /&gt;</w:t>
        <w:br/>
        <w:t>(Десь принесли лелеки)&lt;br /&gt;</w:t>
        <w:br/>
        <w:t>Мужик байстря почув, —&lt;br /&gt;</w:t>
        <w:br/>
        <w:t>З досадою забрав.&lt;br /&gt;</w:t>
        <w:br/>
        <w:t>З прокльонами, сяк-так,&lt;br /&gt;</w:t>
        <w:br/>
        <w:t>Громадою ростили…&lt;br /&gt;</w:t>
        <w:br/>
        <w:t>Узнала, що відчай&lt;br /&gt;</w:t>
        <w:br/>
        <w:t>І що таке — синці.&lt;br /&gt;</w:t>
        <w:br/>
        <w:t>А п’яти літ,&lt;br /&gt;</w:t>
        <w:br/>
        <w:t>в сіряк&lt;br /&gt;</w:t>
        <w:br/>
        <w:t>Засунувши,&lt;br /&gt;</w:t>
        <w:br/>
        <w:t>пустили&lt;br /&gt;</w:t>
        <w:br/>
        <w:t>З слідами грубих "ласк"&lt;br /&gt;</w:t>
        <w:br/>
        <w:t>На смаглому лиці.</w:t>
      </w:r>
    </w:p>
    <w:p>
      <w:r>
        <w:br/>
        <w:t>ДЕ САД тче казку віт&lt;br /&gt;</w:t>
        <w:br/>
        <w:t>На сонячні будівлі,&lt;br /&gt;</w:t>
        <w:br/>
        <w:t>Там оргії до рос&lt;br /&gt;</w:t>
        <w:br/>
        <w:t>Полудою горять:&lt;br /&gt;</w:t>
        <w:br/>
        <w:t>У пана жінка цвіт —&lt;br /&gt;</w:t>
        <w:br/>
        <w:t>"Направо і наліво";&lt;br /&gt;</w:t>
        <w:br/>
        <w:t>Розпутна, як Ерос…&lt;br /&gt;</w:t>
        <w:br/>
        <w:t>Красива, як зоря.</w:t>
      </w:r>
    </w:p>
    <w:p>
      <w:r>
        <w:br/>
        <w:t>ТИНЯЛАСЬ, мов щеня,&lt;br /&gt;</w:t>
        <w:br/>
        <w:t>А там — старців водила…&lt;br /&gt;</w:t>
        <w:br/>
        <w:t>З сльозами їла хліб,&lt;br /&gt;</w:t>
        <w:br/>
        <w:t>Що очі виїда.&lt;br /&gt;</w:t>
        <w:br/>
        <w:t>. . . . . . . . . . . . . . . . .&lt;br /&gt;</w:t>
        <w:br/>
        <w:t>Де срібним гребнем дня&lt;br /&gt;</w:t>
        <w:br/>
        <w:t>Розчесано могили, —&lt;br /&gt;</w:t>
        <w:br/>
        <w:t>Там золото надій&lt;br /&gt;</w:t>
        <w:br/>
        <w:t>Розмикала біда.</w:t>
      </w:r>
    </w:p>
    <w:p>
      <w:r>
        <w:br/>
        <w:t>* * *&lt;br /&gt;</w:t>
        <w:br/>
        <w:t>Прости мені, читачу,&lt;br /&gt;</w:t>
        <w:br/>
        <w:t>Що й я байстрят співаю, —&lt;br /&gt;</w:t>
        <w:br/>
        <w:t>Ба! —&lt;br /&gt;</w:t>
        <w:br/>
        <w:t>то ввійшло в закон, —&lt;br /&gt;</w:t>
        <w:br/>
        <w:t>Байстрята на землі.&lt;br /&gt;</w:t>
        <w:br/>
        <w:t>Й тоді, як був Тарас,&lt;br /&gt;</w:t>
        <w:br/>
        <w:t>Й ось сотня літ минає,&lt;br /&gt;</w:t>
        <w:br/>
        <w:t>І пройде мілійон —&lt;br /&gt;</w:t>
        <w:br/>
        <w:t>Ридатимуть по їх.</w:t>
      </w:r>
    </w:p>
    <w:p>
      <w:r>
        <w:br/>
        <w:t>Й плюватимуть на їх.&lt;br /&gt;</w:t>
        <w:br/>
        <w:t>А виросте — окрутять&lt;br /&gt;</w:t>
        <w:br/>
        <w:t>І на підстилку кинуть,&lt;br /&gt;</w:t>
        <w:br/>
        <w:t>Прикрившись шиком фраз&lt;br /&gt;</w:t>
        <w:br/>
        <w:t>Модерних,&lt;br /&gt;</w:t>
        <w:br/>
        <w:t>і на сміх,&lt;br /&gt;</w:t>
        <w:br/>
        <w:t>По-новому обуті,&lt;br /&gt;</w:t>
        <w:br/>
        <w:t>Затопчуть в своїм спліні&lt;br /&gt;</w:t>
        <w:br/>
        <w:t>Біль муки та образ.</w:t>
      </w:r>
    </w:p>
    <w:p>
      <w:r>
        <w:br/>
        <w:t>* * *&lt;br /&gt;</w:t>
        <w:br/>
        <w:t>СХИЛИЛАСЬ на варстат, —&lt;br /&gt;</w:t>
        <w:br/>
        <w:t>Печаллю сходять очі…&lt;br /&gt;</w:t>
        <w:br/>
        <w:t>Щось руки про своє,&lt;br /&gt;</w:t>
        <w:br/>
        <w:t>А очі про своє…&lt;br /&gt;</w:t>
        <w:br/>
        <w:t>Золочений дукат&lt;br /&gt;</w:t>
        <w:br/>
        <w:t>Стрибнути в шибку хоче&lt;br /&gt;</w:t>
        <w:br/>
        <w:t>І золото своє&lt;br /&gt;</w:t>
        <w:br/>
        <w:t>На пелені снує.</w:t>
      </w:r>
    </w:p>
    <w:p>
      <w:r>
        <w:br/>
        <w:t>"О матінко моя!&lt;br /&gt;</w:t>
        <w:br/>
        <w:t>Коли б ти, мамо, знала,&lt;br /&gt;</w:t>
        <w:br/>
        <w:t>Як я тебе кляла…&lt;br /&gt;</w:t>
        <w:br/>
        <w:t>Як я тебе люблю.&lt;br /&gt;</w:t>
        <w:br/>
        <w:t>Затоптане ім’я&lt;br /&gt;</w:t>
        <w:br/>
        <w:t>Сльозами вимивала,&lt;br /&gt;</w:t>
        <w:br/>
        <w:t>Чекаючи, жила,&lt;br /&gt;</w:t>
        <w:br/>
        <w:t>На ласку на твою.</w:t>
      </w:r>
    </w:p>
    <w:p>
      <w:r>
        <w:br/>
        <w:t>ЧЕРІДКОЮ ночей&lt;br /&gt;</w:t>
        <w:br/>
        <w:t>Пройшли жалі-черниці&lt;br /&gt;</w:t>
        <w:br/>
        <w:t>І канула в туман&lt;br /&gt;</w:t>
        <w:br/>
        <w:t>Дитяча простота…&lt;br /&gt;</w:t>
        <w:br/>
        <w:t>Коли б хоч раз очей&lt;br /&gt;</w:t>
        <w:br/>
        <w:t>Заплакану зірницю —&lt;br /&gt;</w:t>
        <w:br/>
        <w:t>Твоїх очей — уздріть,&lt;br /&gt;</w:t>
        <w:br/>
        <w:t>Проклята і свята.</w:t>
      </w:r>
    </w:p>
    <w:p>
      <w:r>
        <w:br/>
        <w:t>О ні, я не кляну! —&lt;br /&gt;</w:t>
        <w:br/>
        <w:t>Я знала ласку сонця,&lt;br /&gt;</w:t>
        <w:br/>
        <w:t>Я знала ласку вітра&lt;br /&gt;</w:t>
        <w:br/>
        <w:t>І шепоти борів, —&lt;br /&gt;</w:t>
        <w:br/>
        <w:t>Я знала не одну…&lt;br /&gt;</w:t>
        <w:br/>
        <w:t>Та знать не довелося,&lt;br /&gt;</w:t>
        <w:br/>
        <w:t>Чи хоч похожа котра&lt;br /&gt;</w:t>
        <w:br/>
        <w:t>На ласку матерів".</w:t>
      </w:r>
    </w:p>
    <w:p>
      <w:r>
        <w:br/>
        <w:t>* * *&lt;br /&gt;</w:t>
        <w:br/>
        <w:t>…Голосять десь дружки…&lt;br /&gt;</w:t>
        <w:br/>
        <w:t>То свищуть веретена.&lt;br /&gt;</w:t>
        <w:br/>
        <w:t>…І брат прийшов…&lt;br /&gt;</w:t>
        <w:br/>
        <w:t>О, ні! —&lt;br /&gt;</w:t>
        <w:br/>
        <w:t>То табельщик рябий.&lt;br /&gt;</w:t>
        <w:br/>
        <w:t>Затисла серця крик&lt;br /&gt;</w:t>
        <w:br/>
        <w:t>Чиясь холодна жменя:&lt;br /&gt;</w:t>
        <w:br/>
        <w:t>На копійки, на гній&lt;br /&gt;</w:t>
        <w:br/>
        <w:t>Ці руки…&lt;br /&gt;</w:t>
        <w:br/>
        <w:t>Ці раби.</w:t>
      </w:r>
    </w:p>
    <w:p>
      <w:r>
        <w:br/>
        <w:t>ІІ</w:t>
      </w:r>
    </w:p>
    <w:p>
      <w:r>
        <w:br/>
        <w:t>ТОВАРИШКА співа&lt;br /&gt;</w:t>
        <w:br/>
        <w:t>Про чари, про кохання, —&lt;br /&gt;</w:t>
        <w:br/>
        <w:t>Підспівує з захватом,&lt;br /&gt;</w:t>
        <w:br/>
        <w:t>З огнем і жалем цех.&lt;br /&gt;</w:t>
        <w:br/>
        <w:t>. . . . . . . . . . . . . . . . . .&lt;br /&gt;</w:t>
        <w:br/>
        <w:t>…І голубі слова&lt;br /&gt;</w:t>
        <w:br/>
        <w:t>в вінчальному убранні&lt;br /&gt;</w:t>
        <w:br/>
        <w:t>…І втоми волохате&lt;br /&gt;</w:t>
        <w:br/>
        <w:t>Оскирене лице…&lt;br /&gt;</w:t>
        <w:br/>
        <w:t>А ще лице (о, юнь!)&lt;br /&gt;</w:t>
        <w:br/>
        <w:t>Безстидної розпусти;&lt;br /&gt;</w:t>
        <w:br/>
        <w:t>Ти ж чуй:&lt;br /&gt;</w:t>
        <w:br/>
        <w:t>"Поки горить —&lt;br /&gt;</w:t>
        <w:br/>
        <w:t>Дайте пожить!" —&lt;br /&gt;</w:t>
        <w:br/>
        <w:t>Невидно, в хаос струн&lt;br /&gt;</w:t>
        <w:br/>
        <w:t>Вторить хтось владний густо:&lt;br /&gt;</w:t>
        <w:br/>
        <w:t>. . . . . . . . . "Дайте пожить!"&lt;br /&gt;</w:t>
        <w:br/>
        <w:t>. . . . . . . . . "Да-айте пожить!!!"</w:t>
      </w:r>
    </w:p>
    <w:p>
      <w:r>
        <w:br/>
        <w:t>НАД ФАБРИКОЮ ночі&lt;br /&gt;</w:t>
        <w:br/>
        <w:t>Схиляються задушні,&lt;br /&gt;</w:t>
        <w:br/>
        <w:t>І тисячі вогнів&lt;br /&gt;</w:t>
        <w:br/>
        <w:t>В млу воском капотять…&lt;br /&gt;</w:t>
        <w:br/>
        <w:t>В час пізній поволочуть&lt;br /&gt;</w:t>
        <w:br/>
        <w:t>Звідтіль спустілі душі&lt;br /&gt;</w:t>
        <w:br/>
        <w:t>Повз варту ліхтарів&lt;br /&gt;</w:t>
        <w:br/>
        <w:t>Десь молодість стрічать.</w:t>
      </w:r>
    </w:p>
    <w:p>
      <w:r>
        <w:br/>
        <w:t>* * *&lt;br /&gt;</w:t>
        <w:br/>
        <w:t>. . . . . . . . . . . . . . . . . . .&lt;br /&gt;</w:t>
        <w:br/>
        <w:t>"Е-ра!-ра!-ра!&lt;br /&gt;</w:t>
        <w:br/>
        <w:t>Шахтьор босий, шахтьор голий…"&lt;br /&gt;</w:t>
        <w:br/>
        <w:t>. . . . . . . . . . . . . . . . . . .&lt;br /&gt;</w:t>
        <w:br/>
        <w:t>Пітні лиця, сірий дим.&lt;br /&gt;</w:t>
        <w:br/>
        <w:t>Звук гармошки, як віхоли,&lt;br /&gt;</w:t>
        <w:br/>
        <w:t>В цім вертепі.&lt;br /&gt;</w:t>
        <w:br/>
        <w:t>В душах кволих&lt;br /&gt;</w:t>
        <w:br/>
        <w:t>Тоже дим.&lt;br /&gt;</w:t>
        <w:br/>
        <w:t>В головах&lt;br /&gt;</w:t>
        <w:br/>
        <w:t>Дим.&lt;br /&gt;</w:t>
        <w:br/>
        <w:t>. . . . . . . . . . . . . . . . . . .&lt;br /&gt;</w:t>
        <w:br/>
        <w:t>Е-ра!-ра!-ра!..&lt;br /&gt;</w:t>
        <w:br/>
        <w:t>Тіда-ріда, — бариня&lt;br /&gt;</w:t>
        <w:br/>
        <w:t>Судариня-бариня!..&lt;br /&gt;</w:t>
        <w:br/>
        <w:t>. . . . . . . . . . . . . . . . . . .&lt;br /&gt;</w:t>
        <w:br/>
        <w:t>Чом чорнява не танцюєш,&lt;br /&gt;</w:t>
        <w:br/>
        <w:t>Ех-и, раз!&lt;br /&gt;</w:t>
        <w:br/>
        <w:t>ех-и, два!&lt;br /&gt;</w:t>
        <w:br/>
        <w:t>Мене, хлопця, не цілуєш?..&lt;br /&gt;</w:t>
        <w:br/>
        <w:t>. . . . . . . . . . . . . . . . . . .&lt;br /&gt;</w:t>
        <w:br/>
        <w:t>Іх-ха!&lt;br /&gt;</w:t>
        <w:br/>
        <w:t>Хе-ха!&lt;br /&gt;</w:t>
        <w:br/>
        <w:t>І ггі!!! —&lt;br /&gt;</w:t>
        <w:br/>
        <w:t>У нашого гармоніста&lt;br /&gt;</w:t>
        <w:br/>
        <w:t>Та не зовсім совість чиста, —&lt;br /&gt;</w:t>
        <w:br/>
        <w:t>Нашій Гандзі як (…),&lt;br /&gt;</w:t>
        <w:br/>
        <w:t>Не очуняє й тепер.&lt;br /&gt;</w:t>
        <w:br/>
        <w:t>. . . . . . . . . . . . . . . . . . .&lt;br /&gt;</w:t>
        <w:br/>
        <w:t>Та ніхто й не-епри-го-рне…&lt;br /&gt;</w:t>
        <w:br/>
        <w:t>. . . . . . . . . тепер.&lt;br /&gt;</w:t>
        <w:br/>
        <w:t>"Ну, завили, гей, "довольно".&lt;br /&gt;</w:t>
        <w:br/>
        <w:t>Крой, гармошка, виручай!&lt;br /&gt;</w:t>
        <w:br/>
        <w:t>Заработаєш на чай".&lt;br /&gt;</w:t>
        <w:br/>
        <w:t>. . . . . . . . . . . . . . . . . . .&lt;br /&gt;</w:t>
        <w:br/>
        <w:t>Ха-ха-ха!!!&lt;br /&gt;</w:t>
        <w:br/>
        <w:t>Нам ні бога, ні гріха.</w:t>
      </w:r>
    </w:p>
    <w:p>
      <w:r>
        <w:br/>
        <w:t>* * *&lt;br /&gt;</w:t>
        <w:br/>
        <w:t>Ніч задухою здавила&lt;br /&gt;</w:t>
        <w:br/>
        <w:t>Пітні лиця, сірий дим…&lt;br /&gt;</w:t>
        <w:br/>
        <w:t>Навіть дзбобаний Порфило,&lt;br /&gt;</w:t>
        <w:br/>
        <w:t>Що за сорок повалило,&lt;br /&gt;</w:t>
        <w:br/>
        <w:t>Хоче бути молодим.&lt;br /&gt;</w:t>
        <w:br/>
        <w:t>Дим…</w:t>
      </w:r>
    </w:p>
    <w:p>
      <w:r>
        <w:br/>
        <w:t>НАД МІСТОМ вечори —&lt;br /&gt;</w:t>
        <w:br/>
        <w:t>Анонси і реклама,&lt;br /&gt;</w:t>
        <w:br/>
        <w:t>Над містом шум шовків&lt;br /&gt;</w:t>
        <w:br/>
        <w:t>І виблиски вітрин…</w:t>
      </w:r>
    </w:p>
    <w:p>
      <w:r>
        <w:br/>
        <w:t>Там богочоловік;&lt;br /&gt;</w:t>
        <w:br/>
        <w:t>То ж Будда, Далай-Лама&lt;br /&gt;</w:t>
        <w:br/>
        <w:t>Й Христос —&lt;br /&gt;</w:t>
        <w:br/>
        <w:t>швейцари днів&lt;br /&gt;</w:t>
        <w:br/>
        <w:t>В нових богів, богинь.</w:t>
      </w:r>
    </w:p>
    <w:p>
      <w:r>
        <w:br/>
        <w:t>ІІІ</w:t>
      </w:r>
    </w:p>
    <w:p>
      <w:r>
        <w:br/>
        <w:t>КІМНАТА й ковдра,&lt;br /&gt;</w:t>
        <w:br/>
        <w:t>Й півтори віконця,&lt;br /&gt;</w:t>
        <w:br/>
        <w:t>Бо в піввікні стремить&lt;br /&gt;</w:t>
        <w:br/>
        <w:t>Онуча замість скла…&lt;br /&gt;</w:t>
        <w:br/>
        <w:t>За двісті літ з двора&lt;br /&gt;</w:t>
        <w:br/>
        <w:t>Сюди не вдерлось сонце.&lt;br /&gt;</w:t>
        <w:br/>
        <w:t>Лиш по кутках щемить —&lt;br /&gt;</w:t>
        <w:br/>
        <w:t>Взялася цвіллю мла.</w:t>
      </w:r>
    </w:p>
    <w:p>
      <w:r>
        <w:br/>
        <w:t>Манюнький образок&lt;br /&gt;</w:t>
        <w:br/>
        <w:t>Під стелею важкою…&lt;br /&gt;</w:t>
        <w:br/>
        <w:t>В суботній час в кутку&lt;br /&gt;</w:t>
        <w:br/>
        <w:t>Лампадка блискотить:&lt;br /&gt;</w:t>
        <w:br/>
        <w:t>Марія за порок&lt;br /&gt;</w:t>
        <w:br/>
        <w:t>Важкою головою,&lt;br /&gt;</w:t>
        <w:br/>
        <w:t>За долю за гірку&lt;br /&gt;</w:t>
        <w:br/>
        <w:t>Схиляється на мить.</w:t>
      </w:r>
    </w:p>
    <w:p>
      <w:r>
        <w:br/>
        <w:t>ТЯГАР безсонних снів&lt;br /&gt;</w:t>
        <w:br/>
        <w:t>Зігнув благеньке ліжко&lt;br /&gt;</w:t>
        <w:br/>
        <w:t>І висотав думки —&lt;br /&gt;</w:t>
        <w:br/>
        <w:t>Розвішав на бильці.&lt;br /&gt;</w:t>
        <w:br/>
        <w:t>Човнами час проплив…&lt;br /&gt;</w:t>
        <w:br/>
        <w:t>Лиш там — злоті доріжки&lt;br /&gt;</w:t>
        <w:br/>
        <w:t>На ввитім в васильки&lt;br /&gt;</w:t>
        <w:br/>
        <w:t>Скорботному лиці.</w:t>
      </w:r>
    </w:p>
    <w:p>
      <w:r>
        <w:br/>
        <w:t>То образ… мрія…&lt;br /&gt;</w:t>
        <w:br/>
        <w:t>Вколо —&lt;br /&gt;</w:t>
        <w:br/>
        <w:t>Стілець, ослін безногий;&lt;br /&gt;</w:t>
        <w:br/>
        <w:t>На вішалці дрантя,&lt;br /&gt;</w:t>
        <w:br/>
        <w:t>Завинуте у млу,&lt;br /&gt;</w:t>
        <w:br/>
        <w:t>Та ось шукає долю,&lt;br /&gt;</w:t>
        <w:br/>
        <w:t>Мов рзгубив дороги,&lt;br /&gt;</w:t>
        <w:br/>
        <w:t>Гасає таракан&lt;br /&gt;</w:t>
        <w:br/>
        <w:t>По сірому столу.</w:t>
      </w:r>
    </w:p>
    <w:p>
      <w:r>
        <w:br/>
        <w:t>У ДОВГІ вечори,&lt;br /&gt;</w:t>
        <w:br/>
        <w:t>Похилена над шитвом,&lt;br /&gt;</w:t>
        <w:br/>
        <w:t>При кволім каганці&lt;br /&gt;</w:t>
        <w:br/>
        <w:t>До пізньої пори&lt;br /&gt;</w:t>
        <w:br/>
        <w:t>Працює все Марія,&lt;br /&gt;</w:t>
        <w:br/>
        <w:t>Вдень фабрикою спита, —&lt;br /&gt;</w:t>
        <w:br/>
        <w:t>Допалює свій цвіт&lt;br /&gt;</w:t>
        <w:br/>
        <w:t>В осінні вечори.&lt;br /&gt;</w:t>
        <w:br/>
        <w:t>І степові пісні&lt;br /&gt;</w:t>
        <w:br/>
        <w:t>Розсотує, як нитку, —&lt;br /&gt;</w:t>
        <w:br/>
        <w:t>На тінь кладе канву&lt;br /&gt;</w:t>
        <w:br/>
        <w:t>З волошок і жоржин:&lt;br /&gt;</w:t>
        <w:br/>
        <w:t>Про думи навісні…&lt;br /&gt;</w:t>
        <w:br/>
        <w:t>Про місяця намітку…&lt;br /&gt;</w:t>
        <w:br/>
        <w:t>Про гуси на ставу&lt;br /&gt;</w:t>
        <w:br/>
        <w:t>Та про незнаний крин.</w:t>
      </w:r>
    </w:p>
    <w:p>
      <w:r>
        <w:br/>
        <w:t>В ОЧАХ — утома днів,&lt;br /&gt;</w:t>
        <w:br/>
        <w:t>В губах — нерушна юність,&lt;br /&gt;</w:t>
        <w:br/>
        <w:t>А брови й дві коси —&lt;br /&gt;</w:t>
        <w:br/>
        <w:t>Як шовкова цвітінь…</w:t>
      </w:r>
    </w:p>
    <w:p>
      <w:r>
        <w:br/>
        <w:t>…Вже й пізній час насів&lt;br /&gt;</w:t>
        <w:br/>
        <w:t>На вії…&lt;br /&gt;</w:t>
        <w:br/>
        <w:t>Мабуть, всю ніч&lt;br /&gt;</w:t>
        <w:br/>
        <w:t>Скиває каганець&lt;br /&gt;</w:t>
        <w:br/>
        <w:t>На неспокійну тінь.</w:t>
      </w:r>
    </w:p>
    <w:p>
      <w:r>
        <w:br/>
        <w:t>А потім: знову день,&lt;br /&gt;</w:t>
        <w:br/>
        <w:t>Знов фабрика і будні,&lt;br /&gt;</w:t>
        <w:br/>
        <w:t>Як патока, нудні&lt;br /&gt;</w:t>
        <w:br/>
        <w:t>І схожі, як один.&lt;br /&gt;</w:t>
        <w:br/>
        <w:t>У шумі веретен&lt;br /&gt;</w:t>
        <w:br/>
        <w:t>Зрадливі і облудні&lt;br /&gt;</w:t>
        <w:br/>
        <w:t>Там люди і пісні&lt;br /&gt;</w:t>
        <w:br/>
        <w:t>І млявий тік годин.</w:t>
      </w:r>
    </w:p>
    <w:p>
      <w:r>
        <w:br/>
        <w:t>МИНАЮТЬ місяці.&lt;br /&gt;</w:t>
        <w:br/>
        <w:t>Сніги зміняють води.&lt;br /&gt;</w:t>
        <w:br/>
        <w:t>Хвилину тягне мить,&lt;br /&gt;</w:t>
        <w:br/>
        <w:t>Години тягнуть дні.&lt;br /&gt;</w:t>
        <w:br/>
        <w:t>І серце так болить,&lt;br /&gt;</w:t>
        <w:br/>
        <w:t>І ниє тоскно врода,&lt;br /&gt;</w:t>
        <w:br/>
        <w:t>Як муха засурмить&lt;br /&gt;</w:t>
        <w:br/>
        <w:t>В розбитому вікні…&lt;br /&gt;</w:t>
        <w:br/>
        <w:t>. . . . . . . . . . . . . . . . . . .&lt;br /&gt;</w:t>
        <w:br/>
        <w:t>Нащо ж вона сурмить&lt;br /&gt;</w:t>
        <w:br/>
        <w:t>В розбитому вікні?</w:t>
      </w:r>
    </w:p>
    <w:p>
      <w:r>
        <w:br/>
        <w:t>ЧАСТИНА ДРУГА</w:t>
      </w:r>
    </w:p>
    <w:p>
      <w:r>
        <w:br/>
        <w:t>IV</w:t>
      </w:r>
    </w:p>
    <w:p>
      <w:r>
        <w:br/>
        <w:t>В ВЕСІННІЙ славний час&lt;br /&gt;</w:t>
        <w:br/>
        <w:t>Зустрілись на панелі;&lt;br /&gt;</w:t>
        <w:br/>
        <w:t>Він щось її, якусь&lt;br /&gt;</w:t>
        <w:br/>
        <w:t>Адресу запитав.&lt;br /&gt;</w:t>
        <w:br/>
        <w:t>Такий простий-простий,&lt;br /&gt;</w:t>
        <w:br/>
        <w:t>У латаній шинелі…&lt;br /&gt;</w:t>
        <w:br/>
        <w:t>На грудях срібний биск&lt;br /&gt;</w:t>
        <w:br/>
        <w:t>Царевого хреста.</w:t>
      </w:r>
    </w:p>
    <w:p>
      <w:r>
        <w:br/>
        <w:t>Та блиск очей ясніш&lt;br /&gt;</w:t>
        <w:br/>
        <w:t>І лагідна усмішка,&lt;br /&gt;</w:t>
        <w:br/>
        <w:t>Рожевуватий шрам&lt;br /&gt;</w:t>
        <w:br/>
        <w:t>На смілому лиці;&lt;br /&gt;</w:t>
        <w:br/>
        <w:t>Як давнішні пісні,&lt;br /&gt;</w:t>
        <w:br/>
        <w:t>Застирана манишка,&lt;br /&gt;</w:t>
        <w:br/>
        <w:t>А на руці…&lt;br /&gt;</w:t>
        <w:br/>
        <w:t>То ж там&lt;br /&gt;</w:t>
        <w:br/>
        <w:t>Мозолі на руці.</w:t>
      </w:r>
    </w:p>
    <w:p>
      <w:r>
        <w:br/>
        <w:t>БЛАКИТНІ вечори&lt;br /&gt;</w:t>
        <w:br/>
        <w:t>Над парками звисають.&lt;br /&gt;</w:t>
        <w:br/>
        <w:t>І тулиться зоря&lt;br /&gt;</w:t>
        <w:br/>
        <w:t>Так близько до зорі,&lt;br /&gt;</w:t>
        <w:br/>
        <w:t>І дивляться згори.&lt;br /&gt;</w:t>
        <w:br/>
        <w:t>Як місто зацвітає,&lt;br /&gt;</w:t>
        <w:br/>
        <w:t>Як млосно майорять&lt;br /&gt;</w:t>
        <w:br/>
        <w:t>Весінні лихтарі.</w:t>
      </w:r>
    </w:p>
    <w:p>
      <w:r>
        <w:br/>
        <w:t>Завулками пішли&lt;br /&gt;</w:t>
        <w:br/>
        <w:t>Такі маленькі ночі.&lt;br /&gt;</w:t>
        <w:br/>
        <w:t>В Марії втома десь&lt;br /&gt;</w:t>
        <w:br/>
        <w:t>У відпустку пішла.&lt;br /&gt;</w:t>
        <w:br/>
        <w:t>. . . . . . . . . . . . . . . . . . .&lt;br /&gt;</w:t>
        <w:br/>
        <w:t>Де кручі та шпилі,&lt;br /&gt;</w:t>
        <w:br/>
        <w:t>Там молодість регоче, —&lt;br /&gt;</w:t>
        <w:br/>
        <w:t>Роняють верби честь&lt;br /&gt;</w:t>
        <w:br/>
        <w:t>З зеленого крила.</w:t>
      </w:r>
    </w:p>
    <w:p>
      <w:r>
        <w:br/>
        <w:t>"ПЛАКУЧІ", — кажуть.&lt;br /&gt;</w:t>
        <w:br/>
        <w:t>То ж&lt;br /&gt;</w:t>
        <w:br/>
        <w:t>Сльозами сходить радість,&lt;br /&gt;</w:t>
        <w:br/>
        <w:t>Що зорі у танку,&lt;br /&gt;</w:t>
        <w:br/>
        <w:t>Що квіти,&lt;br /&gt;</w:t>
        <w:br/>
        <w:t>Що весна,&lt;br /&gt;</w:t>
        <w:br/>
        <w:t>Що радісна, як цвіт&lt;br /&gt;</w:t>
        <w:br/>
        <w:t>В омріяному саді,&lt;br /&gt;</w:t>
        <w:br/>
        <w:t>Марія у вінку,&lt;br /&gt;</w:t>
        <w:br/>
        <w:t>Марія не одна.</w:t>
      </w:r>
    </w:p>
    <w:p>
      <w:r>
        <w:br/>
        <w:t>Блакитні вечори&lt;br /&gt;</w:t>
        <w:br/>
        <w:t>Над парками звисають,&lt;br /&gt;</w:t>
        <w:br/>
        <w:t>І тулиться зоря&lt;br /&gt;</w:t>
        <w:br/>
        <w:t>Так близько до зорі,&lt;br /&gt;</w:t>
        <w:br/>
        <w:t>І дивляться згори,&lt;br /&gt;</w:t>
        <w:br/>
        <w:t>Як юність зацвітає,&lt;br /&gt;</w:t>
        <w:br/>
        <w:t>Як млосно майорять&lt;br /&gt;</w:t>
        <w:br/>
        <w:t>Весінні лихтарі.</w:t>
      </w:r>
    </w:p>
    <w:p>
      <w:r>
        <w:br/>
        <w:t>І СКОРО без вінця&lt;br /&gt;</w:t>
        <w:br/>
        <w:t>Побралися з Андрієм,&lt;br /&gt;</w:t>
        <w:br/>
        <w:t>Бо вірили в любов&lt;br /&gt;</w:t>
        <w:br/>
        <w:t>І вірили у честь…&lt;br /&gt;</w:t>
        <w:br/>
        <w:t>І з юного лиця&lt;br /&gt;</w:t>
        <w:br/>
        <w:t>В щасливої Марії&lt;br /&gt;</w:t>
        <w:br/>
        <w:t>Печалі гніт зійшов&lt;br /&gt;</w:t>
        <w:br/>
        <w:t>І втома із очей.</w:t>
      </w:r>
    </w:p>
    <w:p>
      <w:r>
        <w:br/>
        <w:t>Нехай не має він&lt;br /&gt;</w:t>
        <w:br/>
        <w:t>Ні батька, ні родини,&lt;br /&gt;</w:t>
        <w:br/>
        <w:t>Нехай не має він&lt;br /&gt;</w:t>
        <w:br/>
        <w:t>Ні коней, ні волів,&lt;br /&gt;</w:t>
        <w:br/>
        <w:t>Ну й що ж…&lt;br /&gt;</w:t>
        <w:br/>
        <w:t>Ба, він один&lt;br /&gt;</w:t>
        <w:br/>
        <w:t>Для неї важить нині&lt;br /&gt;</w:t>
        <w:br/>
        <w:t>Найбільше від усіх&lt;br /&gt;</w:t>
        <w:br/>
        <w:t>Разом багатирів.</w:t>
      </w:r>
    </w:p>
    <w:p>
      <w:r>
        <w:br/>
        <w:t>ОСЕЛЯ ожила,&lt;br /&gt;</w:t>
        <w:br/>
        <w:t>Осяяна без сонця,&lt;br /&gt;</w:t>
        <w:br/>
        <w:t>Любов’ю налилась,&lt;br /&gt;</w:t>
        <w:br/>
        <w:t>Як груди молоком.&lt;br /&gt;</w:t>
        <w:br/>
        <w:t>І часто-часто мла&lt;br /&gt;</w:t>
        <w:br/>
        <w:t>У заткнуте віконце&lt;br /&gt;</w:t>
        <w:br/>
        <w:t>Дивилась:&lt;br /&gt;</w:t>
        <w:br/>
        <w:t>чи то ж "та" —&lt;br /&gt;</w:t>
        <w:br/>
        <w:t>Із фабрики трико?</w:t>
      </w:r>
    </w:p>
    <w:p>
      <w:r>
        <w:br/>
        <w:t>Приходить ново час&lt;br /&gt;</w:t>
        <w:br/>
        <w:t>(В колись нудній кімнаті) —&lt;br /&gt;</w:t>
        <w:br/>
        <w:t>Не вбачиш, як летить, —&lt;br /&gt;</w:t>
        <w:br/>
        <w:t>Хоч в злиднях, та в огні.&lt;br /&gt;</w:t>
        <w:br/>
        <w:t>Оплакані не раз,&lt;br /&gt;</w:t>
        <w:br/>
        <w:t>Тепер життям налляті,&lt;br /&gt;</w:t>
        <w:br/>
        <w:t>Ті ночі, наче мить&lt;br /&gt;</w:t>
        <w:br/>
        <w:t>На радіснім коні.</w:t>
      </w:r>
    </w:p>
    <w:p>
      <w:r>
        <w:br/>
        <w:t>А ФАБРИКА щодень —&lt;br /&gt;</w:t>
        <w:br/>
        <w:t>Гудками владно кличе,&lt;br /&gt;</w:t>
        <w:br/>
        <w:t>Щоб щастя розмінять&lt;br /&gt;</w:t>
        <w:br/>
        <w:t>На прості копійки, —&lt;br /&gt;</w:t>
        <w:br/>
        <w:t>Де табельщик рудий&lt;br /&gt;</w:t>
        <w:br/>
        <w:t>На день підходить тричі&lt;br /&gt;</w:t>
        <w:br/>
        <w:t>Й снує навколо сіть,&lt;br /&gt;</w:t>
        <w:br/>
        <w:t>Безсоромний такий.</w:t>
      </w:r>
    </w:p>
    <w:p>
      <w:r>
        <w:br/>
        <w:t>Лише почне сіріть, —&lt;br /&gt;</w:t>
        <w:br/>
        <w:t>Зудить, зудить гудками&lt;br /&gt;</w:t>
        <w:br/>
        <w:t>І захлинається&lt;br /&gt;</w:t>
        <w:br/>
        <w:t>Тупа і жадна твар.&lt;br /&gt;</w:t>
        <w:br/>
        <w:t>І не втечеш воріт&lt;br /&gt;</w:t>
        <w:br/>
        <w:t>З нікчемними словами…&lt;br /&gt;</w:t>
        <w:br/>
        <w:t>. . . . . . . . . . . . . . . . . . .&lt;br /&gt;</w:t>
        <w:br/>
        <w:t>Міняє пари цифр&lt;br /&gt;</w:t>
        <w:br/>
        <w:t>Без жалю календар.</w:t>
      </w:r>
    </w:p>
    <w:p>
      <w:r>
        <w:br/>
        <w:t>V</w:t>
      </w:r>
    </w:p>
    <w:p>
      <w:r>
        <w:br/>
        <w:t>ЛИШЕ ПОЧНЕ сіріть&lt;br /&gt;</w:t>
        <w:br/>
        <w:t>Й до пізньої години&lt;br /&gt;</w:t>
        <w:br/>
        <w:t>Її трима варстат,&lt;br /&gt;</w:t>
        <w:br/>
        <w:t>Його державний млин.&lt;br /&gt;</w:t>
        <w:br/>
        <w:t>І пусткою смердить&lt;br /&gt;</w:t>
        <w:br/>
        <w:t>Покинута хатина,&lt;br /&gt;</w:t>
        <w:br/>
        <w:t>Лиш тче павук в кутках&lt;br /&gt;</w:t>
        <w:br/>
        <w:t>Сітину павутин.</w:t>
      </w:r>
    </w:p>
    <w:p>
      <w:r>
        <w:br/>
        <w:t>МИНАЮТЬ дні, як сон…&lt;br /&gt;</w:t>
        <w:br/>
        <w:t>Упали на коліна&lt;br /&gt;</w:t>
        <w:br/>
        <w:t>До трудної руки&lt;br /&gt;</w:t>
        <w:br/>
        <w:t>Жалі серед зими.&lt;br /&gt;</w:t>
        <w:br/>
        <w:t>Став гаснути вогонь.&lt;br /&gt;</w:t>
        <w:br/>
        <w:t>І ось…&lt;br /&gt;</w:t>
        <w:br/>
        <w:t>Діждались сина&lt;br /&gt;</w:t>
        <w:br/>
        <w:t>І радости скалки&lt;br /&gt;</w:t>
        <w:br/>
        <w:t>Змішалися з слізьми.</w:t>
      </w:r>
    </w:p>
    <w:p>
      <w:r>
        <w:br/>
        <w:t>І МАТІР’Ю тепер&lt;br /&gt;</w:t>
        <w:br/>
        <w:t>Зробилася Марія.&lt;br /&gt;</w:t>
        <w:br/>
        <w:t>Не спала довгі ночі,&lt;br /&gt;</w:t>
        <w:br/>
        <w:t>Де синова постіль…&lt;br /&gt;</w:t>
        <w:br/>
        <w:t>То ж личко — як у батька…&lt;br /&gt;</w:t>
        <w:br/>
        <w:t>То ж брови — як у неньки…&lt;br /&gt;</w:t>
        <w:br/>
        <w:t>За василькові очі&lt;br /&gt;</w:t>
        <w:br/>
        <w:t>Дала ім’я — Василь.</w:t>
      </w:r>
    </w:p>
    <w:p>
      <w:r>
        <w:br/>
        <w:t>Ну, скільки щастя й сліз&lt;br /&gt;</w:t>
        <w:br/>
        <w:t>І скільки ласки тої,&lt;br /&gt;</w:t>
        <w:br/>
        <w:t>Коли у груди так&lt;br /&gt;</w:t>
        <w:br/>
        <w:t>Упнеться немовля!&lt;br /&gt;</w:t>
        <w:br/>
        <w:t>Й коли Андрія пізно&lt;br /&gt;</w:t>
        <w:br/>
        <w:t>Із зміни жде нічної,&lt;br /&gt;</w:t>
        <w:br/>
        <w:t>Марія, ніби з ним,&lt;br /&gt;</w:t>
        <w:br/>
        <w:t>Із сином розмовля.</w:t>
      </w:r>
    </w:p>
    <w:p>
      <w:r>
        <w:br/>
        <w:t>ДУМКИ в обох одні:&lt;br /&gt;</w:t>
        <w:br/>
        <w:t>"Усе життя для сина…"&lt;br /&gt;</w:t>
        <w:br/>
        <w:t>Є праця, є сім’я —&lt;br /&gt;</w:t>
        <w:br/>
        <w:t>І легше наче жить.&lt;br /&gt;</w:t>
        <w:br/>
        <w:t>Знов степові пісні&lt;br /&gt;</w:t>
        <w:br/>
        <w:t>Та колискові линуть,&lt;br /&gt;</w:t>
        <w:br/>
        <w:t>Ціловане ім’я&lt;br /&gt;</w:t>
        <w:br/>
        <w:t>Укохано бринить.</w:t>
      </w:r>
    </w:p>
    <w:p>
      <w:r>
        <w:br/>
        <w:t>І РАПТОМ — жарт:&lt;br /&gt;</w:t>
        <w:br/>
        <w:t>Андрія&lt;br /&gt;</w:t>
        <w:br/>
        <w:t>Машиною прибило!&lt;br /&gt;</w:t>
        <w:br/>
        <w:t>Привезли —&lt;br /&gt;</w:t>
        <w:br/>
        <w:t>І одчай&lt;br /&gt;</w:t>
        <w:br/>
        <w:t>Забивсь, як на ножі.</w:t>
      </w:r>
    </w:p>
    <w:p>
      <w:r>
        <w:br/>
        <w:t>Кінець…&lt;br /&gt;</w:t>
        <w:br/>
        <w:t>Лише жевріє&lt;br /&gt;</w:t>
        <w:br/>
        <w:t>Й киває на могилу&lt;br /&gt;</w:t>
        <w:br/>
        <w:t>Під образком свіча&lt;br /&gt;</w:t>
        <w:br/>
        <w:t>Та злякано дрижить.</w:t>
      </w:r>
    </w:p>
    <w:p>
      <w:r>
        <w:br/>
        <w:t>І точиться життя,&lt;br /&gt;</w:t>
        <w:br/>
        <w:t>І бореться зі смертю.&lt;br /&gt;</w:t>
        <w:br/>
        <w:t>Та що не день — то гірш, —&lt;br /&gt;</w:t>
        <w:br/>
        <w:t>І кожен мент,&lt;br /&gt;</w:t>
        <w:br/>
        <w:t>як вік.</w:t>
      </w:r>
    </w:p>
    <w:p>
      <w:r>
        <w:br/>
        <w:t>Ні смерть, ні вороття&lt;br /&gt;</w:t>
        <w:br/>
        <w:t>Не йдуть…&lt;br /&gt;</w:t>
        <w:br/>
        <w:t>Та час упертий,&lt;br /&gt;</w:t>
        <w:br/>
        <w:t>І не вблагає плач,&lt;br /&gt;</w:t>
        <w:br/>
        <w:t>І не злякає крик…</w:t>
      </w:r>
    </w:p>
    <w:p>
      <w:r>
        <w:br/>
        <w:t>Час тягне до могили…</w:t>
      </w:r>
    </w:p>
    <w:p>
      <w:r>
        <w:br/>
        <w:t>Андрій ледве живий —&lt;br /&gt;</w:t>
        <w:br/>
        <w:t>Розбитий і німий.</w:t>
      </w:r>
    </w:p>
    <w:p>
      <w:r>
        <w:br/>
        <w:t>VІ</w:t>
      </w:r>
    </w:p>
    <w:p>
      <w:r>
        <w:br/>
        <w:t>НАД ФАБРИКОЮ ночі&lt;br /&gt;</w:t>
        <w:br/>
        <w:t>Схиляються задушні,&lt;br /&gt;</w:t>
        <w:br/>
        <w:t>І тисячі вогнів&lt;br /&gt;</w:t>
        <w:br/>
        <w:t>В млу воском копотять…</w:t>
      </w:r>
    </w:p>
    <w:p>
      <w:r>
        <w:br/>
        <w:t>Відчаєм сходять очі.&lt;br /&gt;</w:t>
        <w:br/>
        <w:t>Варстат стоїть нерушно.&lt;br /&gt;</w:t>
        <w:br/>
        <w:t>А руки, як прокляті,&lt;br /&gt;</w:t>
        <w:br/>
        <w:t>Хоч знають — буде гнів.</w:t>
      </w:r>
    </w:p>
    <w:p>
      <w:r>
        <w:br/>
        <w:t>Ось табельщик рудий&lt;br /&gt;</w:t>
        <w:br/>
        <w:t>Прийшов і став позаду:&lt;br /&gt;</w:t>
        <w:br/>
        <w:t>"Маріє!&lt;br /&gt;</w:t>
        <w:br/>
        <w:t>Як кінчиш,&lt;br /&gt;</w:t>
        <w:br/>
        <w:t>Зайди.&lt;br /&gt;</w:t>
        <w:br/>
        <w:t>Велів старший…"</w:t>
      </w:r>
    </w:p>
    <w:p>
      <w:r>
        <w:br/>
        <w:t>Як ось:&lt;br /&gt;</w:t>
        <w:br/>
        <w:t>гудок хрипкий…&lt;br /&gt;</w:t>
        <w:br/>
        <w:t>Марія, д’дому рада,&lt;br /&gt;</w:t>
        <w:br/>
        <w:t>В конторку до старших&lt;br /&gt;</w:t>
        <w:br/>
        <w:t>Пустилася мерщій.</w:t>
      </w:r>
    </w:p>
    <w:p>
      <w:r>
        <w:br/>
        <w:t>БЕЗ ПАМ’ЯТИ Андрій&lt;br /&gt;</w:t>
        <w:br/>
        <w:t>Із сином у кімнаті…&lt;br /&gt;</w:t>
        <w:br/>
        <w:t>Син в грязних пелюшках&lt;br /&gt;</w:t>
        <w:br/>
        <w:t>Заходиться плачем,&lt;br /&gt;</w:t>
        <w:br/>
        <w:t>А в батька хтось блідий&lt;br /&gt;</w:t>
        <w:br/>
        <w:t>Осівсь в бровах крилатих,&lt;br /&gt;</w:t>
        <w:br/>
        <w:t>Й сльозинка чеерз шрам&lt;br /&gt;</w:t>
        <w:br/>
        <w:t>Задумано тече.</w:t>
      </w:r>
    </w:p>
    <w:p>
      <w:r>
        <w:br/>
        <w:t>СТАРШИЙ — то лише "понт", —&lt;br /&gt;</w:t>
        <w:br/>
        <w:t>Там табельщик осівся&lt;br /&gt;</w:t>
        <w:br/>
        <w:t>І двері, як капкан,&lt;br /&gt;</w:t>
        <w:br/>
        <w:t>Захлопнулись на ключ…&lt;br /&gt;</w:t>
        <w:br/>
        <w:t>. . . . . . . . . . . . . . . . . . .&lt;br /&gt;</w:t>
        <w:br/>
        <w:t>В велику шибку рот&lt;br /&gt;</w:t>
        <w:br/>
        <w:t>Розкрив слинявий місяць:&lt;br /&gt;</w:t>
        <w:br/>
        <w:t>Когось хтось спутав там,&lt;br /&gt;</w:t>
        <w:br/>
        <w:t>Рве шмаття обіруч.&lt;br /&gt;</w:t>
        <w:br/>
        <w:t>. . . . . . . . . . . . . . . . . . .&lt;br /&gt;</w:t>
        <w:br/>
        <w:t>"О, ДЕ ЗАКОН і месть?&lt;br /&gt;</w:t>
        <w:br/>
        <w:t>І де знайду управу?&lt;br /&gt;</w:t>
        <w:br/>
        <w:t>Нащо родилась я?&lt;br /&gt;</w:t>
        <w:br/>
        <w:t>Отак й мене родив?!."</w:t>
      </w:r>
    </w:p>
    <w:p>
      <w:r>
        <w:br/>
        <w:t>Іде Марія десь,&lt;br /&gt;</w:t>
        <w:br/>
        <w:t>Спіткається в канавах:</w:t>
      </w:r>
    </w:p>
    <w:p>
      <w:r>
        <w:br/>
        <w:t>"О, де той правий шлях?&lt;br /&gt;</w:t>
        <w:br/>
        <w:t>Куди піду? куди?"</w:t>
      </w:r>
    </w:p>
    <w:p>
      <w:r>
        <w:br/>
        <w:t>І приблудився пес&lt;br /&gt;</w:t>
        <w:br/>
        <w:t>Голодний і обдертий;&lt;br /&gt;</w:t>
        <w:br/>
        <w:t>Десь падали разом&lt;br /&gt;</w:t>
        <w:br/>
        <w:t>Під тумбою у тьмі…</w:t>
      </w:r>
    </w:p>
    <w:p>
      <w:r>
        <w:br/>
        <w:t>О час нових чудес!&lt;br /&gt;</w:t>
        <w:br/>
        <w:t>О пам’ятники… жертви!..&lt;br /&gt;</w:t>
        <w:br/>
        <w:t>Чому Ви, сфінкси днів,&lt;br /&gt;</w:t>
        <w:br/>
        <w:t>Великі&lt;br /&gt;</w:t>
        <w:br/>
        <w:t>і німі?!</w:t>
      </w:r>
    </w:p>
    <w:p>
      <w:r>
        <w:br/>
        <w:t>ТУМАНИ…&lt;br /&gt;</w:t>
        <w:br/>
        <w:t>Захід зблід…&lt;br /&gt;</w:t>
        <w:br/>
        <w:t>Ось силует свободи.&lt;br /&gt;</w:t>
        <w:br/>
        <w:t>Хрести церков стирчать —&lt;br /&gt;</w:t>
        <w:br/>
        <w:t>Пристанище калік…</w:t>
      </w:r>
    </w:p>
    <w:p>
      <w:r>
        <w:br/>
        <w:t>. . . . . . . . . . . . . . . . . . .&lt;br /&gt;</w:t>
        <w:br/>
        <w:t>Вернулася чуть світ.&lt;br /&gt;</w:t>
        <w:br/>
        <w:t>А дома —&lt;br /&gt;</w:t>
        <w:br/>
        <w:t>склеп холодний, —&lt;br /&gt;</w:t>
        <w:br/>
        <w:t>Погашена свіча…&lt;br /&gt;</w:t>
        <w:br/>
        <w:t>І мертвий чоловік.</w:t>
      </w:r>
    </w:p>
    <w:p>
      <w:r>
        <w:br/>
        <w:t>ЧАСТИНА ТРЕТЯ</w:t>
      </w:r>
    </w:p>
    <w:p>
      <w:r>
        <w:br/>
        <w:t>VІІ</w:t>
      </w:r>
    </w:p>
    <w:p>
      <w:r>
        <w:br/>
        <w:t>ЗИМА, зима… сніги…&lt;br /&gt;</w:t>
        <w:br/>
        <w:t>Із фабрики прогнали.&lt;br /&gt;</w:t>
        <w:br/>
        <w:t>Марія, як мара,&lt;br /&gt;</w:t>
        <w:br/>
        <w:t>Печальна і блідна;&lt;br /&gt;</w:t>
        <w:br/>
        <w:t>А тут ще, як з нудьги,&lt;br /&gt;</w:t>
        <w:br/>
        <w:t>Шарманщики заграли&lt;br /&gt;</w:t>
        <w:br/>
        <w:t>Там, з сірого двора…&lt;br /&gt;</w:t>
        <w:br/>
        <w:t>Як на весь світ одна.</w:t>
      </w:r>
    </w:p>
    <w:p>
      <w:r>
        <w:br/>
        <w:t>Ходила скілки днів, —&lt;br /&gt;</w:t>
        <w:br/>
        <w:t>Хоч би якась робота.&lt;br /&gt;</w:t>
        <w:br/>
        <w:t>Попродала дрантя,&lt;br /&gt;</w:t>
        <w:br/>
        <w:t>Стільці і шкарбани, —&lt;br /&gt;</w:t>
        <w:br/>
        <w:t>Лишилися одні&lt;br /&gt;</w:t>
        <w:br/>
        <w:t>Рогожі.&lt;br /&gt;</w:t>
        <w:br/>
        <w:t>За півзлота&lt;br /&gt;</w:t>
        <w:br/>
        <w:t>(З їх ласки) торговцям&lt;br /&gt;</w:t>
        <w:br/>
        <w:t>По’дносила штани…</w:t>
      </w:r>
    </w:p>
    <w:p>
      <w:r>
        <w:br/>
        <w:t>ВЕРТАЛАСЬ повз "кабак";&lt;br /&gt;</w:t>
        <w:br/>
        <w:t>Хтось оглядав:&lt;br /&gt;</w:t>
        <w:br/>
        <w:t>"Ну й ніжки!&lt;br /&gt;</w:t>
        <w:br/>
        <w:t>Ех, ніжки!.." — і з смаком&lt;br /&gt;</w:t>
        <w:br/>
        <w:t>Прицокне язиком,&lt;br /&gt;</w:t>
        <w:br/>
        <w:t>І вивихнеться так,&lt;br /&gt;</w:t>
        <w:br/>
        <w:t>Немов… немов у ліжку.</w:t>
      </w:r>
    </w:p>
    <w:p>
      <w:r>
        <w:br/>
        <w:t>Спішила і сльозу&lt;br /&gt;</w:t>
        <w:br/>
        <w:t>Втирала кулаком.</w:t>
      </w:r>
    </w:p>
    <w:p>
      <w:r>
        <w:br/>
        <w:t>З гармошкою людей&lt;br /&gt;</w:t>
        <w:br/>
        <w:t>Проходила орава;&lt;br /&gt;</w:t>
        <w:br/>
        <w:t>Хтось вуса підкрутив&lt;br /&gt;</w:t>
        <w:br/>
        <w:t>І:&lt;br /&gt;</w:t>
        <w:br/>
        <w:t>"Кхі! Іггі чорнява!&lt;br /&gt;</w:t>
        <w:br/>
        <w:t>Чи не вийде з твоєї… (гм)&lt;br /&gt;</w:t>
        <w:br/>
        <w:t>Халлява?!" —&lt;br /&gt;</w:t>
        <w:br/>
        <w:t>Аж очі день, аж день&lt;br /&gt;</w:t>
        <w:br/>
        <w:t>Долонею закрив.</w:t>
      </w:r>
    </w:p>
    <w:p>
      <w:r>
        <w:br/>
        <w:t>А ЗА ВІКНОМ ізнов&lt;br /&gt;</w:t>
        <w:br/>
        <w:t>Шарманщики заграли.&lt;br /&gt;</w:t>
        <w:br/>
        <w:t>У місті — каранавал…&lt;br /&gt;</w:t>
        <w:br/>
        <w:t>Вітрини… кабаре…&lt;br /&gt;</w:t>
        <w:br/>
        <w:t>Бульварами, мов кров,&lt;br /&gt;</w:t>
        <w:br/>
        <w:t>Електрика, коралі,&lt;br /&gt;</w:t>
        <w:br/>
        <w:t>Єдиний тнуть хораль&lt;br /&gt;</w:t>
        <w:br/>
        <w:t>Людині:&lt;br /&gt;</w:t>
        <w:br/>
        <w:t>"Хай не вмре!" —&lt;br /&gt;</w:t>
        <w:br/>
        <w:t>Зависнути хіба?&lt;br /&gt;</w:t>
        <w:br/>
        <w:t>Зависнути… о Боже!?&lt;br /&gt;</w:t>
        <w:br/>
        <w:t>А син же, син!.. Коли б&lt;br /&gt;</w:t>
        <w:br/>
        <w:t>Не цей нещасний син?..</w:t>
      </w:r>
    </w:p>
    <w:p>
      <w:r>
        <w:br/>
        <w:t>Знов тиждень, місяць, два&lt;br /&gt;</w:t>
        <w:br/>
        <w:t>Ішла найматись —&lt;br /&gt;</w:t>
        <w:br/>
        <w:t>може…&lt;br /&gt;</w:t>
        <w:br/>
        <w:t>Але ніхто й за хліб,&lt;br /&gt;</w:t>
        <w:br/>
        <w:t>Але й на день один.</w:t>
      </w:r>
    </w:p>
    <w:p>
      <w:r>
        <w:br/>
        <w:t>А В ВУЛИЦЯХ, коли&lt;br /&gt;</w:t>
        <w:br/>
        <w:t>Йшла пізньою порою,&lt;br /&gt;</w:t>
        <w:br/>
        <w:t>Причепиться один,&lt;br /&gt;</w:t>
        <w:br/>
        <w:t>Причепиться другий&lt;br /&gt;</w:t>
        <w:br/>
        <w:t>І кличе йти за ним,&lt;br /&gt;</w:t>
        <w:br/>
        <w:t>Зове кудись з собою.&lt;br /&gt;</w:t>
        <w:br/>
        <w:t>. . . . . . . . . . . . . . . . . . .&lt;br /&gt;</w:t>
        <w:br/>
        <w:t>За декілька годин —&lt;br /&gt;</w:t>
        <w:br/>
        <w:t>Хліб власний і легкий.</w:t>
      </w:r>
    </w:p>
    <w:p>
      <w:r>
        <w:br/>
        <w:t>СХИЛИЛАСЬ на постіль —&lt;br /&gt;</w:t>
        <w:br/>
        <w:t>Відчаєм сходять очі:&lt;br /&gt;</w:t>
        <w:br/>
        <w:t>"Ну й як?" —&lt;br /&gt;</w:t>
        <w:br/>
        <w:t>А син кричить&lt;br /&gt;</w:t>
        <w:br/>
        <w:t>І зсохлі груди ссе.&lt;br /&gt;</w:t>
        <w:br/>
        <w:t>"Ну й що ж… прийшла звідтіль —&lt;br /&gt;</w:t>
        <w:br/>
        <w:t>Туди й вернути хочуть?..&lt;br /&gt;</w:t>
        <w:br/>
        <w:t>І вернуть…&lt;br /&gt;</w:t>
        <w:br/>
        <w:t>І піду!.." —&lt;br /&gt;</w:t>
        <w:br/>
        <w:t>І змучене лице&lt;br /&gt;</w:t>
        <w:br/>
        <w:t>На личко сина клонить,&lt;br /&gt;</w:t>
        <w:br/>
        <w:t>Простити просить матір;&lt;br /&gt;</w:t>
        <w:br/>
        <w:t>На образок німий&lt;br /&gt;</w:t>
        <w:br/>
        <w:t>Вмивається слізьми:</w:t>
      </w:r>
    </w:p>
    <w:p>
      <w:r>
        <w:br/>
        <w:t>"Мовчиш, моя мадонно?&lt;br /&gt;</w:t>
        <w:br/>
        <w:t>Тоді будеш карати!?.&lt;br /&gt;</w:t>
        <w:br/>
        <w:t>Учися ж, сину мій,&lt;br /&gt;</w:t>
        <w:br/>
        <w:t>Нещасний&lt;br /&gt;</w:t>
        <w:br/>
        <w:t>мій…"</w:t>
      </w:r>
    </w:p>
    <w:p>
      <w:r>
        <w:br/>
        <w:t>А ЯК ВСТАЛА ніч — древня повія —&lt;br /&gt;</w:t>
        <w:br/>
        <w:t>І розплутала коси на сніг,&lt;br /&gt;</w:t>
        <w:br/>
        <w:t>Вийшла в темінь марою Марія&lt;br /&gt;</w:t>
        <w:br/>
        <w:t>І побрів хтось…&lt;br /&gt;</w:t>
        <w:br/>
        <w:t>за нею…&lt;br /&gt;</w:t>
        <w:br/>
        <w:t>за ріг.</w:t>
      </w:r>
    </w:p>
    <w:p>
      <w:r>
        <w:br/>
        <w:t>ЧАСТИНА ЧЕТВЕРТА</w:t>
      </w:r>
    </w:p>
    <w:p>
      <w:r>
        <w:br/>
        <w:t>VІІІ</w:t>
      </w:r>
    </w:p>
    <w:p>
      <w:r>
        <w:br/>
        <w:t>ЯК ОСЯДЕ імла на квартали&lt;br /&gt;</w:t>
        <w:br/>
        <w:t>І почнеться парад ліхтарів,&lt;br /&gt;</w:t>
        <w:br/>
        <w:t>Йдуть розносити честь під портали&lt;br /&gt;</w:t>
        <w:br/>
        <w:t>І по чорних клозетах дворів.</w:t>
      </w:r>
    </w:p>
    <w:p>
      <w:r>
        <w:br/>
        <w:t>Скілько їх!.. І прохриплі, і п’яні,&lt;br /&gt;</w:t>
        <w:br/>
        <w:t>Різні віком, і різні в ціні,&lt;br /&gt;</w:t>
        <w:br/>
        <w:t>Різних націй:&lt;br /&gt;</w:t>
        <w:br/>
        <w:t>і перші, й останні.&lt;br /&gt;</w:t>
        <w:br/>
        <w:t>"Ах, пардон!"&lt;br /&gt;</w:t>
        <w:br/>
        <w:t>"Ну валіть!"&lt;br /&gt;</w:t>
        <w:br/>
        <w:t>"Нє слюні!"</w:t>
      </w:r>
    </w:p>
    <w:p>
      <w:r>
        <w:br/>
        <w:t>ДОЩ ПОСІЯВ осінні тумани, —&lt;br /&gt;</w:t>
        <w:br/>
        <w:t>Ніде стати і ніде піти…&lt;br /&gt;</w:t>
        <w:br/>
        <w:t>Причепились два смазчики п’яні, —&lt;br /&gt;</w:t>
        <w:br/>
        <w:t>Знов рішила додому вести.&lt;br /&gt;</w:t>
        <w:br/>
        <w:t>Ліжко грязне: у плямах, у слині…&lt;br /&gt;</w:t>
        <w:br/>
        <w:t>Гість прищавий, роздігсь, покурив,&lt;br /&gt;</w:t>
        <w:br/>
        <w:t>Навалився кнурем…&lt;br /&gt;</w:t>
        <w:br/>
        <w:t>аж дитину&lt;br /&gt;</w:t>
        <w:br/>
        <w:t>Пхнув ногою і матом покрив.&lt;br /&gt;</w:t>
        <w:br/>
        <w:t>. . . . . . . . . . . . . . . . . . . . . . . . . . . .&lt;br /&gt;</w:t>
        <w:br/>
        <w:t>Три злотих кинув, харкнув і плюнув,&lt;br /&gt;</w:t>
        <w:br/>
        <w:t>Підтягнувши брудні очкурі.&lt;br /&gt;</w:t>
        <w:br/>
        <w:t>Взявсь другий…&lt;br /&gt;</w:t>
        <w:br/>
        <w:t>ще й подушку підсунув.&lt;br /&gt;</w:t>
        <w:br/>
        <w:t>А вгорі…&lt;br /&gt;</w:t>
        <w:br/>
        <w:t>то мадонна вгорі!</w:t>
      </w:r>
    </w:p>
    <w:p>
      <w:r>
        <w:br/>
        <w:t>ПУСТО в хаті. Лише обмиває&lt;br /&gt;</w:t>
        <w:br/>
        <w:t>Мати ноги, побиті об брук…&lt;br /&gt;</w:t>
        <w:br/>
        <w:t>Син заплаканий груди тримає&lt;br /&gt;</w:t>
        <w:br/>
        <w:t>Перелапані сотнями рук.&lt;br /&gt;</w:t>
        <w:br/>
        <w:t>"…Сину мій!.. Спи, нещасна дитино…&lt;br /&gt;</w:t>
        <w:br/>
        <w:t>Спи ж, прокляте!!." —&lt;br /&gt;</w:t>
        <w:br/>
        <w:t>Накрилась платком,&lt;br /&gt;</w:t>
        <w:br/>
        <w:t>Підвела бліді губи карміном,&lt;br /&gt;</w:t>
        <w:br/>
        <w:t>А печаль чорних брів — сірником.</w:t>
      </w:r>
    </w:p>
    <w:p>
      <w:r>
        <w:br/>
        <w:t>Знов під тумби. А ніч, як зараза,&lt;br /&gt;</w:t>
        <w:br/>
        <w:t>І п’янюча, як чорне вино, —&lt;br /&gt;</w:t>
        <w:br/>
        <w:t>В душу втислась, у серце пролазить, —&lt;br /&gt;</w:t>
        <w:br/>
        <w:t>Все життя отруїла давно.</w:t>
      </w:r>
    </w:p>
    <w:p>
      <w:r>
        <w:br/>
        <w:t>ДЕСЬ НА РОЗІ подругу зустріла:&lt;br /&gt;</w:t>
        <w:br/>
        <w:t>У пивнушці впивались вином…&lt;br /&gt;</w:t>
        <w:br/>
        <w:t>"Ну і що ж?.. і кому яке діло?&lt;br /&gt;</w:t>
        <w:br/>
        <w:t>Хто скотився,тому все їдно".&lt;br /&gt;</w:t>
        <w:br/>
        <w:t>Страмне торжище звичкою стало, —&lt;br /&gt;</w:t>
        <w:br/>
        <w:t>Породивсь хоробливий вогонь.&lt;br /&gt;</w:t>
        <w:br/>
        <w:t>. . . . . . . . . . . . . . . . . . . . . . . . . . . .&lt;br /&gt;</w:t>
        <w:br/>
        <w:t>Ніч-зараза всю душу зсмоктала,&lt;br /&gt;</w:t>
        <w:br/>
        <w:t>А туди пару грубих долонь.</w:t>
      </w:r>
    </w:p>
    <w:p>
      <w:r>
        <w:br/>
        <w:t>ЗАСМОКТАЛИ, як ногу болото,&lt;br /&gt;</w:t>
        <w:br/>
        <w:t>Діти Бахуса, — п’явкою п’ють,&lt;br /&gt;</w:t>
        <w:br/>
        <w:t>Задихаються в спазмах, ікоті&lt;br /&gt;</w:t>
        <w:br/>
        <w:t>І цілують між ноги, й плюють.&lt;br /&gt;</w:t>
        <w:br/>
        <w:t>Син прокинеться — дивиться…&lt;br /&gt;</w:t>
        <w:br/>
        <w:t>. . . . . . . . . "Скоти!!!" —&lt;br /&gt;</w:t>
        <w:br/>
        <w:t>Віддала у далекий "приют".</w:t>
      </w:r>
    </w:p>
    <w:p>
      <w:r>
        <w:br/>
        <w:t>У БЕЗСОННІМ чаду передрання&lt;br /&gt;</w:t>
        <w:br/>
        <w:t>Вимивала слізьми копійки, —&lt;br /&gt;</w:t>
        <w:br/>
        <w:t>Щоб не видно позорищ, страждання, —&lt;br /&gt;</w:t>
        <w:br/>
        <w:t>Щоб не видно — з чиєї руки.</w:t>
      </w:r>
    </w:p>
    <w:p>
      <w:r>
        <w:br/>
        <w:t>Купувала цукерки і книги —&lt;br /&gt;</w:t>
        <w:br/>
        <w:t>Посилала, як злодій, в приют,&lt;br /&gt;</w:t>
        <w:br/>
        <w:t>Посилала… а жах, як вериги,&lt;br /&gt;</w:t>
        <w:br/>
        <w:t>Що його… що його зацькують.&lt;br /&gt;</w:t>
        <w:br/>
        <w:t>… "У дитини десь мати "б…га"! —&lt;br /&gt;</w:t>
        <w:br/>
        <w:t>І приб’ють,&lt;br /&gt;</w:t>
        <w:br/>
        <w:t>щирим сміхом приб’ють.</w:t>
      </w:r>
    </w:p>
    <w:p>
      <w:r>
        <w:br/>
        <w:t>Відкладала в ощадну скарбницю,&lt;br /&gt;</w:t>
        <w:br/>
        <w:t>Щоб син її ріс — не конав,&lt;br /&gt;</w:t>
        <w:br/>
        <w:t>Щоб розумний і сильний, мов з криці,&lt;br /&gt;</w:t>
        <w:br/>
        <w:t>А про матір не чув і не знав…</w:t>
      </w:r>
    </w:p>
    <w:p>
      <w:r>
        <w:br/>
        <w:t>У безсоннім чаду передрання&lt;br /&gt;</w:t>
        <w:br/>
        <w:t>Вимивала слізьми копійки.&lt;br /&gt;</w:t>
        <w:br/>
        <w:t>Щоб не видно позорищ,&lt;br /&gt;</w:t>
        <w:br/>
        <w:t>страждання,&lt;br /&gt;</w:t>
        <w:br/>
        <w:t>Щоб не видно — з чиєї руки.</w:t>
      </w:r>
    </w:p>
    <w:p>
      <w:r>
        <w:br/>
        <w:t>ІХ</w:t>
      </w:r>
    </w:p>
    <w:p>
      <w:r>
        <w:br/>
        <w:t>ПРОЛЕТІЛИ літа, як лелеки,&lt;br /&gt;</w:t>
        <w:br/>
        <w:t>Як чайки на болоті в туман.&lt;br /&gt;</w:t>
        <w:br/>
        <w:t>Син десь в приймах далеко-далеко,&lt;br /&gt;</w:t>
        <w:br/>
        <w:t>Син студент, сирота… між дворян.</w:t>
      </w:r>
    </w:p>
    <w:p>
      <w:r>
        <w:br/>
        <w:t>Ані звісточки, жадного слова,&lt;br /&gt;</w:t>
        <w:br/>
        <w:t>Ні півслова за скільки часу…&lt;br /&gt;</w:t>
        <w:br/>
        <w:t>Водинадцяте цвіт малиновий&lt;br /&gt;</w:t>
        <w:br/>
        <w:t>Обліта на холодну росу.</w:t>
      </w:r>
    </w:p>
    <w:p>
      <w:r>
        <w:br/>
        <w:t>Вже вона не Марія, а Мері —&lt;br /&gt;</w:t>
        <w:br/>
        <w:t>Короева шантану "Ерос";&lt;br /&gt;</w:t>
        <w:br/>
        <w:t>Закрутилась в шовках і лікері,&lt;br /&gt;</w:t>
        <w:br/>
        <w:t>А шантан,&lt;br /&gt;</w:t>
        <w:br/>
        <w:t>як будинок той — первий,&lt;br /&gt;</w:t>
        <w:br/>
        <w:t>В ніч полудою сходить до рос.</w:t>
      </w:r>
    </w:p>
    <w:p>
      <w:r>
        <w:br/>
        <w:t>НА "ЕРОС", як на медовий пряник,&lt;br /&gt;</w:t>
        <w:br/>
        <w:t>Усе місто злетілось, вся знать:&lt;br /&gt;</w:t>
        <w:br/>
        <w:t>Маклери,&lt;br /&gt;</w:t>
        <w:br/>
        <w:t>спекулянти,&lt;br /&gt;</w:t>
        <w:br/>
        <w:t>дворяни, —&lt;br /&gt;</w:t>
        <w:br/>
        <w:t>Давніх римлян нові могікани —&lt;br /&gt;</w:t>
        <w:br/>
        <w:t>Обдурити,&lt;br /&gt;</w:t>
        <w:br/>
        <w:t>купить — а пізнать.&lt;br /&gt;</w:t>
        <w:br/>
        <w:t>В кабінетах, в глухих кулуарах&lt;br /&gt;</w:t>
        <w:br/>
        <w:t>Сходить соком гординя і жар,&lt;br /&gt;</w:t>
        <w:br/>
        <w:t>Бо "Ерос" — це закон, бо у чарах&lt;br /&gt;</w:t>
        <w:br/>
        <w:t>Радість всіх — від дворців до кошар.&lt;br /&gt;</w:t>
        <w:br/>
        <w:t>Бо Ерос — це закон!.. Бо любов’ю,&lt;br /&gt;</w:t>
        <w:br/>
        <w:t>Млосним пахом жіночих грудей,&lt;br /&gt;</w:t>
        <w:br/>
        <w:t>Чоловічою плоттю і кров’ю&lt;br /&gt;</w:t>
        <w:br/>
        <w:t>Спекульнеш,&lt;br /&gt;</w:t>
        <w:br/>
        <w:t>vяк нічим і ніде.</w:t>
      </w:r>
    </w:p>
    <w:p>
      <w:r>
        <w:br/>
        <w:t>ПІСЛЯ ОРГІЙ розпутної ночі&lt;br /&gt;</w:t>
        <w:br/>
        <w:t>Голова у Марії — чавун,&lt;br /&gt;</w:t>
        <w:br/>
        <w:t>І порожня, і широко очі&lt;br /&gt;</w:t>
        <w:br/>
        <w:t>Фосфорять,&lt;br /&gt;</w:t>
        <w:br/>
        <w:t>ніби сон наяву&lt;br /&gt;</w:t>
        <w:br/>
        <w:t>Убачає, чи море безмежне&lt;br /&gt;</w:t>
        <w:br/>
        <w:t>Розлилось в них жаги й пустоти,&lt;br /&gt;</w:t>
        <w:br/>
        <w:t>Чи марою повстали й мятежать&lt;br /&gt;</w:t>
        <w:br/>
        <w:t>На святинях&lt;br /&gt;</w:t>
        <w:br/>
        <w:t>хрести…&lt;br /&gt;</w:t>
        <w:br/>
        <w:t>і хрести…</w:t>
      </w:r>
    </w:p>
    <w:p>
      <w:r>
        <w:br/>
        <w:t>А під боком полковницька пика:&lt;br /&gt;</w:t>
        <w:br/>
        <w:t>На м’ясистому носі укус,&lt;br /&gt;</w:t>
        <w:br/>
        <w:t>Із розкритого рота велика&lt;br /&gt;</w:t>
        <w:br/>
        <w:t>Стьожка слини на сплутаний вус.</w:t>
      </w:r>
    </w:p>
    <w:p>
      <w:r>
        <w:br/>
        <w:t>Тріпонулась Марія і "Ойру"&lt;br /&gt;</w:t>
        <w:br/>
        <w:t>Припалила з свічі канделябр…&lt;br /&gt;</w:t>
        <w:br/>
        <w:t>На картину "майора — героя"&lt;br /&gt;</w:t>
        <w:br/>
        <w:t>Полилась позументова ряб.</w:t>
      </w:r>
    </w:p>
    <w:p>
      <w:r>
        <w:br/>
        <w:t>ДНІ І НОЧІ, знов ночі і люди,&lt;br /&gt;</w:t>
        <w:br/>
        <w:t>Немов чортове колесо, йдуть, —&lt;br /&gt;</w:t>
        <w:br/>
        <w:t>У лікері, у спазмах, в облуді…&lt;br /&gt;</w:t>
        <w:br/>
        <w:t>А до світу гудки не гудуть,&lt;br /&gt;</w:t>
        <w:br/>
        <w:t>Не гризуть хоробливо турботи.&lt;br /&gt;</w:t>
        <w:br/>
        <w:t>Обійшов десь обніжками сон,&lt;br /&gt;</w:t>
        <w:br/>
        <w:t>Тільки верне,&lt;br /&gt;</w:t>
        <w:br/>
        <w:t>так верне на рвоти,&lt;br /&gt;</w:t>
        <w:br/>
        <w:t>Та жага десь,&lt;br /&gt;</w:t>
        <w:br/>
        <w:t>отрута,&lt;br /&gt;</w:t>
        <w:br/>
        <w:t>вогонь.</w:t>
      </w:r>
    </w:p>
    <w:p>
      <w:r>
        <w:br/>
        <w:t>І кімната тепер не конура —&lt;br /&gt;</w:t>
        <w:br/>
        <w:t>Голубий-голубий будуар;&lt;br /&gt;</w:t>
        <w:br/>
        <w:t>У кутку старі пальми в зажурі,&lt;br /&gt;</w:t>
        <w:br/>
        <w:t>У вікно виє модний бульвар.</w:t>
      </w:r>
    </w:p>
    <w:p>
      <w:r>
        <w:br/>
        <w:t>МЕРІ П’ЯНА пригадує юність:&lt;br /&gt;</w:t>
        <w:br/>
        <w:t>Як байстрям волочила жалі…&lt;br /&gt;</w:t>
        <w:br/>
        <w:t>Найми…&lt;br /&gt;</w:t>
        <w:br/>
        <w:t>фабрика…&lt;br /&gt;</w:t>
        <w:br/>
        <w:t>…Манька-красуня…&lt;br /&gt;</w:t>
        <w:br/>
        <w:t>Світ повій… кобелі — "королі".&lt;br /&gt;</w:t>
        <w:br/>
        <w:t>І як промінь святий через морок:&lt;br /&gt;</w:t>
        <w:br/>
        <w:t>Син —&lt;br /&gt;</w:t>
        <w:br/>
        <w:t>манюнький,&lt;br /&gt;</w:t>
        <w:br/>
        <w:t>а мати — вона…</w:t>
      </w:r>
    </w:p>
    <w:p>
      <w:r>
        <w:br/>
        <w:t>І в вазон головою з докором,&lt;br /&gt;</w:t>
        <w:br/>
        <w:t>Переповнена чадом вина.&lt;br /&gt;</w:t>
        <w:br/>
        <w:t>…Ой, лю-лі-лю,&lt;br /&gt;</w:t>
        <w:br/>
        <w:t>Дитино моя…&lt;br /&gt;</w:t>
        <w:br/>
        <w:t>Полетіли гусинята&lt;br /&gt;</w:t>
        <w:br/>
        <w:t>У чужі края,&lt;br /&gt;</w:t>
        <w:br/>
        <w:t>Покинули матір…&lt;br /&gt;</w:t>
        <w:br/>
        <w:t>Розпроклята я!&lt;br /&gt;</w:t>
        <w:br/>
        <w:t>Ну не плач, не плач.&lt;br /&gt;</w:t>
        <w:br/>
        <w:t>. . . . . . . . . . . . . . . . . . .&lt;br /&gt;</w:t>
        <w:br/>
        <w:t>Твоя мамка — шансонетка,&lt;br /&gt;</w:t>
        <w:br/>
        <w:t>Ніч крізь ніч не спить.&lt;br /&gt;</w:t>
        <w:br/>
        <w:t>Люди вивчили "меньєтку",&lt;br /&gt;</w:t>
        <w:br/>
        <w:t>Научили пить…</w:t>
      </w:r>
    </w:p>
    <w:p>
      <w:r>
        <w:br/>
        <w:t>І ридання, як дощ на дорогу,&lt;br /&gt;</w:t>
        <w:br/>
        <w:t>Як болото — на камінь шосе…&lt;br /&gt;</w:t>
        <w:br/>
        <w:t>На навоену жовту підлогу&lt;br /&gt;</w:t>
        <w:br/>
        <w:t>Впала пудреним, мокрим лицем.</w:t>
      </w:r>
    </w:p>
    <w:p>
      <w:r>
        <w:br/>
        <w:t>ДНІ, ЯК ВИХОР, як шум "ТАРАНТЕЛІ".&lt;br /&gt;</w:t>
        <w:br/>
        <w:t>Всі спішать, щоб "пожить" до могил.&lt;br /&gt;</w:t>
        <w:br/>
        <w:t>У Марії "коханців" капела —&lt;br /&gt;</w:t>
        <w:br/>
        <w:t>Р о з к у п и л и утому і біль.</w:t>
      </w:r>
    </w:p>
    <w:p>
      <w:r>
        <w:br/>
        <w:t>Давній блиск і краса&lt;br /&gt;</w:t>
        <w:br/>
        <w:t>(хоч і штучна,&lt;br /&gt;</w:t>
        <w:br/>
        <w:t>бо не вернеш минулих очей), —&lt;br /&gt;</w:t>
        <w:br/>
        <w:t>У шовках, серпантином окручена,&lt;br /&gt;</w:t>
        <w:br/>
        <w:t>А жага,&lt;br /&gt;</w:t>
        <w:br/>
        <w:t>мов отрута тече.</w:t>
      </w:r>
    </w:p>
    <w:p>
      <w:r>
        <w:br/>
        <w:t>Камінці… декольте… діядеми…&lt;br /&gt;</w:t>
        <w:br/>
        <w:t>Королева одвічних часів!&lt;br /&gt;</w:t>
        <w:br/>
        <w:t>Ввита золотом втіхи емблема&lt;br /&gt;</w:t>
        <w:br/>
        <w:t>І оголена&lt;br /&gt;</w:t>
        <w:br/>
        <w:t>всюди і всім.</w:t>
      </w:r>
    </w:p>
    <w:p>
      <w:r>
        <w:br/>
        <w:t>ДНІ МИНУЛІ укрилися пилом.&lt;br /&gt;</w:t>
        <w:br/>
        <w:t>Не болить і ніщо не пече.&lt;br /&gt;</w:t>
        <w:br/>
        <w:t>Розкарячився розум безсило&lt;br /&gt;</w:t>
        <w:br/>
        <w:t>Перед диким розгулом ночей.</w:t>
      </w:r>
    </w:p>
    <w:p>
      <w:r>
        <w:br/>
        <w:t>ЧАСТИНА П’ЯТА</w:t>
      </w:r>
    </w:p>
    <w:p>
      <w:r>
        <w:br/>
        <w:t>Х</w:t>
      </w:r>
    </w:p>
    <w:p>
      <w:r>
        <w:br/>
        <w:t>ПРОЛІТАЮТЬ літа, як лелеки.&lt;br /&gt;</w:t>
        <w:br/>
        <w:t>Вася з Васі зробивсь "Васильком", —&lt;br /&gt;</w:t>
        <w:br/>
        <w:t>У містах на чужині далекій —&lt;br /&gt;</w:t>
        <w:br/>
        <w:t>У дворянській сім’ї приймаком.</w:t>
      </w:r>
    </w:p>
    <w:p>
      <w:r>
        <w:br/>
        <w:t>Білі лиця — що в княжого сина&lt;br /&gt;</w:t>
        <w:br/>
        <w:t>І повадка — що в чистих дворян…&lt;br /&gt;</w:t>
        <w:br/>
        <w:t>"То — збалована щастям дитина", —&lt;br /&gt;</w:t>
        <w:br/>
        <w:t>Мовляв двірник, старий Валер’ян.</w:t>
      </w:r>
    </w:p>
    <w:p>
      <w:r>
        <w:br/>
        <w:t>Васильком — так красуня прозвала,&lt;br /&gt;</w:t>
        <w:br/>
        <w:t>Інститутка — дочка буржуя,&lt;br /&gt;</w:t>
        <w:br/>
        <w:t>Коли в кучерях брови купала&lt;br /&gt;</w:t>
        <w:br/>
        <w:t>І в коханні роняла слова.</w:t>
      </w:r>
    </w:p>
    <w:p>
      <w:r>
        <w:br/>
        <w:t>ВИЇЗДИЛИ улітку на хутір,&lt;br /&gt;</w:t>
        <w:br/>
        <w:t>У степи. Там васильки до ніг&lt;br /&gt;</w:t>
        <w:br/>
        <w:t>Клонять голову.&lt;br /&gt;</w:t>
        <w:br/>
        <w:t>В шовковім хутрі&lt;br /&gt;</w:t>
        <w:br/>
        <w:t>Синь цвіте…&lt;br /&gt;</w:t>
        <w:br/>
        <w:t>Ні утоми, ні скрути…&lt;br /&gt;</w:t>
        <w:br/>
        <w:t>Повертали, як випаде сніг.</w:t>
      </w:r>
    </w:p>
    <w:p>
      <w:r>
        <w:br/>
        <w:t>ЗАЛИШИЛОСЯ іспити скласти&lt;br /&gt;</w:t>
        <w:br/>
        <w:t>І одержать жаданий диплом, —&lt;br /&gt;</w:t>
        <w:br/>
        <w:t>Та Василь бере книжку не часто&lt;br /&gt;</w:t>
        <w:br/>
        <w:t>І не хилить чола над столом.</w:t>
      </w:r>
    </w:p>
    <w:p>
      <w:r>
        <w:br/>
        <w:t>Бо у пані — ні жодного сина,&lt;br /&gt;</w:t>
        <w:br/>
        <w:t>Ані дочки.&lt;br /&gt;</w:t>
        <w:br/>
        <w:t>А гроші, як маг.&lt;br /&gt;</w:t>
        <w:br/>
        <w:t>Ну, навіщо згинать свою спину&lt;br /&gt;</w:t>
        <w:br/>
        <w:t>І марати ваґони "бумаг".</w:t>
      </w:r>
    </w:p>
    <w:p>
      <w:r>
        <w:br/>
        <w:t>Гроші — маг (цей божок для хрещених):&lt;br /&gt;</w:t>
        <w:br/>
        <w:t>Куплять щастя, обійдуть закон.&lt;br /&gt;</w:t>
        <w:br/>
        <w:t>. . . . . . . . . . . . . . . . . . . . . . . . . . .&lt;br /&gt;</w:t>
        <w:br/>
        <w:t>Восени маєш назву — "учений"&lt;br /&gt;</w:t>
        <w:br/>
        <w:t>І пряму путьову за кордон.</w:t>
      </w:r>
    </w:p>
    <w:p>
      <w:r>
        <w:br/>
        <w:t>Пан директор вже надто ласкавий:&lt;br /&gt;</w:t>
        <w:br/>
        <w:t>Кілька сот — й первокласний диплом…</w:t>
      </w:r>
    </w:p>
    <w:p>
      <w:r>
        <w:br/>
        <w:t>Васильок не корпить, не лукавить&lt;br /&gt;</w:t>
        <w:br/>
        <w:t>І не клонить чола над столом.</w:t>
      </w:r>
    </w:p>
    <w:p>
      <w:r>
        <w:br/>
        <w:t>ФРАК АНГЛІЙСЬКИЙ і тросточка — Денді…&lt;br /&gt;</w:t>
        <w:br/>
        <w:t>Пані сином названим зове, —&lt;br /&gt;</w:t>
        <w:br/>
        <w:t>Хоч у жилах там кров перебенді,&lt;br /&gt;</w:t>
        <w:br/>
        <w:t>То не знають.&lt;br /&gt;</w:t>
        <w:br/>
        <w:t>І на око криве&lt;br /&gt;</w:t>
        <w:br/>
        <w:t>Накладає поважно лорнета,&lt;br /&gt;</w:t>
        <w:br/>
        <w:t>Розглядає:&lt;br /&gt;</w:t>
        <w:br/>
        <w:t>"І звідки узявсь?&lt;br /&gt;</w:t>
        <w:br/>
        <w:t>Чисто князь. Стан немов у корнета.&lt;br /&gt;</w:t>
        <w:br/>
        <w:t>Не любити такого ніззя". —&lt;br /&gt;</w:t>
        <w:br/>
        <w:t>Хоч своїх не судилось доп’ясти,&lt;br /&gt;</w:t>
        <w:br/>
        <w:t>Не зуміла — в розпусті спливли, —&lt;br /&gt;</w:t>
        <w:br/>
        <w:t>Божа воля…&lt;br /&gt;</w:t>
        <w:br/>
        <w:t>Коханку до масти&lt;br /&gt;</w:t>
        <w:br/>
        <w:t>Сину сучить.&lt;br /&gt;</w:t>
        <w:br/>
        <w:t>Пливе на бали;&lt;br /&gt;</w:t>
        <w:br/>
        <w:t>І у себе — на тиждень по двічі&lt;br /&gt;</w:t>
        <w:br/>
        <w:t>Собирається молоді цвіт…&lt;br /&gt;</w:t>
        <w:br/>
        <w:t>"Син" не встиг ще й літа перелічить,&lt;br /&gt;</w:t>
        <w:br/>
        <w:t>А у нього коханки аж дві.&lt;br /&gt;</w:t>
        <w:br/>
        <w:t>Що одна — то Олена, купчиха,&lt;br /&gt;</w:t>
        <w:br/>
        <w:t>Інститутка — дочка буржуя,&lt;br /&gt;</w:t>
        <w:br/>
        <w:t>А друга — просто так, для потіхи, —&lt;br /&gt;</w:t>
        <w:br/>
        <w:t>Там жагуча,&lt;br /&gt;</w:t>
        <w:br/>
        <w:t>як срібло, жива.</w:t>
      </w:r>
    </w:p>
    <w:p>
      <w:r>
        <w:br/>
        <w:t>ОДЦВІТАЄ шістнадцяте літо;&lt;br /&gt;</w:t>
        <w:br/>
        <w:t>Не затьмарили скарги і жаль.&lt;br /&gt;</w:t>
        <w:br/>
        <w:t>Але раз чимось спокій розбито,&lt;br /&gt;</w:t>
        <w:br/>
        <w:t>Мов шаленим ударом ножа.</w:t>
      </w:r>
    </w:p>
    <w:p>
      <w:r>
        <w:br/>
        <w:t>У речах трапив книги з "приюта",&lt;br /&gt;</w:t>
        <w:br/>
        <w:t>А у книгах…&lt;br /&gt;</w:t>
        <w:br/>
        <w:t>манюнький дукат.&lt;br /&gt;</w:t>
        <w:br/>
        <w:t>Пішли вихором спогади спутані.&lt;br /&gt;</w:t>
        <w:br/>
        <w:t>…Це та скорбна і мила рука…&lt;br /&gt;</w:t>
        <w:br/>
        <w:t>. . . . . . . . . . . . . . . . . . . . . . . . . . .&lt;br /&gt;</w:t>
        <w:br/>
        <w:t>Часто:&lt;br /&gt;</w:t>
        <w:br/>
        <w:t>втома на скроні натисне&lt;br /&gt;</w:t>
        <w:br/>
        <w:t>І забіг би, коли б куди знав.&lt;br /&gt;</w:t>
        <w:br/>
        <w:t>Образ давній такий, ще з колиски,&lt;br /&gt;</w:t>
        <w:br/>
        <w:t>Вирина…&lt;br /&gt;</w:t>
        <w:br/>
        <w:t>Ось з’явився і став…&lt;br /&gt;</w:t>
        <w:br/>
        <w:t>Наступає п’ятою на душу&lt;br /&gt;</w:t>
        <w:br/>
        <w:t>Біль загадки, не зводить очей.&lt;br /&gt;</w:t>
        <w:br/>
        <w:t>І проходять неділі, не зрушить&lt;br /&gt;</w:t>
        <w:br/>
        <w:t>Сон утоми безсонних ночей.</w:t>
      </w:r>
    </w:p>
    <w:p>
      <w:r>
        <w:br/>
        <w:t>МОЯ МАТИ… чи, може, не мати?&lt;br /&gt;</w:t>
        <w:br/>
        <w:t>Лиш на віях сльозина дрижить…&lt;br /&gt;</w:t>
        <w:br/>
        <w:t>Час зітер її махом крилатим,&lt;br /&gt;</w:t>
        <w:br/>
        <w:t>Заступили все ласки багатих…&lt;br /&gt;</w:t>
        <w:br/>
        <w:t>Ах, ці ласки не варті сльози.</w:t>
      </w:r>
    </w:p>
    <w:p>
      <w:r>
        <w:br/>
        <w:t>ПАМ’ЯТАЄ! Тепер пам’ятає:&lt;br /&gt;</w:t>
        <w:br/>
        <w:t>Тож вона научила ридать,&lt;br /&gt;</w:t>
        <w:br/>
        <w:t>Тож вона милувала без краю…&lt;br /&gt;</w:t>
        <w:br/>
        <w:t>"А і де тебе, мамо, шукать?&lt;br /&gt;</w:t>
        <w:br/>
        <w:t>Де ти, нене, якими шляхами&lt;br /&gt;</w:t>
        <w:br/>
        <w:t>Розвело нас,&lt;br /&gt;</w:t>
        <w:br/>
        <w:t>пропала куди?&lt;br /&gt;</w:t>
        <w:br/>
        <w:t>Коли світ не заріс реп’яхами,&lt;br /&gt;</w:t>
        <w:br/>
        <w:t>То прийди… на весілля прийди!" —&lt;br /&gt;</w:t>
        <w:br/>
        <w:t>І шукає у синім безмежжю,&lt;br /&gt;</w:t>
        <w:br/>
        <w:t>І хова таємницю в собі:&lt;br /&gt;</w:t>
        <w:br/>
        <w:t>Хоч не тронуть за кінчик одежі…&lt;br /&gt;</w:t>
        <w:br/>
        <w:t>Мовить слово…&lt;br /&gt;</w:t>
        <w:br/>
        <w:t>угледіть хоч би.&lt;br /&gt;</w:t>
        <w:br/>
        <w:t>Наступає п’ятою на душу&lt;br /&gt;</w:t>
        <w:br/>
        <w:t>Біль загадки, не зводить очей…&lt;br /&gt;</w:t>
        <w:br/>
        <w:t>І буває, що тиждень не зрушить&lt;br /&gt;</w:t>
        <w:br/>
        <w:t>Сон утоми безсонних ночей.</w:t>
      </w:r>
    </w:p>
    <w:p>
      <w:r>
        <w:br/>
        <w:t>ХІ</w:t>
      </w:r>
    </w:p>
    <w:p>
      <w:r>
        <w:br/>
        <w:t>ЙДЕ РІЗДВО.&lt;br /&gt;</w:t>
        <w:br/>
        <w:t>До святої вечері&lt;br /&gt;</w:t>
        <w:br/>
        <w:t>Накривають в святвечір столи&lt;br /&gt;</w:t>
        <w:br/>
        <w:t>Дві служниці…&lt;br /&gt;</w:t>
        <w:br/>
        <w:t>Як з грюкотом в двері&lt;br /&gt;</w:t>
        <w:br/>
        <w:t>Васильок,&lt;br /&gt;</w:t>
        <w:br/>
        <w:t>так, немов очманів.</w:t>
      </w:r>
    </w:p>
    <w:p>
      <w:r>
        <w:br/>
        <w:t>І заперся у себе в кімнаті,&lt;br /&gt;</w:t>
        <w:br/>
        <w:t>Божевільно швиряє стільці…</w:t>
      </w:r>
    </w:p>
    <w:p>
      <w:r>
        <w:br/>
        <w:t>Дарма стукає названа мати&lt;br /&gt;</w:t>
        <w:br/>
        <w:t>З переляком на жирнім лиці.</w:t>
      </w:r>
    </w:p>
    <w:p>
      <w:r>
        <w:br/>
        <w:t>А-А-А… ПОВІЯ?!&lt;br /&gt;</w:t>
        <w:br/>
        <w:t>А, так —&lt;br /&gt;</w:t>
        <w:br/>
        <w:t>шансонетка?&lt;br /&gt;</w:t>
        <w:br/>
        <w:t>Мати десь, ха-ха-ха:&lt;br /&gt;</w:t>
        <w:br/>
        <w:t>мати — б.ь!&lt;br /&gt;</w:t>
        <w:br/>
        <w:t>Цілувла губами й "меньєтки"&lt;br /&gt;</w:t>
        <w:br/>
        <w:t>Теж…&lt;br /&gt;</w:t>
        <w:br/>
        <w:t>Прокляття!&lt;br /&gt;</w:t>
        <w:br/>
        <w:t>Сто тисяч проклять!!!&lt;br /&gt;</w:t>
        <w:br/>
        <w:t>Нумо, син проститутки — "учений"!&lt;br /&gt;</w:t>
        <w:br/>
        <w:t>Як красиво,&lt;br /&gt;</w:t>
        <w:br/>
        <w:t>Ах, як хороше…&lt;br /&gt;</w:t>
        <w:br/>
        <w:t>Бодай змалку, ще змалку, нікчема,&lt;br /&gt;</w:t>
        <w:br/>
        <w:t>Ммм…&lt;br /&gt;</w:t>
        <w:br/>
        <w:t>Побачить!&lt;br /&gt;</w:t>
        <w:br/>
        <w:t>Побачить лише б!&lt;br /&gt;</w:t>
        <w:br/>
        <w:t>"Оці пальці…" —</w:t>
      </w:r>
    </w:p>
    <w:p>
      <w:r>
        <w:br/>
        <w:t>І впав на килими,&lt;br /&gt;</w:t>
        <w:br/>
        <w:t>До ікон нігті скрючених лап.&lt;br /&gt;</w:t>
        <w:br/>
        <w:t>І дрижить, немов привид, між ними&lt;br /&gt;</w:t>
        <w:br/>
        <w:t>У сльозах&lt;br /&gt;</w:t>
        <w:br/>
        <w:t>Тінь чийогось крила.</w:t>
      </w:r>
    </w:p>
    <w:p>
      <w:r>
        <w:br/>
        <w:t>"У-У… твою б нафарбовану пику,&lt;br /&gt;</w:t>
        <w:br/>
        <w:t>Підла суко… (тут матерний крик)!" —&lt;br /&gt;</w:t>
        <w:br/>
        <w:t>І поник, як мудрець, старий фікус,&lt;br /&gt;</w:t>
        <w:br/>
        <w:t>Головою на лутку поник.</w:t>
      </w:r>
    </w:p>
    <w:p>
      <w:r>
        <w:br/>
        <w:t>ОДУРІВ…&lt;br /&gt;</w:t>
        <w:br/>
        <w:t>Відчинилися двері —&lt;br /&gt;</w:t>
        <w:br/>
        <w:t>Увійшла наречена, як сон,&lt;br /&gt;</w:t>
        <w:br/>
        <w:t>Розтривожена зойком.&lt;br /&gt;</w:t>
        <w:br/>
        <w:t>"Чо, милий,&lt;br /&gt;</w:t>
        <w:br/>
        <w:t>Розкричався на фольгу ікон?"</w:t>
      </w:r>
    </w:p>
    <w:p>
      <w:r>
        <w:br/>
        <w:t>"Не підходь! Не торкайся до мене!&lt;br /&gt;</w:t>
        <w:br/>
        <w:t>Ти прости і прощай звідтіля…&lt;br /&gt;</w:t>
        <w:br/>
        <w:t>Ну, кляни! ну,&lt;br /&gt;</w:t>
        <w:br/>
        <w:t>голубонько, Лєно!&lt;br /&gt;</w:t>
        <w:br/>
        <w:t>Моя мати…&lt;br /&gt;</w:t>
        <w:br/>
        <w:t>родильниця —&lt;br /&gt;</w:t>
        <w:br/>
        <w:t>б.ь!&lt;br /&gt;</w:t>
        <w:br/>
        <w:t>Курвий син я…" —&lt;br /&gt;</w:t>
        <w:br/>
        <w:t>А потім обоє,&lt;br /&gt;</w:t>
        <w:br/>
        <w:t>Як дітвора, риданням зайшлись;&lt;br /&gt;</w:t>
        <w:br/>
        <w:t>Дорікала…&lt;br /&gt;</w:t>
        <w:br/>
        <w:t>І бивсь головою…&lt;br /&gt;</w:t>
        <w:br/>
        <w:t>Дорікала…&lt;br /&gt;</w:t>
        <w:br/>
        <w:t>І разом кляли.</w:t>
      </w:r>
    </w:p>
    <w:p>
      <w:r>
        <w:br/>
        <w:t>ЧАСТИНА ШОСТА</w:t>
      </w:r>
    </w:p>
    <w:p>
      <w:r>
        <w:br/>
        <w:t>ХІІ</w:t>
      </w:r>
    </w:p>
    <w:p>
      <w:r>
        <w:br/>
        <w:t>Остогид я Вам слізьми своїми.&lt;br /&gt;</w:t>
        <w:br/>
        <w:t>Розказать про Марію ще як?&lt;br /&gt;</w:t>
        <w:br/>
        <w:t>Стій, читачу,&lt;br /&gt;</w:t>
        <w:br/>
        <w:t>розгублено рими;&lt;br /&gt;</w:t>
        <w:br/>
        <w:t>Ну, нехай…&lt;br /&gt;</w:t>
        <w:br/>
        <w:t>ну, нехай буде так:</w:t>
      </w:r>
    </w:p>
    <w:p>
      <w:r>
        <w:br/>
        <w:t>* * *&lt;br /&gt;</w:t>
        <w:br/>
        <w:t>. . . . . . . . . . . . . . . . . . .&lt;br /&gt;</w:t>
        <w:br/>
        <w:t>"Циганка гадала…&lt;br /&gt;</w:t>
        <w:br/>
        <w:t>Циганка гадала…&lt;br /&gt;</w:t>
        <w:br/>
        <w:t>Циганка гадала —&lt;br /&gt;</w:t>
        <w:br/>
        <w:t>За ручку брала…"&lt;br /&gt;</w:t>
        <w:br/>
        <w:t>. . . . . . . . . . . . . . . . . . .&lt;br /&gt;</w:t>
        <w:br/>
        <w:t>За Марією в темряві постать…&lt;br /&gt;</w:t>
        <w:br/>
        <w:t>Зупинилась:&lt;br /&gt;</w:t>
        <w:br/>
        <w:t>"Ну, втішу, іди,&lt;br /&gt;</w:t>
        <w:br/>
        <w:t>Ну ж, дурненький…" —&lt;br /&gt;</w:t>
        <w:br/>
        <w:t>Тінь зникла в воротях.&lt;br /&gt;</w:t>
        <w:br/>
        <w:t>Повернулась і тоже туди.</w:t>
      </w:r>
    </w:p>
    <w:p>
      <w:r>
        <w:br/>
        <w:t>Але там ні душі, лише вітер&lt;br /&gt;</w:t>
        <w:br/>
        <w:t>Розгойдав мовчазні флюґера —&lt;br /&gt;</w:t>
        <w:br/>
        <w:t>І кавчать, мов розбуджені діти…&lt;br /&gt;</w:t>
        <w:br/>
        <w:t>Постать зникла в парадніх дверях.</w:t>
      </w:r>
    </w:p>
    <w:p>
      <w:r>
        <w:br/>
        <w:t>"І чого не дає він спокою?&lt;br /&gt;</w:t>
        <w:br/>
        <w:t>Утіка, наче дим від огню,&lt;br /&gt;</w:t>
        <w:br/>
        <w:t>А волочиться тінню за мною…&lt;br /&gt;</w:t>
        <w:br/>
        <w:t>Зупинюсь і ніяк не спиню.</w:t>
      </w:r>
    </w:p>
    <w:p>
      <w:r>
        <w:br/>
        <w:t>Чи новак боязкий, небувалий —&lt;br /&gt;</w:t>
        <w:br/>
        <w:t>Жовторотий, сліпий грудосос,&lt;br /&gt;</w:t>
        <w:br/>
        <w:t>Чи?..&lt;br /&gt;</w:t>
        <w:br/>
        <w:t>А може…" —&lt;br /&gt;</w:t>
        <w:br/>
        <w:t>Дрижучи, дістала&lt;br /&gt;</w:t>
        <w:br/>
        <w:t>Й затягнулась в диму папирос.&lt;br /&gt;</w:t>
        <w:br/>
        <w:t>Пішла хутко та все озиралась,&lt;br /&gt;</w:t>
        <w:br/>
        <w:t>Поки зникла у пущі кафе.&lt;br /&gt;</w:t>
        <w:br/>
        <w:t>. . . . . . . . . . . . . . . . . . . . . . . . . . .&lt;br /&gt;</w:t>
        <w:br/>
        <w:t>Дужа постать така — в генерала&lt;br /&gt;</w:t>
        <w:br/>
        <w:t>І лампаси такі — в галіфе.</w:t>
      </w:r>
    </w:p>
    <w:p>
      <w:r>
        <w:br/>
        <w:t>ГЛУПА ПІВНІЧ.&lt;br /&gt;</w:t>
        <w:br/>
        <w:t>Бульвар, як могила.&lt;br /&gt;</w:t>
        <w:br/>
        <w:t>Б’ють часи…&lt;br /&gt;</w:t>
        <w:br/>
        <w:t>і не піють півні,&lt;br /&gt;</w:t>
        <w:br/>
        <w:t>Лиш собака на зорі завила…&lt;br /&gt;</w:t>
        <w:br/>
        <w:t>Засвітилось в Марії в вікні.&lt;br /&gt;</w:t>
        <w:br/>
        <w:t>Встряла смуга в німі тротуари,&lt;br /&gt;</w:t>
        <w:br/>
        <w:t>У багно, в кізяки на шосе, —&lt;br /&gt;</w:t>
        <w:br/>
        <w:t>Освітила зашкрьобану пару:&lt;br /&gt;</w:t>
        <w:br/>
        <w:t>"…Мо… продати хтось душу несе&lt;br /&gt;</w:t>
        <w:br/>
        <w:t>Чи пропити? —&lt;br /&gt;</w:t>
        <w:br/>
        <w:t>На розі нікого… —&lt;br /&gt;</w:t>
        <w:br/>
        <w:t>Хто кому там киває привіт?!" —&lt;br /&gt;</w:t>
        <w:br/>
        <w:t>З дужим вітром на чорну дорогу&lt;br /&gt;</w:t>
        <w:br/>
        <w:t>То ліхтарить покинутий світ.&lt;br /&gt;</w:t>
        <w:br/>
        <w:t>Глупа північ.&lt;br /&gt;</w:t>
        <w:br/>
        <w:t>Кімната — могила.&lt;br /&gt;</w:t>
        <w:br/>
        <w:t>Б’ють часи…&lt;br /&gt;</w:t>
        <w:br/>
        <w:t>і не піють півні.&lt;br /&gt;</w:t>
        <w:br/>
        <w:t>Десь собакою совість завила&lt;br /&gt;</w:t>
        <w:br/>
        <w:t>І луна — мов забуті пісні.</w:t>
      </w:r>
    </w:p>
    <w:p>
      <w:r>
        <w:br/>
        <w:t>ОПУСТИЛИСЯ руки — що крила,&lt;br /&gt;</w:t>
        <w:br/>
        <w:t>Перестрелені дужим стрільцем,&lt;br /&gt;</w:t>
        <w:br/>
        <w:t>У руці —&lt;br /&gt;</w:t>
        <w:br/>
        <w:t>просто аркушик білий,&lt;br /&gt;</w:t>
        <w:br/>
        <w:t>А лице… ніби вапна лице.&lt;br /&gt;</w:t>
        <w:br/>
        <w:t>"Лист від сина… Мій любий, єдиний…"&lt;br /&gt;</w:t>
        <w:br/>
        <w:t>(лист):&lt;br /&gt;</w:t>
        <w:br/>
        <w:t>. . . . . . . . . . . . . . . . . . . . . . . . . . . . . . . . .&lt;br /&gt;</w:t>
        <w:br/>
        <w:t>"Здрастуй, нене — "свята Маґдалино"!&lt;br /&gt;</w:t>
        <w:br/>
        <w:t>Я молюсь тобі кожного дня:&lt;br /&gt;</w:t>
        <w:br/>
        <w:t>Породила єси добре сина,&lt;br /&gt;</w:t>
        <w:br/>
        <w:t>Як затаскана сука щеня.&lt;br /&gt;</w:t>
        <w:br/>
        <w:t>Ах, гадюко!&lt;br /&gt;</w:t>
        <w:br/>
        <w:t>За що ж я страждаю?&lt;br /&gt;</w:t>
        <w:br/>
        <w:t>Син собак&lt;br /&gt;</w:t>
        <w:br/>
        <w:t>й королеви повій…&lt;br /&gt;</w:t>
        <w:br/>
        <w:t>І нема мені місця, немає,&lt;br /&gt;</w:t>
        <w:br/>
        <w:t>Ні спокою моїй голові.&lt;br /&gt;</w:t>
        <w:br/>
        <w:t>Будь ти проклята!!!&lt;br /&gt;</w:t>
        <w:br/>
        <w:t>Ні, цього мало, —&lt;br /&gt;</w:t>
        <w:br/>
        <w:t>За позорище —&lt;br /&gt;</w:t>
        <w:br/>
        <w:t>душу твою!!!&lt;br /&gt;</w:t>
        <w:br/>
        <w:t>Я знайду тебе,&lt;br /&gt;</w:t>
        <w:br/>
        <w:t>— ха-ха-ха —&lt;br /&gt;</w:t>
        <w:br/>
        <w:t>"мамо"!</w:t>
      </w:r>
    </w:p>
    <w:p>
      <w:r>
        <w:br/>
        <w:t>З-задушу…&lt;br /&gt;</w:t>
        <w:br/>
        <w:t>Бог поможе — уб’ю!!!&lt;br /&gt;</w:t>
        <w:br/>
        <w:t>Так, уб’ю! і знайду виправдання.&lt;br /&gt;</w:t>
        <w:br/>
        <w:t>Мою честь м’ні поверне лише кров…&lt;br /&gt;</w:t>
        <w:br/>
        <w:t>Породила на глум, на страждання,&lt;br /&gt;</w:t>
        <w:br/>
        <w:t>Так зумій же прийняти "любов".&lt;br /&gt;</w:t>
        <w:br/>
        <w:t>Я не бачив тебе і не знаю,&lt;br /&gt;</w:t>
        <w:br/>
        <w:t>І не хочу!&lt;br /&gt;</w:t>
        <w:br/>
        <w:t>В темряві знайду, —&lt;br /&gt;</w:t>
        <w:br/>
        <w:t>По одній твоїй славі впізнаю…&lt;br /&gt;</w:t>
        <w:br/>
        <w:t>В перший раз і в останній прийду".&lt;br /&gt;</w:t>
        <w:br/>
        <w:t>. . . . . . . . . . . . . . . . . . . . . . . . . . .&lt;br /&gt;</w:t>
        <w:br/>
        <w:t>Глупа північ.&lt;br /&gt;</w:t>
        <w:br/>
        <w:t>Кімната — могила.&lt;br /&gt;</w:t>
        <w:br/>
        <w:t>Б’ють часи…&lt;br /&gt;</w:t>
        <w:br/>
        <w:t>І не піють півні.&lt;br /&gt;</w:t>
        <w:br/>
        <w:t>Десь собакою совість завила,&lt;br /&gt;</w:t>
        <w:br/>
        <w:t>А луна, мов забуті пісні.</w:t>
      </w:r>
    </w:p>
    <w:p>
      <w:r>
        <w:br/>
        <w:t>І ЦІЛУЄ ЛИСТА, і до серця&lt;br /&gt;</w:t>
        <w:br/>
        <w:t>Притискає:&lt;br /&gt;</w:t>
        <w:br/>
        <w:t>"Синок… дорогий…&lt;br /&gt;</w:t>
        <w:br/>
        <w:t>Я чекаю — прийди&lt;br /&gt;</w:t>
        <w:br/>
        <w:t>і не сердься…&lt;br /&gt;</w:t>
        <w:br/>
        <w:t>Ну, прийди…&lt;br /&gt;</w:t>
        <w:br/>
        <w:t>Ну, убий!</w:t>
      </w:r>
    </w:p>
    <w:p>
      <w:r>
        <w:br/>
        <w:t>Але дай подивитись востаннє&lt;br /&gt;</w:t>
        <w:br/>
        <w:t>І позорище слізьми залить,&lt;br /&gt;</w:t>
        <w:br/>
        <w:t>Твої болі затиснуть до рани…"&lt;br /&gt;</w:t>
        <w:br/>
        <w:t>Темінь.&lt;br /&gt;</w:t>
        <w:br/>
        <w:t>А з мли:&lt;br /&gt;</w:t>
        <w:br/>
        <w:t>…Чорні шахти чужого Сибіру&lt;br /&gt;</w:t>
        <w:br/>
        <w:t>І тайга… і сніги… і метіль…&lt;br /&gt;</w:t>
        <w:br/>
        <w:t>Син убійник…&lt;br /&gt;</w:t>
        <w:br/>
        <w:t>"Ах!!!"&lt;br /&gt;</w:t>
        <w:br/>
        <w:t>Ні, то лиш вітер.&lt;br /&gt;</w:t>
        <w:br/>
        <w:t>"Сину, мій!.."&lt;br /&gt;</w:t>
        <w:br/>
        <w:t>…Утікати звідсіль.</w:t>
      </w:r>
    </w:p>
    <w:p>
      <w:r>
        <w:br/>
        <w:t>* * *&lt;br /&gt;</w:t>
        <w:br/>
        <w:t>Впав на душу мітежним спокоєм&lt;br /&gt;</w:t>
        <w:br/>
        <w:t>Голубий-голубий будуар.&lt;br /&gt;</w:t>
        <w:br/>
        <w:t>Погасила…&lt;br /&gt;</w:t>
        <w:br/>
        <w:t>Так, ніби рукою,&lt;br /&gt;</w:t>
        <w:br/>
        <w:t>А то мли олив’яний удар.</w:t>
      </w:r>
    </w:p>
    <w:p>
      <w:r>
        <w:br/>
        <w:t>ЧАСТИНА СЬОМА</w:t>
      </w:r>
    </w:p>
    <w:p>
      <w:r>
        <w:br/>
        <w:t>Обертається звично ліниво&lt;br /&gt;</w:t>
        <w:br/>
        <w:t>Десь у космосі сива земля,&lt;br /&gt;</w:t>
        <w:br/>
        <w:t>Підставляє під соняшну зливу&lt;br /&gt;</w:t>
        <w:br/>
        <w:t>Та під град і людей, і поля. —</w:t>
      </w:r>
    </w:p>
    <w:p>
      <w:r>
        <w:br/>
        <w:t>Холуїв, королів і убогих…&lt;br /&gt;</w:t>
        <w:br/>
        <w:t>Гонить радість до пишних палат,&lt;br /&gt;</w:t>
        <w:br/>
        <w:t>Убирає у перли чертоги,&lt;br /&gt;</w:t>
        <w:br/>
        <w:t>А святині й далекі дороги,&lt;br /&gt;</w:t>
        <w:br/>
        <w:t>І хатки —&lt;br /&gt;</w:t>
        <w:br/>
        <w:t>в арештанський&lt;br /&gt;</w:t>
        <w:br/>
        <w:t>халат.</w:t>
      </w:r>
    </w:p>
    <w:p>
      <w:r>
        <w:br/>
        <w:t>ХІІІ</w:t>
      </w:r>
    </w:p>
    <w:p>
      <w:r>
        <w:br/>
        <w:t>НАД ПАРИЖЕМ вечірні нюанси,&lt;br /&gt;</w:t>
        <w:br/>
        <w:t>Золотий орнамент кон’юнктур…&lt;br /&gt;</w:t>
        <w:br/>
        <w:t>В мавзолеях — валюти, баланси…&lt;br /&gt;</w:t>
        <w:br/>
        <w:t>В храмі — торжище нових культур.</w:t>
      </w:r>
    </w:p>
    <w:p>
      <w:r>
        <w:br/>
        <w:t>Homo Sapiens — в темних музеях,&lt;br /&gt;</w:t>
        <w:br/>
        <w:t>Homo Sapiens — в склепах фортець,&lt;br /&gt;</w:t>
        <w:br/>
        <w:t>На престолі ж, як тінь Галілея,&lt;br /&gt;</w:t>
        <w:br/>
        <w:t>Зверхлюдина —&lt;br /&gt;</w:t>
        <w:br/>
        <w:t>оракул і жрець.&lt;br /&gt;</w:t>
        <w:br/>
        <w:t>Жрець вина,&lt;br /&gt;</w:t>
        <w:br/>
        <w:t>грошової системи,&lt;br /&gt;</w:t>
        <w:br/>
        <w:t>Жрець нових&lt;br /&gt;</w:t>
        <w:br/>
        <w:t>чоловічих ідей:&lt;br /&gt;</w:t>
        <w:br/>
        <w:t>Запрягти всі плянети в тотеми,&lt;br /&gt;</w:t>
        <w:br/>
        <w:t>В колісницю культури —&lt;br /&gt;</w:t>
        <w:br/>
        <w:t>людей.&lt;br /&gt;</w:t>
        <w:br/>
        <w:t>І танцюють світи по указці,&lt;br /&gt;</w:t>
        <w:br/>
        <w:t>Йде життя, ніби ґлобус, в руці,&lt;br /&gt;</w:t>
        <w:br/>
        <w:t>І…&lt;br /&gt;</w:t>
        <w:br/>
        <w:t>збігаються раптом, як в казці,&lt;br /&gt;</w:t>
        <w:br/>
        <w:t>Всі ідеї&lt;br /&gt;</w:t>
        <w:br/>
        <w:t>в жіночі штанці.</w:t>
      </w:r>
    </w:p>
    <w:p>
      <w:r>
        <w:br/>
        <w:t>"КОРОЛЕВА" — мальована Мері —&lt;br /&gt;</w:t>
        <w:br/>
        <w:t>У ногах фінансових апаш&lt;br /&gt;</w:t>
        <w:br/>
        <w:t>В загороднім шантані (як в первім),&lt;br /&gt;</w:t>
        <w:br/>
        <w:t>В Европейськім, культурнім,&lt;br /&gt;</w:t>
        <w:br/>
        <w:t>модернім&lt;br /&gt;</w:t>
        <w:br/>
        <w:t>Продає на десерт…&lt;br /&gt;</w:t>
        <w:br/>
        <w:t>("Отченаш").&lt;br /&gt;</w:t>
        <w:br/>
        <w:t>…Шум джаз-банди, танґо…&lt;br /&gt;</w:t>
        <w:br/>
        <w:t>Росіянка,&lt;br /&gt;</w:t>
        <w:br/>
        <w:t>Сильна внучка жагучих татар —&lt;br /&gt;</w:t>
        <w:br/>
        <w:t>Патентована, щира коханка&lt;br /&gt;</w:t>
        <w:br/>
        <w:t>З невичерпною силою чар…</w:t>
      </w:r>
    </w:p>
    <w:p>
      <w:r>
        <w:br/>
        <w:t>ДНІ МИНУЛІ укрилися пилом.&lt;br /&gt;</w:t>
        <w:br/>
        <w:t>Не болить і ніщо не пече.&lt;br /&gt;</w:t>
        <w:br/>
        <w:t>Розкарячився розум безсило&lt;br /&gt;</w:t>
        <w:br/>
        <w:t>Перед диким розгулом ночей.</w:t>
      </w:r>
    </w:p>
    <w:p>
      <w:r>
        <w:br/>
        <w:t>ПОГАСАЄ ОГОНЬ. Десь міґрені…&lt;br /&gt;</w:t>
        <w:br/>
        <w:t>Сиві очі немов не горять.&lt;br /&gt;</w:t>
        <w:br/>
        <w:t>Та дарма, —&lt;br /&gt;</w:t>
        <w:br/>
        <w:t>виручають учені:&lt;br /&gt;</w:t>
        <w:br/>
        <w:t>В жили морфій&lt;br /&gt;</w:t>
        <w:br/>
        <w:t>і ще препарат&lt;br /&gt;</w:t>
        <w:br/>
        <w:t>В кволе серце. На — лиця парфуми…&lt;br /&gt;</w:t>
        <w:br/>
        <w:t>Знову сила, бажання, снага.&lt;br /&gt;</w:t>
        <w:br/>
        <w:t>Й забиває дні жалю та суму&lt;br /&gt;</w:t>
        <w:br/>
        <w:t>Голод владний, як демон, в… ногах.</w:t>
      </w:r>
    </w:p>
    <w:p>
      <w:r>
        <w:br/>
        <w:t>І краса, і привабливість давня.&lt;br /&gt;</w:t>
        <w:br/>
        <w:t>Оддаля —&lt;br /&gt;</w:t>
        <w:br/>
        <w:t>дев’ятнадцятий рік.&lt;br /&gt;</w:t>
        <w:br/>
        <w:t>Такі ж очі і гнучкість у стані,&lt;br /&gt;</w:t>
        <w:br/>
        <w:t>Й довгі тіні&lt;br /&gt;</w:t>
        <w:br/>
        <w:t>шовкових&lt;br /&gt;</w:t>
        <w:br/>
        <w:t>повік.</w:t>
      </w:r>
    </w:p>
    <w:p>
      <w:r>
        <w:br/>
        <w:t>XIV</w:t>
      </w:r>
    </w:p>
    <w:p>
      <w:r>
        <w:br/>
        <w:t>В ОДИН ВЕЧІР прекрасний, багряний&lt;br /&gt;</w:t>
        <w:br/>
        <w:t>Причепивсь інженер молодий:&lt;br /&gt;</w:t>
        <w:br/>
        <w:t>Чорні усики… стан, як в улана.&lt;br /&gt;</w:t>
        <w:br/>
        <w:t>Славні очі, як полиск води.</w:t>
      </w:r>
    </w:p>
    <w:p>
      <w:r>
        <w:br/>
        <w:t>Запальний і ревнивий. Чудненький…&lt;br /&gt;</w:t>
        <w:br/>
        <w:t>Спочатку лиш смішком обійшлась.&lt;br /&gt;</w:t>
        <w:br/>
        <w:t>Закохався по вуха всенькі, —&lt;br /&gt;</w:t>
        <w:br/>
        <w:t>Гроші сипле, немовбито князь.</w:t>
      </w:r>
    </w:p>
    <w:p>
      <w:r>
        <w:br/>
        <w:t>ПОВОДИЛА за ніс, бо жаліла&lt;br /&gt;</w:t>
        <w:br/>
        <w:t>Чорні очі, як полиск води;&lt;br /&gt;</w:t>
        <w:br/>
        <w:t>Жалко їх, щоб на дим перетліли…&lt;br /&gt;</w:t>
        <w:br/>
        <w:t>"Чудачок,&lt;br /&gt;</w:t>
        <w:br/>
        <w:t>ти попав не туди.&lt;br /&gt;</w:t>
        <w:br/>
        <w:t>Десь чека молоденька дружина…"&lt;br /&gt;</w:t>
        <w:br/>
        <w:t>"Так, чека… А тобі що з того?"&lt;br /&gt;</w:t>
        <w:br/>
        <w:t>"…Молоденька і чиста дружина…"&lt;br /&gt;</w:t>
        <w:br/>
        <w:t>"Ат, не варта подолу твого!&lt;br /&gt;</w:t>
        <w:br/>
        <w:t>Ну, Маріє, ік чорту ці фрази,&lt;br /&gt;</w:t>
        <w:br/>
        <w:t>Всіх дружин…&lt;br /&gt;</w:t>
        <w:br/>
        <w:t>І під греблю весь світ!&lt;br /&gt;</w:t>
        <w:br/>
        <w:t>Не стрічав я такої ні разу:&lt;br /&gt;</w:t>
        <w:br/>
        <w:t>Ти розпутна&lt;br /&gt;</w:t>
        <w:br/>
        <w:t>і дивна, як міт".</w:t>
      </w:r>
    </w:p>
    <w:p>
      <w:r>
        <w:br/>
        <w:t>І СМІЯЛАСЬ з такого запалу.&lt;br /&gt;</w:t>
        <w:br/>
        <w:t>Та… цікавість смішок обійшла.&lt;br /&gt;</w:t>
        <w:br/>
        <w:t>Так не раз п’яні очі упали&lt;br /&gt;</w:t>
        <w:br/>
        <w:t>В очі других, як краплі срібла&lt;br /&gt;</w:t>
        <w:br/>
        <w:t>Крізь огонь…&lt;br /&gt;</w:t>
        <w:br/>
        <w:t>…Так і вік прожила.</w:t>
      </w:r>
    </w:p>
    <w:p>
      <w:r>
        <w:br/>
        <w:t>БОЖЕВІЛЬНИЙ любовник в Марії,&lt;br /&gt;</w:t>
        <w:br/>
        <w:t>Цей останній —&lt;br /&gt;</w:t>
        <w:br/>
        <w:t>найбільший з усіх, —&lt;br /&gt;</w:t>
        <w:br/>
        <w:t>Увесь світ для одної повії,&lt;br /&gt;</w:t>
        <w:br/>
        <w:t>І не мучать ні совість, ні гріх.&lt;br /&gt;</w:t>
        <w:br/>
        <w:t>Увесь світ для одної Марії!&lt;br /&gt;</w:t>
        <w:br/>
        <w:t>Кинув жінку&lt;br /&gt;</w:t>
        <w:br/>
        <w:t>і спокій ночей;&lt;br /&gt;</w:t>
        <w:br/>
        <w:t>На ній збіглись святині і мрії,&lt;br /&gt;</w:t>
        <w:br/>
        <w:t>І занедбана слава та честь.</w:t>
      </w:r>
    </w:p>
    <w:p>
      <w:r>
        <w:br/>
        <w:t>Тягне валку розпутник з собою,&lt;br /&gt;</w:t>
        <w:br/>
        <w:t>Розсипається грішми, мов князь…&lt;br /&gt;</w:t>
        <w:br/>
        <w:t>Всі маєтки пішли за водою&lt;br /&gt;</w:t>
        <w:br/>
        <w:t>І в борги невилазні зав’яз.</w:t>
      </w:r>
    </w:p>
    <w:p>
      <w:r>
        <w:br/>
        <w:t>Діядеми… шовки і обручки…&lt;br /&gt;</w:t>
        <w:br/>
        <w:t>Закрутилась хмільна голова. —&lt;br /&gt;</w:t>
        <w:br/>
        <w:t>Для Марії, за ночі жагучі,&lt;br /&gt;</w:t>
        <w:br/>
        <w:t>Всі багатства&lt;br /&gt;</w:t>
        <w:br/>
        <w:t>й безумні слова.</w:t>
      </w:r>
    </w:p>
    <w:p>
      <w:r>
        <w:br/>
        <w:t>ТЧЕ ПРИЙДЕШНЄ облудні романси…&lt;br /&gt;</w:t>
        <w:br/>
        <w:t>Відлітають за грань вечори…&lt;br /&gt;</w:t>
        <w:br/>
        <w:t>Над Парижем казкові ньюанси,&lt;br /&gt;</w:t>
        <w:br/>
        <w:t>Над Парижем&lt;br /&gt;</w:t>
        <w:br/>
        <w:t>зоря&lt;br /&gt;</w:t>
        <w:br/>
        <w:t>до зорі.</w:t>
      </w:r>
    </w:p>
    <w:p>
      <w:r>
        <w:br/>
        <w:t>ЧАСТИНА ВОСЬМА</w:t>
      </w:r>
    </w:p>
    <w:p>
      <w:r>
        <w:br/>
        <w:t>XV</w:t>
      </w:r>
    </w:p>
    <w:p>
      <w:r>
        <w:br/>
        <w:t>БУЛА НІЧ.&lt;br /&gt;</w:t>
        <w:br/>
        <w:t>Млосно люстри горіли.&lt;br /&gt;</w:t>
        <w:br/>
        <w:t>Двоє тіл, як слизький верболоз…&lt;br /&gt;</w:t>
        <w:br/>
        <w:t>Під цю оргію стіни зомліли&lt;br /&gt;</w:t>
        <w:br/>
        <w:t>Від любовних прийомів та поз.</w:t>
      </w:r>
    </w:p>
    <w:p>
      <w:r>
        <w:br/>
        <w:t>. . . . . . . . . . . . . . . . . . . . . . . . . . .&lt;br /&gt;</w:t>
        <w:br/>
        <w:t>"Ось вже місяць минув, мій&lt;br /&gt;</w:t>
        <w:br/>
        <w:t>коханий,&lt;br /&gt;</w:t>
        <w:br/>
        <w:t>Моє щастя!..&lt;br /&gt;</w:t>
        <w:br/>
        <w:t>А як тебе звать?..&lt;br /&gt;</w:t>
        <w:br/>
        <w:t>Ну, скажи…&lt;br /&gt;</w:t>
        <w:br/>
        <w:t>Я весь час, ніби п’яна…&lt;br /&gt;</w:t>
        <w:br/>
        <w:t>Ну, не треба…" —&lt;br /&gt;</w:t>
        <w:br/>
        <w:t>І далі,&lt;br /&gt;</w:t>
        <w:br/>
        <w:t>і вп’ять.&lt;br /&gt;</w:t>
        <w:br/>
        <w:t>О ви, губи,&lt;br /&gt;</w:t>
        <w:br/>
        <w:t>очерчені строго!&lt;br /&gt;</w:t>
        <w:br/>
        <w:t>Хто призначив вас дань цю нести?&lt;br /&gt;</w:t>
        <w:br/>
        <w:t>. . . . . . . . . . . . . . . . . . . . . . . . . . .&lt;br /&gt;</w:t>
        <w:br/>
        <w:t>Переплутались спазмами ноги.&lt;br /&gt;</w:t>
        <w:br/>
        <w:t>"Мій французик…&lt;br /&gt;</w:t>
        <w:br/>
        <w:t>мій демон…&lt;br /&gt;</w:t>
        <w:br/>
        <w:t>святий!" —&lt;br /&gt;</w:t>
        <w:br/>
        <w:t>Поцілунки потоплені в слині&lt;br /&gt;</w:t>
        <w:br/>
        <w:t>І слова…&lt;br /&gt;</w:t>
        <w:br/>
        <w:t>Як скажу ті слова?&lt;br /&gt;</w:t>
        <w:br/>
        <w:t>"В тобі дійсно, єдиний, однині&lt;br /&gt;</w:t>
        <w:br/>
        <w:t>Кров француза…"&lt;br /&gt;</w:t>
        <w:br/>
        <w:t>"Стій, Мері, стривай!&lt;br /&gt;</w:t>
        <w:br/>
        <w:t>Не сміши, —&lt;br /&gt;</w:t>
        <w:br/>
        <w:t>не француз я, серйозно, —&lt;br /&gt;</w:t>
        <w:br/>
        <w:t>Пашпорт там…&lt;br /&gt;</w:t>
        <w:br/>
        <w:t>То я — з знатних людей". —&lt;br /&gt;</w:t>
        <w:br/>
        <w:t>І дістав їй,&lt;br /&gt;</w:t>
        <w:br/>
        <w:t>і знову ялозить;&lt;br /&gt;</w:t>
        <w:br/>
        <w:t>Заплелись.&lt;br /&gt;</w:t>
        <w:br/>
        <w:t>Ніч спинилась, не йде.</w:t>
      </w:r>
    </w:p>
    <w:p>
      <w:r>
        <w:br/>
        <w:t>Млосно люстри на ню замигтіли.&lt;br /&gt;</w:t>
        <w:br/>
        <w:t>Двоє тіл, так немов під откос,&lt;br /&gt;</w:t>
        <w:br/>
        <w:t>У аґонії в хаос скотились,&lt;br /&gt;</w:t>
        <w:br/>
        <w:t>В хаос рухів, —&lt;br /&gt;</w:t>
        <w:br/>
        <w:t>аж стіни зомліли&lt;br /&gt;</w:t>
        <w:br/>
        <w:t>Від любовних прийомів і поз.</w:t>
      </w:r>
    </w:p>
    <w:p>
      <w:r>
        <w:br/>
        <w:t>РОЗІБРАЛА Марію цікавість:&lt;br /&gt;</w:t>
        <w:br/>
        <w:t>В поцілунки — уста,&lt;br /&gt;</w:t>
        <w:br/>
        <w:t>а рука,&lt;br /&gt;</w:t>
        <w:br/>
        <w:t>Кокетуючи, пашпорт лукаво&lt;br /&gt;</w:t>
        <w:br/>
        <w:t>До очей:&lt;br /&gt;</w:t>
        <w:br/>
        <w:t>"А а й ! ! !" —&lt;br /&gt;</w:t>
        <w:br/>
        <w:t>Щось урвалось…&lt;br /&gt;</w:t>
        <w:br/>
        <w:t>Упало…&lt;br /&gt;</w:t>
        <w:br/>
        <w:t>В руках:&lt;br /&gt;</w:t>
        <w:br/>
        <w:t>. . . . . . . . . . . . . . . . . .&lt;br /&gt;</w:t>
        <w:br/>
        <w:t>"Інженер&lt;br /&gt;</w:t>
        <w:br/>
        <w:t>ВАСИЛЬ&lt;br /&gt;</w:t>
        <w:br/>
        <w:t>ГОЛУБІВ…"&lt;br /&gt;</w:t>
        <w:br/>
        <w:t>Вправо…&lt;br /&gt;</w:t>
        <w:br/>
        <w:t>То направо&lt;br /&gt;</w:t>
        <w:br/>
        <w:t>портрет В а с и л ь к а.</w:t>
      </w:r>
    </w:p>
    <w:p>
      <w:r>
        <w:br/>
        <w:t>Як пантера, а регіт, як ремінь…&lt;br /&gt;</w:t>
        <w:br/>
        <w:t>"Сину!!! вир!.." —&lt;br /&gt;</w:t>
        <w:br/>
        <w:t>Впали очі — луска&lt;br /&gt;</w:t>
        <w:br/>
        <w:t>У безодню…&lt;br /&gt;</w:t>
        <w:br/>
        <w:t>. . . . . . . . . . . . . . . . . . . . . . . . . . .&lt;br /&gt;</w:t>
        <w:br/>
        <w:t>В трюмо там&lt;br /&gt;</w:t>
        <w:br/>
        <w:t>у темінь&lt;br /&gt;</w:t>
        <w:br/>
        <w:t>Хтось на чорнім коні проскакав.</w:t>
      </w:r>
    </w:p>
    <w:p>
      <w:r>
        <w:br/>
        <w:t>ЕПІЛОГ</w:t>
      </w:r>
    </w:p>
    <w:p>
      <w:r>
        <w:br/>
        <w:t>Пролетіли літа, ніби зграї&lt;br /&gt;</w:t>
        <w:br/>
        <w:t>Чаєнят на болоті в туман…</w:t>
      </w:r>
    </w:p>
    <w:p>
      <w:r>
        <w:br/>
        <w:t>В новий час я тебе зустрічаю,&lt;br /&gt;</w:t>
        <w:br/>
        <w:t>Як читаю немудрий Коран.</w:t>
      </w:r>
    </w:p>
    <w:p>
      <w:r>
        <w:br/>
        <w:t>Ти ідеш, а на грудях…&lt;br /&gt;</w:t>
        <w:br/>
        <w:t>Німієш,&lt;br /&gt;</w:t>
        <w:br/>
        <w:t>А на плечах — тягар поколінь,&lt;br /&gt;</w:t>
        <w:br/>
        <w:t>І мотузка прокляття на шиї&lt;br /&gt;</w:t>
        <w:br/>
        <w:t>Тяжко б’є в білий фарфор колін.</w:t>
      </w:r>
    </w:p>
    <w:p>
      <w:r>
        <w:br/>
        <w:t>Йдеш на казнь,&lt;br /&gt;</w:t>
        <w:br/>
        <w:t>на судовисько людське,&lt;br /&gt;</w:t>
        <w:br/>
        <w:t>Ввита святістю древніх леґенд…&lt;br /&gt;</w:t>
        <w:br/>
        <w:t>О Маріє!&lt;br /&gt;</w:t>
        <w:br/>
        <w:t>Як тяжко і грузько&lt;br /&gt;</w:t>
        <w:br/>
        <w:t>На землі, на позорищі людськім!!.&lt;br /&gt;</w:t>
        <w:br/>
        <w:t>Моя М А М О,&lt;br /&gt;</w:t>
        <w:br/>
        <w:t>П Р О Щ А Ю&lt;br /&gt;</w:t>
        <w:br/>
        <w:t>т е б е.</w:t>
      </w:r>
    </w:p>
    <w:p>
      <w:r>
        <w:br/>
        <w:t>1927 р.&lt;br /&gt;</w:t>
        <w:br/>
        <w:t>Севастопіль — Одеса — Київ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 Maria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