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Асан і Зейнеп</w:t>
      </w:r>
    </w:p>
    <w:p>
      <w:r>
        <w:br/>
        <w:t xml:space="preserve"> &lt;p&gt;АСАН І ЗЕЙНЕП</w:t>
      </w:r>
    </w:p>
    <w:p>
      <w:r>
        <w:br/>
        <w:t>Шкіц І</w:t>
      </w:r>
    </w:p>
    <w:p>
      <w:r>
        <w:br/>
        <w:t>Гарячий кримський полудень. Море синє-синє; воно все тремтить і переливається, грає тисячами барв... Чинари й тінисті орішники якось замліли від палючого сонця; вони всі скупчились над холодним струмочком, ніби чекають чогось... Маненька татарва, з голими ніжками, бігає, підкотивши штани, вздовж гірської річки, перестрибує з камня на камінець, хлюпається і кричить щось по-своєму...</w:t>
      </w:r>
    </w:p>
    <w:p>
      <w:r>
        <w:br/>
        <w:t>А вода упинно несеться в море...</w:t>
      </w:r>
    </w:p>
    <w:p>
      <w:r>
        <w:br/>
        <w:t>Під горою, коло чинар — кам'яний мур, і в ньому — кінчик залізної труби, з котрої дзюрчить вода; над трубою, по кам'яному муру, вирізано рік, коли воду знайдено. Це — така криниця!.. Сюди приходять молоді й старі татарки по воду... Наразі весь аул ніби заснув, на плискуватих дахах нікого не видко; кручені паничі манячать коло ледве помірних вікон, над дахом в'ється легенький димочок, а коло*дверей висять розвішаний перець і сухий тютюн...</w:t>
      </w:r>
    </w:p>
    <w:p>
      <w:r>
        <w:br/>
        <w:t>В одній саклі двері одчинені; крізь них видко молоду татарку, що сидить на кам'яній долівці і плете сітку для риби; тим часом молодша сестра її розплітає їй волосся й порається коло неї з полумиском рудої, розбовтаної в воді фарби, в котрій вона те волосся мочить...</w:t>
      </w:r>
    </w:p>
    <w:p>
      <w:r>
        <w:br/>
        <w:t>Повз саклю тягнуться по вулиці рипучі нудні мажари: їх обганяють порожні вози каменярів. На дні одного з тих возів лежить молодий турок. Голова в нього мальовничо завинута хусткою, на ногах — шкуратяні черевики, стягнуті мотузком, а весь він — у білому,— в якомусь полотняному дранті з матнею і в холошнях, що з колін аж до п'ят обтягують його й роблять струнким, мов кипарис.</w:t>
      </w:r>
    </w:p>
    <w:p>
      <w:r>
        <w:br/>
        <w:t>— Зейнеп! Зейнеп!..</w:t>
      </w:r>
    </w:p>
    <w:p>
      <w:r>
        <w:br/>
        <w:t>Татарка, що сиділа й плела сітку, ще здалеку побачивши його, вирвалася злякано з рук сестри і сховалася за дверима.</w:t>
      </w:r>
    </w:p>
    <w:p>
      <w:r>
        <w:br/>
        <w:t>— Асан! Асан! — шепнула вона їй...</w:t>
      </w:r>
    </w:p>
    <w:p>
      <w:r>
        <w:br/>
        <w:t>Сестричка з дрібними кісками і в круглесенькій вишитій шапочці виглянула з саклі й відповіла каменяру: "Зейнеп пішла по воду".</w:t>
      </w:r>
    </w:p>
    <w:p>
      <w:r>
        <w:br/>
        <w:t>— Брешеш,— буркнув він і грізно блимнув своїми очима на дівчинку. Далі він знов ліг на живіт і байдужно сіпнув віжки.</w:t>
      </w:r>
    </w:p>
    <w:p>
      <w:r>
        <w:br/>
        <w:t>Коні рвонули й побігли далі, з гори. Асан ще раз ліниво оглянувся на саклю й замугикав якусь пісню.</w:t>
      </w:r>
    </w:p>
    <w:p>
      <w:r>
        <w:br/>
        <w:t>Він почав мріяти про Зейнеп... Чом це Зейнеп боїться його? Така хороша, швидка і моторна, з очима, переляканими, мов у сарни, але горда, що й не підступишся!.. І не гляне ніколи!</w:t>
      </w:r>
    </w:p>
    <w:p>
      <w:r>
        <w:br/>
        <w:t>Батько її — заможний господар, має пишний сад і городи, поле тютюну й великий виноградник... У нього тільки дві дочки... Але — очі, її очі!.. Найбільше вони ваблять Асана... Він і сам не знає, що з ним робиться, як він їх бачить: здається, підхопив би її на руки і поніс би в гори її, жінкою статись для нього...</w:t>
      </w:r>
    </w:p>
    <w:p>
      <w:r>
        <w:br/>
        <w:t>Та як згадає, що він убогий каменяр... Задля нього, убогого каменяра...</w:t>
      </w:r>
    </w:p>
    <w:p>
      <w:r>
        <w:br/>
        <w:t>II</w:t>
      </w:r>
    </w:p>
    <w:p>
      <w:r>
        <w:br/>
        <w:t>Зейнеп не думає про Асана. Вона тільки страшенно боїться його. Чи піде по воду, де тінисті чинари,— набирає воду,— то і здригнеться, якщо вчує чиїсь легкі кроки... Чи піде над море, сяде, на березі, обхопить голову руками,— слухає море... А воно шумить, шумить без кінця... Було, нечутно підкрадеться до неї сестра, вхопить за шию, то вона так і замре, похолоне...</w:t>
      </w:r>
    </w:p>
    <w:p>
      <w:r>
        <w:br/>
        <w:t>Не розмовляла з "ним" вона, а от знає, відчуває нишком, що він її сподобав... Але їй — байдуже... В неї про нього гадки немає!.. Вона любить море — он воно яке гарне стелиться, любить зорі; любить рідну саклю...</w:t>
      </w:r>
    </w:p>
    <w:p>
      <w:r>
        <w:br/>
        <w:t>А до нього їй байдуже, байдуже!.. Як гарна чинара, зросла вона в батька, слухала моря, дивилася на зорі... Теплі кримські ночі тішили й розважали її. Малою — тулялась вона серед різнобарвних камінчиків, котрі їй приносила хвиля,— стрибала по скелях, ховалась в ліщині або в гіллі грецьких орішників, що над криницею. А тепер...</w:t>
      </w:r>
    </w:p>
    <w:p>
      <w:r>
        <w:br/>
        <w:t>Мусить ходити поважно, закриватися зеленою китайкою від чужинців,— стерегтися Асана... Минулася її воля!..</w:t>
      </w:r>
    </w:p>
    <w:p>
      <w:r>
        <w:br/>
        <w:t>Одного разу ціле товариство великих панів прискакало кіньми до криниці напувати коней. Всі вони розмовляли не по-їхньому; один тільки багатий молодий татарин, у вишиваній золотом одежі, був серед них. Він попросив у неї ласкаво напитися. А вона — задивилась на його одежу, на кучеряве волосся, що вибивалося з-під шапки, на чорні брови... Його прозивали Урсин. Після того він не раз приїздив до її батька обирати собі коней з їх табунів. Зоставався у них на довший час і вийняв у неї серце: втратила вона з того часу свій спокій, свою волю, свою дівочу безжурність...</w:t>
      </w:r>
    </w:p>
    <w:p>
      <w:r>
        <w:br/>
        <w:t>А тут впоперек дороги став Асан,— наймитом він зробився у її батька на винограднику!.. Весь час, поки служив, ходив він по їх городу завше так, щоб з нею стрінутися. Чи вийде вона навіть, з двору на вулицю,— він стежить за нею і веде супроти неї коня напувати; чи увійде в саклю,— аж він грюка в двері, прохає в її матері тютюну за роботу або в батька на могорич. І всюди, всюди, де не піде, стрічає вона його...</w:t>
      </w:r>
    </w:p>
    <w:p>
      <w:r>
        <w:br/>
        <w:t>Одного вечора щось тоскно їй було. Сонечко вже сіло за гори. Присмерки розлилися по скелях і долинах. А вона все стояла край плискуватого даху і наче уві сні дивилась на море... Мовчала і поринала в рожевих мріях... їй уявлявся Урсин її власним чоловіком. Його очі... слова...</w:t>
      </w:r>
    </w:p>
    <w:p>
      <w:r>
        <w:br/>
        <w:t>Аж ось під саклею щось зашолохтідо... "Урсин!" — подумала зона. Він, як кіт, легко стрибнув на камінь; з каменю на дах, до неї... Зейнеп мовчки пригорнулась до нього, й вони щезли з даху, взявшись за руки...</w:t>
      </w:r>
    </w:p>
    <w:p>
      <w:r>
        <w:br/>
        <w:t>На винограднику порався коло чубуків Асан. Він бачив, що дві тші^— Зейнеп і Урсин,— крадькома пройшли в глибінь саду, Але промовчав...</w:t>
      </w:r>
    </w:p>
    <w:p>
      <w:r>
        <w:br/>
        <w:t>III</w:t>
      </w:r>
    </w:p>
    <w:p>
      <w:r>
        <w:br/>
        <w:t>Минуло кілька днів.</w:t>
      </w:r>
    </w:p>
    <w:p>
      <w:r>
        <w:br/>
        <w:t>Вдень — спека,' вночі — місяць і. зорі, і тиха, лагідна теплінь надворі... А сьогодні — як навмисне, видалась чудова, напрочуд ясна, місячна ніч!..</w:t>
      </w:r>
    </w:p>
    <w:p>
      <w:r>
        <w:br/>
        <w:t>Зейнеп — неспокійна; батько й мати нічого не знають про те, що в неї було з Урсином. Вона їм нічого не казала...</w:t>
      </w:r>
    </w:p>
    <w:p>
      <w:r>
        <w:br/>
        <w:t>Далеко-далеко в глибині душі ховає вона таємницю щастя. Великого, повного, безмірного щастя!..</w:t>
      </w:r>
    </w:p>
    <w:p>
      <w:r>
        <w:br/>
        <w:t>Що бува так на світі, вона навіть і не знала!.. Мов у півсні все це сталося, й вона певна тепер, що Урсин її любить...</w:t>
      </w:r>
    </w:p>
    <w:p>
      <w:r>
        <w:br/>
        <w:t>Коло саклі, де вона замислена сиділа, з'явилася тінь. Світло місяця закрила від неї постать Асана. Лютість була в нього на обличчі, очі його бігали, він задихався й сичав, як гадюка:</w:t>
      </w:r>
    </w:p>
    <w:p>
      <w:r>
        <w:br/>
        <w:t>— Ходім, ходім подивимось!..— І він вхопив її за руки і силоміць тяг її кудись, затуливши їй рота рукою.</w:t>
      </w:r>
    </w:p>
    <w:p>
      <w:r>
        <w:br/>
        <w:t>; Вола не опиралась його вимогам. Жах так міцно спаралізував її волю, що про ніякий опір не можна було й думати. Мов овечка, пішла вона за ним.</w:t>
      </w:r>
    </w:p>
    <w:p>
      <w:r>
        <w:br/>
        <w:t>А він її вів усе далі й далі, в город, за кам'яний мур, усипаний битими склянками, вгору, по дорозі до панського маєтку, що лежав недалечко від них. Мільйон разів ходила давніше Зейнеп повз ту панську садибу й ніколи не цікавилась тим, як живуть там люди. А тепер Асан, не знати нащо, волік її туди проти її волі. Вона не могла зрозуміти, навіщо й як... Не могла збагнути, що йому від неї треба... Нащо їй пани?!. Нарешті він привів її до будинку і став коло панської веранди, обвитої гліциніями. Темна ялинка укривала їх обох віттям.</w:t>
      </w:r>
    </w:p>
    <w:p>
      <w:r>
        <w:br/>
        <w:t>— Глянь,— прошепотів він і хитнув головою на веранду.</w:t>
      </w:r>
    </w:p>
    <w:p>
      <w:r>
        <w:br/>
        <w:t>Зейнеп злякано глянула. Саме проти місяця, на оттоманці сидів Урсин, а в нього на плечі дрімала, притулившись до нього, немолода, але ще гарна пані...</w:t>
      </w:r>
    </w:p>
    <w:p>
      <w:r>
        <w:br/>
        <w:t>Зейнеп мовчки рвонула свою руку,— раптом зірвалася з місця і як божевільна нечутними кроками побігла геть, у темний парк. В парку вона перескочила огорожу, за огорожею — річку і не оглядаючись побігла в гори.</w:t>
      </w:r>
    </w:p>
    <w:p>
      <w:r>
        <w:br/>
        <w:t>Вона тікала так, ніби за нею стежили й ловили її тисячі рук або принаймні гналися за нею на конях... Зі скелі на скелю, з рівчака на камінь, все вище і вище, аж тудою, де стирчать найвищі гірські шпилі, голі, як пустиня. Зелене покривало зсунулося з голови, золоті гроші на шиї порвалися й розсипалися, а маленькі капці все бігли й бігли і білілися то там, то тут, при ясному світлі місяця. Нарешті вона зникла за поворотом гір, і повна тиша й самотність запанувала на верхів'ях...</w:t>
      </w:r>
    </w:p>
    <w:p>
      <w:r>
        <w:br/>
        <w:t>Тільки місячне світло сумно-сумно мацало сірі зморшки й виступи скель і кругле каміння над гірським водоспадом.</w:t>
      </w:r>
    </w:p>
    <w:p>
      <w:r>
        <w:br/>
        <w:t>Маленька, ледве помітна хмарка зачепилася за най-гострішу вершину, окуталася сріблом, задивилась на обрій... Далеко-далеко, там, на краю світа, вузенькою ниточкою засвітилось море... В широких долинах та на узгір'ях, що спускались аж до самісінького берега, ледве блимали вогні аулів...</w:t>
      </w:r>
    </w:p>
    <w:p>
      <w:r>
        <w:br/>
        <w:t>Зейнеп уже не бачила їх, не вернулась до них. Не вернулась до батька, до матері, не вернулась до Асана і до панського будинку. Вся краса божого світу раптом зникла для неї,— ніби пересохла... І прірва невимовного одчаю розступилася перед її очима, мов темне гірське провалля, що чекає вночі на жертву... В нестямі вона мала тільки одну думку,— стратити собі життя!..</w:t>
      </w:r>
    </w:p>
    <w:p>
      <w:r>
        <w:br/>
        <w:t>Довго шукали потім дівчину її родичі. Обходили гори, спускались в безодні, лазили по водоспаду, найшли навіть зелене покривало й розсипане намисто... Але Зейнеп ніде не було...</w:t>
      </w:r>
    </w:p>
    <w:p>
      <w:r>
        <w:br/>
        <w:t>Так і не знати, чи дикий звір, може, де на неї натрапив, чи подалась вона світ за очі, чи змили її хвилі водоспаду в те широке, безкрає море, котре вона так любила...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Асан і Зейнеп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