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Арніка</w:t>
      </w:r>
    </w:p>
    <w:p>
      <w:r>
        <w:br/>
        <w:t xml:space="preserve"> &lt;p&gt;У горах Карпатах на полонині Цадул росла маленька арніка. Навколо стояла тисяча різних трав і тисяча квітів, вони лепетали під вітром і слухали казки про Чугайстра. А маленька арніка цілі дні дивилася на сонце.</w:t>
      </w:r>
    </w:p>
    <w:p>
      <w:r>
        <w:br/>
        <w:t>— Яке воно миле й усміхнене! — говорила рослинка.— Я б хотіла бути схожою бодай на найтонший його промінець!</w:t>
      </w:r>
    </w:p>
    <w:p>
      <w:r>
        <w:br/>
        <w:t>— Що ти кажеш! — шелеснув кмин.— Хіба можна квітці рівнятися до сонця? Цвіти, як я: скромно, зате суцвіть багато!</w:t>
      </w:r>
    </w:p>
    <w:p>
      <w:r>
        <w:br/>
        <w:t>— Або як я: пахну, наче мед! — хвалився медівник.</w:t>
      </w:r>
    </w:p>
    <w:p>
      <w:r>
        <w:br/>
        <w:t>— Ні, краще, як я! — порадила польова гвоздика і показала рожеву квітку-зірочку.</w:t>
      </w:r>
    </w:p>
    <w:p>
      <w:r>
        <w:br/>
        <w:t>Сонце слухало їх з висоти і голубило кожну зеленинку.</w:t>
      </w:r>
    </w:p>
    <w:p>
      <w:r>
        <w:br/>
        <w:t>Але одного разу воно сховалося за хмари. Арніка затужила.</w:t>
      </w:r>
    </w:p>
    <w:p>
      <w:r>
        <w:br/>
        <w:t>— Чому ти не прояснюєшся? — питала вона в нахмареного неба.— Чому ти не смієшся? — кликала сонце.</w:t>
      </w:r>
    </w:p>
    <w:p>
      <w:r>
        <w:br/>
        <w:t>— Бо мені сумно,— мовило сонце з-за сивої пелени.— Ген у долині, у смерековій хатчині, сидить мала дівчинка, мов леліточка, і прегірко плаче. А я не можу її розрадити!</w:t>
      </w:r>
    </w:p>
    <w:p>
      <w:r>
        <w:br/>
        <w:t>Глянула арніка (а з полонини видно весь світ) — справді, сидить дівчинка, мов леліточка, витирає сльози.</w:t>
      </w:r>
    </w:p>
    <w:p>
      <w:r>
        <w:br/>
        <w:t>— Скажи мені, сонце, чого вона плаче?</w:t>
      </w:r>
    </w:p>
    <w:p>
      <w:r>
        <w:br/>
        <w:t>— Бо в неї мама захворіла і не видужає, поки не нап'ється живої води! — відповіло сонце і прикрилось ще темнішими хмарами.</w:t>
      </w:r>
    </w:p>
    <w:p>
      <w:r>
        <w:br/>
        <w:t>Сумує арніка, хилить листочки додолу. А далі й каже:</w:t>
      </w:r>
    </w:p>
    <w:p>
      <w:r>
        <w:br/>
        <w:t>— Піду я шукати живу воду. Інакше біді не зарадиш.</w:t>
      </w:r>
    </w:p>
    <w:p>
      <w:r>
        <w:br/>
        <w:t>— Що ти, арніко! — зашуміла зелена полонина.</w:t>
      </w:r>
    </w:p>
    <w:p>
      <w:r>
        <w:br/>
        <w:t>— Куди ти, арніко? Одна-одненька, та ще й боса? — зашелестіли трави.</w:t>
      </w:r>
    </w:p>
    <w:p>
      <w:r>
        <w:br/>
        <w:t>— Зачекай трішки! — гукає нечуй-вітер.— Я витчу шовкові парашути, на них полечу білим світом, ту воду пошукаю!</w:t>
      </w:r>
    </w:p>
    <w:p>
      <w:r>
        <w:br/>
        <w:t>— Зажди до осені! — і реп'ях озвався.— Восени трапляється помандрувати на собачому хвості. Як не є, а все не пішки.</w:t>
      </w:r>
    </w:p>
    <w:p>
      <w:r>
        <w:br/>
        <w:t>Та арніка лиш голівкою похитала:</w:t>
      </w:r>
    </w:p>
    <w:p>
      <w:r>
        <w:br/>
        <w:t>— Ні, не чекатиму.</w:t>
      </w:r>
    </w:p>
    <w:p>
      <w:r>
        <w:br/>
        <w:t>Вийшла на широке роздоріжжя — котрим шляхом податися?</w:t>
      </w:r>
    </w:p>
    <w:p>
      <w:r>
        <w:br/>
        <w:t>— Повій, вітре, по Карпатах,— просить вона.— Політай, подивись, може, побачиш, де джерело з живою водою?</w:t>
      </w:r>
    </w:p>
    <w:p>
      <w:r>
        <w:br/>
        <w:t>Повіяв вітер, облітав гори та й розказує:</w:t>
      </w:r>
    </w:p>
    <w:p>
      <w:r>
        <w:br/>
        <w:t>— Вуйко Петро нові ворота ставить, дівці Аничці на весілля струцні[1] печуть. Більше я нічого не побачив!</w:t>
      </w:r>
    </w:p>
    <w:p>
      <w:r>
        <w:br/>
        <w:t>— Може, ти, лісовий шуме, про живу воду почуєш? — знов питає арніка.</w:t>
      </w:r>
    </w:p>
    <w:p>
      <w:r>
        <w:br/>
        <w:t>Прокотився лісовий шум верховинами і до арніки вернувся:</w:t>
      </w:r>
    </w:p>
    <w:p>
      <w:r>
        <w:br/>
        <w:t>— Попід буками суниці достигли, у лісі білі гриби кинулися, а в гнізді у горлиці вилупились пташенята. Більше я нічого не вивідав!</w:t>
      </w:r>
    </w:p>
    <w:p>
      <w:r>
        <w:br/>
        <w:t>Оглянулася арніка: в кого ще про живу воду спитати? Ніде нікого, тільки серед неба мала цяточка, мов мачинка.</w:t>
      </w:r>
    </w:p>
    <w:p>
      <w:r>
        <w:br/>
        <w:t>— Чи то ти, славний орле беркуте? — питає арніка.</w:t>
      </w:r>
    </w:p>
    <w:p>
      <w:r>
        <w:br/>
        <w:t>— Я,— проклекотів з неба беркут.— Я один знаю про те, що ти шукаєш, бо далеко літаю, а ще далі бачу.</w:t>
      </w:r>
    </w:p>
    <w:p>
      <w:r>
        <w:br/>
        <w:t>Спустився донизу, сів на сивому камені.</w:t>
      </w:r>
    </w:p>
    <w:p>
      <w:r>
        <w:br/>
        <w:t>— За верхами, за лісами, аж там, де баба дріт пряде, стоїть найстарша гора на ймення Говерла. Вона головою в небо впирається, блискавками підперізується. З її верха й витікає живе джерело! Тільки як ти туди дістанешся, дитинко-зеленинко?</w:t>
      </w:r>
    </w:p>
    <w:p>
      <w:r>
        <w:br/>
        <w:t>Уклонилась арніка славному орлові беркутові:</w:t>
      </w:r>
    </w:p>
    <w:p>
      <w:r>
        <w:br/>
        <w:t>— Мушу дістатися.</w:t>
      </w:r>
    </w:p>
    <w:p>
      <w:r>
        <w:br/>
        <w:t>Де трава висока — вітер стежку прогорне. Де потічок біжить — верба гілки, наче кладку, простеле.</w:t>
      </w:r>
    </w:p>
    <w:p>
      <w:r>
        <w:br/>
        <w:t>— Чи сюди до найстаршої гори на ймення Говерла? — гукає арніка.</w:t>
      </w:r>
    </w:p>
    <w:p>
      <w:r>
        <w:br/>
        <w:t>— Сюди, сюди! — кивають трави.— Через бір, але в бору стережися: там блуд сидить, мандрівників збиває з дороги!</w:t>
      </w:r>
    </w:p>
    <w:p>
      <w:r>
        <w:br/>
        <w:t>[1] Струцні — весільне печиво у гуцулів.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Арніка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